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49DDAEFC" w:rsidP="0F953BF7" w:rsidRDefault="49DDAEFC" w14:paraId="5BA26584" w14:textId="62D44046">
      <w:pPr>
        <w:pBdr>
          <w:bottom w:val="single" w:color="C9A227" w:sz="12" w:space="0"/>
        </w:pBdr>
        <w:rPr>
          <w:rFonts w:ascii="Calibri" w:hAnsi="Calibri"/>
          <w:color w:val="000000" w:themeColor="text1"/>
        </w:rPr>
      </w:pPr>
    </w:p>
    <w:p w:rsidR="49DDAEFC" w:rsidP="487DDC34" w:rsidRDefault="1B1BA1AC" w14:paraId="21DC51D1" w14:textId="3839B8EF">
      <w:pPr>
        <w:pBdr>
          <w:bottom w:val="single" w:color="C9A227" w:sz="12" w:space="0"/>
        </w:pBdr>
        <w:jc w:val="center"/>
      </w:pPr>
      <w:r>
        <w:rPr>
          <w:noProof/>
        </w:rPr>
        <w:drawing>
          <wp:inline distT="0" distB="0" distL="0" distR="0" wp14:anchorId="2BF4BFF4" wp14:editId="2FA8022B">
            <wp:extent cx="4229100" cy="2819400"/>
            <wp:effectExtent l="0" t="0" r="0" b="0"/>
            <wp:docPr id="12525894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89425" name="Picture 1252589425"/>
                    <pic:cNvPicPr/>
                  </pic:nvPicPr>
                  <pic:blipFill>
                    <a:blip r:embed="rId11">
                      <a:extLst>
                        <a:ext uri="{28A0092B-C50C-407E-A947-70E740481C1C}">
                          <a14:useLocalDpi xmlns:a14="http://schemas.microsoft.com/office/drawing/2010/main"/>
                        </a:ext>
                      </a:extLst>
                    </a:blip>
                    <a:stretch>
                      <a:fillRect/>
                    </a:stretch>
                  </pic:blipFill>
                  <pic:spPr>
                    <a:xfrm>
                      <a:off x="0" y="0"/>
                      <a:ext cx="4229100" cy="2819400"/>
                    </a:xfrm>
                    <a:prstGeom prst="rect">
                      <a:avLst/>
                    </a:prstGeom>
                  </pic:spPr>
                </pic:pic>
              </a:graphicData>
            </a:graphic>
          </wp:inline>
        </w:drawing>
      </w:r>
    </w:p>
    <w:p w:rsidR="49DDAEFC" w:rsidP="49DDAEFC" w:rsidRDefault="49DDAEFC" w14:paraId="1A0D8430" w14:textId="2DECAC22">
      <w:pPr>
        <w:pBdr>
          <w:bottom w:val="single" w:color="C9A227" w:sz="12" w:space="0"/>
        </w:pBdr>
        <w:rPr>
          <w:rFonts w:ascii="Calibri" w:hAnsi="Calibri"/>
          <w:color w:val="000000" w:themeColor="text1"/>
        </w:rPr>
      </w:pPr>
    </w:p>
    <w:p w:rsidR="49DDAEFC" w:rsidP="49DDAEFC" w:rsidRDefault="49DDAEFC" w14:paraId="11A5D2F3" w14:textId="687A1303">
      <w:pPr>
        <w:pBdr>
          <w:bottom w:val="single" w:color="C9A227" w:sz="12" w:space="0"/>
        </w:pBdr>
        <w:rPr>
          <w:rFonts w:ascii="Calibri" w:hAnsi="Calibri"/>
          <w:color w:val="000000" w:themeColor="text1"/>
        </w:rPr>
      </w:pPr>
    </w:p>
    <w:p w:rsidR="4AE46DBE" w:rsidP="487DDC34" w:rsidRDefault="1B1BA1AC" w14:paraId="79AF5434" w14:textId="5BCEDF55">
      <w:pPr>
        <w:pStyle w:val="NoSpacing"/>
        <w:jc w:val="center"/>
        <w:rPr>
          <w:rFonts w:ascii="Calibri" w:hAnsi="Calibri" w:eastAsia="Calibri" w:cs="Calibri"/>
          <w:b/>
          <w:bCs/>
          <w:color w:val="000000" w:themeColor="text1"/>
          <w:sz w:val="52"/>
          <w:szCs w:val="52"/>
        </w:rPr>
      </w:pPr>
      <w:r w:rsidRPr="487DDC34">
        <w:rPr>
          <w:b/>
          <w:bCs/>
          <w:sz w:val="52"/>
          <w:szCs w:val="52"/>
        </w:rPr>
        <w:t>Faculty of Continuing, Professional,</w:t>
      </w:r>
    </w:p>
    <w:p w:rsidR="4AE46DBE" w:rsidP="487DDC34" w:rsidRDefault="1B1BA1AC" w14:paraId="7EEB7B88" w14:textId="2399D93A">
      <w:pPr>
        <w:pStyle w:val="NoSpacing"/>
        <w:jc w:val="center"/>
        <w:rPr>
          <w:rFonts w:ascii="Calibri" w:hAnsi="Calibri" w:eastAsia="Calibri" w:cs="Calibri"/>
          <w:b/>
          <w:bCs/>
          <w:color w:val="000000" w:themeColor="text1"/>
          <w:sz w:val="52"/>
          <w:szCs w:val="52"/>
        </w:rPr>
      </w:pPr>
      <w:r w:rsidRPr="487DDC34">
        <w:rPr>
          <w:b/>
          <w:bCs/>
          <w:sz w:val="52"/>
          <w:szCs w:val="52"/>
        </w:rPr>
        <w:t>Online and Distance Learning: TUS Midlands</w:t>
      </w:r>
    </w:p>
    <w:p w:rsidR="4AE46DBE" w:rsidP="487DDC34" w:rsidRDefault="1B1BA1AC" w14:paraId="70979385" w14:textId="6884FC1E">
      <w:pPr>
        <w:spacing w:before="2" w:line="314" w:lineRule="auto"/>
        <w:ind w:left="2673" w:right="2334"/>
        <w:jc w:val="center"/>
        <w:rPr>
          <w:rFonts w:ascii="Calibri" w:hAnsi="Calibri" w:eastAsia="Calibri" w:cs="Calibri"/>
          <w:color w:val="FF0000"/>
          <w:sz w:val="52"/>
          <w:szCs w:val="52"/>
        </w:rPr>
      </w:pPr>
      <w:r w:rsidRPr="487DDC34">
        <w:rPr>
          <w:rFonts w:ascii="Calibri" w:hAnsi="Calibri" w:eastAsia="Calibri" w:cs="Calibri"/>
          <w:b/>
          <w:bCs/>
          <w:color w:val="000000" w:themeColor="text1"/>
          <w:sz w:val="52"/>
          <w:szCs w:val="52"/>
        </w:rPr>
        <w:t xml:space="preserve">Schedule of Fees </w:t>
      </w:r>
    </w:p>
    <w:p w:rsidR="4AE46DBE" w:rsidP="487DDC34" w:rsidRDefault="1B1BA1AC" w14:paraId="3B9A84B8" w14:textId="337E3423">
      <w:pPr>
        <w:pStyle w:val="Heading2"/>
        <w:jc w:val="center"/>
        <w:rPr>
          <w:rFonts w:ascii="Calibri" w:hAnsi="Calibri" w:eastAsia="Calibri" w:cs="Calibri"/>
          <w:color w:val="A39461"/>
          <w:sz w:val="40"/>
          <w:szCs w:val="40"/>
        </w:rPr>
      </w:pPr>
      <w:r w:rsidRPr="487DDC34">
        <w:rPr>
          <w:color w:val="A39461"/>
          <w:sz w:val="40"/>
          <w:szCs w:val="40"/>
        </w:rPr>
        <w:t>2026</w:t>
      </w:r>
      <w:r w:rsidRPr="487DDC34" w:rsidR="1E476474">
        <w:rPr>
          <w:color w:val="A39461"/>
          <w:sz w:val="40"/>
          <w:szCs w:val="40"/>
        </w:rPr>
        <w:t xml:space="preserve"> – </w:t>
      </w:r>
      <w:r w:rsidRPr="487DDC34">
        <w:rPr>
          <w:color w:val="A39461"/>
          <w:sz w:val="40"/>
          <w:szCs w:val="40"/>
        </w:rPr>
        <w:t>2027</w:t>
      </w:r>
    </w:p>
    <w:p w:rsidR="487DDC34" w:rsidP="487DDC34" w:rsidRDefault="487DDC34" w14:paraId="480CEFBE" w14:textId="368DA8D2"/>
    <w:p w:rsidR="487DDC34" w:rsidP="487DDC34" w:rsidRDefault="487DDC34" w14:paraId="2EB043BB" w14:textId="73787692"/>
    <w:p w:rsidR="487DDC34" w:rsidP="487DDC34" w:rsidRDefault="487DDC34" w14:paraId="270F8894" w14:textId="2B8F2F35"/>
    <w:p w:rsidR="487DDC34" w:rsidP="487DDC34" w:rsidRDefault="487DDC34" w14:paraId="71C9F155" w14:textId="0100982C"/>
    <w:p w:rsidR="487DDC34" w:rsidP="487DDC34" w:rsidRDefault="487DDC34" w14:paraId="6E2C3465" w14:textId="5F7B3787"/>
    <w:p w:rsidRPr="00E61C64" w:rsidR="00E61C64" w:rsidP="487DDC34" w:rsidRDefault="487DDC34" w14:paraId="064C7B3A" w14:textId="05C9E01B">
      <w:r>
        <w:br w:type="page"/>
      </w:r>
    </w:p>
    <w:p w:rsidR="0582E7F5" w:rsidP="487DDC34" w:rsidRDefault="0582E7F5" w14:paraId="1F94FB36" w14:textId="251B49CB">
      <w:pPr>
        <w:rPr>
          <w:rFonts w:ascii="Calibri" w:hAnsi="Calibri"/>
          <w:color w:val="000000" w:themeColor="text1"/>
        </w:rPr>
      </w:pPr>
      <w:r w:rsidRPr="487DDC34">
        <w:rPr>
          <w:rFonts w:ascii="Calibri" w:hAnsi="Calibri"/>
          <w:color w:val="000000" w:themeColor="text1"/>
        </w:rPr>
        <w:t>DOCUMENT CONT</w:t>
      </w:r>
      <w:r w:rsidR="00E61C64">
        <w:rPr>
          <w:rFonts w:ascii="Calibri" w:hAnsi="Calibri"/>
          <w:color w:val="000000" w:themeColor="text1"/>
        </w:rPr>
        <w:t>R</w:t>
      </w:r>
      <w:r w:rsidRPr="487DDC34">
        <w:rPr>
          <w:rFonts w:ascii="Calibri" w:hAnsi="Calibri"/>
          <w:color w:val="000000" w:themeColor="text1"/>
        </w:rPr>
        <w:t>OL RECORD</w:t>
      </w:r>
    </w:p>
    <w:p w:rsidR="0040090F" w:rsidRDefault="53C06C58" w14:paraId="14038F3F" w14:textId="25795BC1">
      <w:r w:rsidRPr="49DDAEFC">
        <w:rPr>
          <w:rFonts w:ascii="Calibri" w:hAnsi="Calibri"/>
          <w:color w:val="000000" w:themeColor="text1"/>
        </w:rPr>
        <w:t>Document Title: Faculty of Continuing, Professional, Online and Distance Learning: TUS Midlands Schedule of Fees</w:t>
      </w:r>
    </w:p>
    <w:p w:rsidR="0040090F" w:rsidRDefault="0085639A" w14:paraId="679B0E85" w14:textId="77777777">
      <w:r>
        <w:rPr>
          <w:rFonts w:ascii="Calibri" w:hAnsi="Calibri"/>
          <w:color w:val="000000"/>
        </w:rPr>
        <w:t>Academic Year: 2026/2027</w:t>
      </w:r>
    </w:p>
    <w:p w:rsidR="0040090F" w:rsidRDefault="53C06C58" w14:paraId="4288EBB8" w14:textId="77777777">
      <w:r w:rsidRPr="49DDAEFC">
        <w:rPr>
          <w:rFonts w:ascii="Calibri" w:hAnsi="Calibri"/>
          <w:color w:val="000000" w:themeColor="text1"/>
        </w:rPr>
        <w:t>Document Status: Controlled Document</w:t>
      </w:r>
    </w:p>
    <w:p w:rsidR="0040090F" w:rsidRDefault="53C06C58" w14:paraId="0F26B4FE" w14:textId="06F46D40">
      <w:r w:rsidRPr="49DDAEFC">
        <w:rPr>
          <w:rFonts w:ascii="Calibri" w:hAnsi="Calibri"/>
          <w:color w:val="000000" w:themeColor="text1"/>
        </w:rPr>
        <w:t xml:space="preserve"> </w:t>
      </w:r>
    </w:p>
    <w:p w:rsidR="0040090F" w:rsidRDefault="0085639A" w14:paraId="5AFA2041" w14:textId="77777777">
      <w:pPr>
        <w:pBdr>
          <w:bottom w:val="single" w:color="C9A227" w:sz="12" w:space="0"/>
        </w:pBdr>
      </w:pPr>
      <w:r>
        <w:rPr>
          <w:rFonts w:ascii="Calibri" w:hAnsi="Calibri"/>
          <w:color w:val="000000"/>
        </w:rPr>
        <w:t>Faculty of Continuing, Professional,</w:t>
      </w:r>
    </w:p>
    <w:p w:rsidR="0040090F" w:rsidRDefault="0085639A" w14:paraId="48B44F5B" w14:textId="77777777">
      <w:r>
        <w:rPr>
          <w:rFonts w:ascii="Calibri" w:hAnsi="Calibri"/>
          <w:color w:val="000000"/>
        </w:rPr>
        <w:t>Online and Distance Learning: TUS Midlands</w:t>
      </w:r>
    </w:p>
    <w:p w:rsidR="0040090F" w:rsidRDefault="0085639A" w14:paraId="4855258F" w14:textId="77777777">
      <w:r>
        <w:rPr>
          <w:rFonts w:ascii="Calibri" w:hAnsi="Calibri"/>
          <w:color w:val="000000"/>
        </w:rPr>
        <w:t>Schedule of Fees 2026 – 2027</w:t>
      </w:r>
    </w:p>
    <w:p w:rsidR="0040090F" w:rsidRDefault="0085639A" w14:paraId="058EAE14" w14:textId="77777777">
      <w:r>
        <w:rPr>
          <w:rFonts w:ascii="Calibri" w:hAnsi="Calibri"/>
          <w:color w:val="000000"/>
        </w:rPr>
        <w:t>TECHNOLOGICAL UNIVERSITY OF THE SHANNON: MIDLANDS MIDWEST</w:t>
      </w:r>
    </w:p>
    <w:p w:rsidR="0040090F" w:rsidRDefault="0085639A" w14:paraId="4DB8E18C" w14:textId="77777777">
      <w:r>
        <w:rPr>
          <w:rFonts w:ascii="Calibri" w:hAnsi="Calibri"/>
          <w:color w:val="000000"/>
        </w:rPr>
        <w:t>Document Control Record</w:t>
      </w:r>
    </w:p>
    <w:tbl>
      <w:tblPr>
        <w:tblW w:w="9435" w:type="dxa"/>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3120"/>
        <w:gridCol w:w="3120"/>
        <w:gridCol w:w="3195"/>
      </w:tblGrid>
      <w:tr w:rsidR="0040090F" w:rsidTr="1ECF1DD2" w14:paraId="445E0064" w14:textId="77777777">
        <w:trPr/>
        <w:tc>
          <w:tcPr>
            <w:tcW w:w="3120" w:type="dxa"/>
            <w:shd w:val="clear" w:color="auto" w:fill="000000" w:themeFill="text1"/>
            <w:tcMar/>
            <w:vAlign w:val="center"/>
          </w:tcPr>
          <w:p w:rsidR="0040090F" w:rsidRDefault="0085639A" w14:paraId="48B19F1C" w14:textId="77777777">
            <w:pPr>
              <w:spacing w:before="40" w:after="40"/>
              <w:jc w:val="center"/>
            </w:pPr>
            <w:r>
              <w:rPr>
                <w:rFonts w:ascii="Calibri" w:hAnsi="Calibri"/>
                <w:b/>
                <w:color w:val="FFFFFF"/>
                <w:sz w:val="20"/>
              </w:rPr>
              <w:t>SCHEDULE OF FEES - TUS</w:t>
            </w:r>
          </w:p>
        </w:tc>
        <w:tc>
          <w:tcPr>
            <w:tcW w:w="3120" w:type="dxa"/>
            <w:shd w:val="clear" w:color="auto" w:fill="000000" w:themeFill="text1"/>
            <w:tcMar/>
            <w:vAlign w:val="center"/>
          </w:tcPr>
          <w:p w:rsidR="0040090F" w:rsidRDefault="0085639A" w14:paraId="6131DA8C" w14:textId="77777777">
            <w:pPr>
              <w:spacing w:before="40" w:after="40"/>
              <w:jc w:val="center"/>
            </w:pPr>
            <w:r>
              <w:rPr>
                <w:rFonts w:ascii="Calibri" w:hAnsi="Calibri"/>
                <w:b/>
                <w:color w:val="FFFFFF"/>
                <w:sz w:val="20"/>
              </w:rPr>
              <w:t>SCHEDULE OF FEES - TUS</w:t>
            </w:r>
          </w:p>
        </w:tc>
        <w:tc>
          <w:tcPr>
            <w:tcW w:w="3195" w:type="dxa"/>
            <w:shd w:val="clear" w:color="auto" w:fill="000000" w:themeFill="text1"/>
            <w:tcMar/>
            <w:vAlign w:val="center"/>
          </w:tcPr>
          <w:p w:rsidR="0040090F" w:rsidRDefault="0085639A" w14:paraId="509A23D8" w14:textId="77777777">
            <w:pPr>
              <w:spacing w:before="40" w:after="40"/>
              <w:jc w:val="center"/>
            </w:pPr>
            <w:r>
              <w:rPr>
                <w:rFonts w:ascii="Calibri" w:hAnsi="Calibri"/>
                <w:b/>
                <w:color w:val="FFFFFF"/>
                <w:sz w:val="20"/>
              </w:rPr>
              <w:t>SCHEDULE OF FEES - TUS</w:t>
            </w:r>
          </w:p>
        </w:tc>
      </w:tr>
      <w:tr w:rsidR="0040090F" w:rsidTr="1ECF1DD2" w14:paraId="1CED4754" w14:textId="77777777">
        <w:trPr/>
        <w:tc>
          <w:tcPr>
            <w:tcW w:w="3120" w:type="dxa"/>
            <w:tcMar/>
            <w:vAlign w:val="center"/>
          </w:tcPr>
          <w:p w:rsidR="0040090F" w:rsidRDefault="0085639A" w14:paraId="6541DDE2" w14:textId="77777777">
            <w:pPr>
              <w:spacing w:before="40" w:after="40"/>
            </w:pPr>
            <w:r>
              <w:rPr>
                <w:rFonts w:ascii="Calibri" w:hAnsi="Calibri"/>
                <w:color w:val="000000"/>
                <w:sz w:val="20"/>
              </w:rPr>
              <w:t>Document Title:</w:t>
            </w:r>
          </w:p>
        </w:tc>
        <w:tc>
          <w:tcPr>
            <w:tcW w:w="3120" w:type="dxa"/>
            <w:tcMar/>
            <w:vAlign w:val="center"/>
          </w:tcPr>
          <w:p w:rsidR="0040090F" w:rsidRDefault="0085639A" w14:paraId="2AEA13F9" w14:textId="77777777">
            <w:pPr>
              <w:spacing w:before="40" w:after="40"/>
            </w:pPr>
            <w:r>
              <w:rPr>
                <w:rFonts w:ascii="Calibri" w:hAnsi="Calibri"/>
                <w:color w:val="000000"/>
                <w:sz w:val="20"/>
              </w:rPr>
              <w:t>Faculty of Continuing, Professional, Online and Distance Learning: TUS Midlands Academic Year 2026 – 2027</w:t>
            </w:r>
          </w:p>
        </w:tc>
        <w:tc>
          <w:tcPr>
            <w:tcW w:w="3195" w:type="dxa"/>
            <w:tcMar/>
            <w:vAlign w:val="center"/>
          </w:tcPr>
          <w:p w:rsidR="0040090F" w:rsidRDefault="0085639A" w14:paraId="710D0E5F" w14:textId="77777777">
            <w:pPr>
              <w:spacing w:before="40" w:after="40"/>
            </w:pPr>
            <w:r>
              <w:rPr>
                <w:rFonts w:ascii="Calibri" w:hAnsi="Calibri"/>
                <w:color w:val="000000"/>
                <w:sz w:val="20"/>
              </w:rPr>
              <w:t>Faculty of Continuing, Professional, Online and Distance Learning: TUS Midlands Academic Year 2026 – 2027</w:t>
            </w:r>
          </w:p>
        </w:tc>
      </w:tr>
      <w:tr w:rsidR="0040090F" w:rsidTr="1ECF1DD2" w14:paraId="2888E738" w14:textId="77777777">
        <w:trPr/>
        <w:tc>
          <w:tcPr>
            <w:tcW w:w="3120" w:type="dxa"/>
            <w:tcMar/>
            <w:vAlign w:val="center"/>
          </w:tcPr>
          <w:p w:rsidR="0040090F" w:rsidRDefault="0085639A" w14:paraId="55D61BE2" w14:textId="77777777">
            <w:pPr>
              <w:spacing w:before="40" w:after="40"/>
            </w:pPr>
            <w:r>
              <w:rPr>
                <w:rFonts w:ascii="Calibri" w:hAnsi="Calibri"/>
                <w:color w:val="000000"/>
                <w:sz w:val="20"/>
              </w:rPr>
              <w:t>Document Status:</w:t>
            </w:r>
          </w:p>
        </w:tc>
        <w:tc>
          <w:tcPr>
            <w:tcW w:w="3120" w:type="dxa"/>
            <w:tcMar/>
            <w:vAlign w:val="center"/>
          </w:tcPr>
          <w:p w:rsidR="0040090F" w:rsidRDefault="0085639A" w14:paraId="11F89A0D" w14:textId="77777777">
            <w:pPr>
              <w:spacing w:before="40" w:after="40"/>
            </w:pPr>
            <w:r>
              <w:rPr>
                <w:rFonts w:ascii="Calibri" w:hAnsi="Calibri"/>
                <w:color w:val="000000"/>
                <w:sz w:val="20"/>
              </w:rPr>
              <w:t>Document Status:</w:t>
            </w:r>
          </w:p>
        </w:tc>
        <w:tc>
          <w:tcPr>
            <w:tcW w:w="3195" w:type="dxa"/>
            <w:tcMar/>
            <w:vAlign w:val="center"/>
          </w:tcPr>
          <w:p w:rsidR="0040090F" w:rsidRDefault="0085639A" w14:paraId="093A9C40" w14:textId="77777777">
            <w:pPr>
              <w:spacing w:before="40" w:after="40"/>
            </w:pPr>
            <w:r>
              <w:rPr>
                <w:rFonts w:ascii="Calibri" w:hAnsi="Calibri"/>
                <w:color w:val="000000"/>
                <w:sz w:val="20"/>
              </w:rPr>
              <w:t>Revision No: 2.0</w:t>
            </w:r>
          </w:p>
        </w:tc>
      </w:tr>
      <w:tr w:rsidR="0040090F" w:rsidTr="1ECF1DD2" w14:paraId="1B9C6D2B" w14:textId="77777777">
        <w:trPr/>
        <w:tc>
          <w:tcPr>
            <w:tcW w:w="3120" w:type="dxa"/>
            <w:tcMar/>
            <w:vAlign w:val="center"/>
          </w:tcPr>
          <w:p w:rsidR="0040090F" w:rsidRDefault="0085639A" w14:paraId="271B0A04" w14:textId="77777777">
            <w:pPr>
              <w:spacing w:before="40" w:after="40"/>
            </w:pPr>
            <w:r>
              <w:rPr>
                <w:rFonts w:ascii="Calibri" w:hAnsi="Calibri"/>
                <w:color w:val="000000"/>
                <w:sz w:val="20"/>
              </w:rPr>
              <w:t>Date of Next Revision:</w:t>
            </w:r>
          </w:p>
        </w:tc>
        <w:tc>
          <w:tcPr>
            <w:tcW w:w="3120" w:type="dxa"/>
            <w:tcMar/>
            <w:vAlign w:val="center"/>
          </w:tcPr>
          <w:p w:rsidR="0040090F" w:rsidRDefault="0085639A" w14:paraId="535BF78B" w14:textId="77777777">
            <w:pPr>
              <w:spacing w:before="40" w:after="40"/>
            </w:pPr>
            <w:r>
              <w:rPr>
                <w:rFonts w:ascii="Calibri" w:hAnsi="Calibri"/>
                <w:color w:val="000000"/>
                <w:sz w:val="20"/>
              </w:rPr>
              <w:t>Date of Next Revision:</w:t>
            </w:r>
          </w:p>
        </w:tc>
        <w:tc>
          <w:tcPr>
            <w:tcW w:w="3195" w:type="dxa"/>
            <w:tcMar/>
            <w:vAlign w:val="center"/>
          </w:tcPr>
          <w:p w:rsidR="0040090F" w:rsidRDefault="0040090F" w14:paraId="0A348344" w14:textId="77777777">
            <w:pPr>
              <w:spacing w:before="40" w:after="40"/>
            </w:pPr>
          </w:p>
        </w:tc>
      </w:tr>
      <w:tr w:rsidR="0040090F" w:rsidTr="1ECF1DD2" w14:paraId="15E70F41" w14:textId="77777777">
        <w:trPr/>
        <w:tc>
          <w:tcPr>
            <w:tcW w:w="3120" w:type="dxa"/>
            <w:tcMar/>
            <w:vAlign w:val="center"/>
          </w:tcPr>
          <w:p w:rsidR="0040090F" w:rsidRDefault="0085639A" w14:paraId="5B14DD91" w14:textId="77777777">
            <w:pPr>
              <w:spacing w:before="40" w:after="40"/>
            </w:pPr>
            <w:r>
              <w:rPr>
                <w:rFonts w:ascii="Calibri" w:hAnsi="Calibri"/>
                <w:color w:val="000000"/>
                <w:sz w:val="20"/>
              </w:rPr>
              <w:t>Revision History</w:t>
            </w:r>
          </w:p>
        </w:tc>
        <w:tc>
          <w:tcPr>
            <w:tcW w:w="3120" w:type="dxa"/>
            <w:tcMar/>
            <w:vAlign w:val="center"/>
          </w:tcPr>
          <w:p w:rsidR="0040090F" w:rsidRDefault="0085639A" w14:paraId="4A84E070" w14:textId="77777777">
            <w:pPr>
              <w:spacing w:before="40" w:after="40"/>
            </w:pPr>
            <w:r>
              <w:rPr>
                <w:rFonts w:ascii="Calibri" w:hAnsi="Calibri"/>
                <w:color w:val="000000"/>
                <w:sz w:val="20"/>
              </w:rPr>
              <w:t>Revision History</w:t>
            </w:r>
          </w:p>
        </w:tc>
        <w:tc>
          <w:tcPr>
            <w:tcW w:w="3195" w:type="dxa"/>
            <w:tcMar/>
            <w:vAlign w:val="center"/>
          </w:tcPr>
          <w:p w:rsidR="0040090F" w:rsidRDefault="0085639A" w14:paraId="66A2FD94" w14:textId="77777777">
            <w:pPr>
              <w:spacing w:before="40" w:after="40"/>
            </w:pPr>
            <w:r>
              <w:rPr>
                <w:rFonts w:ascii="Calibri" w:hAnsi="Calibri"/>
                <w:color w:val="000000"/>
                <w:sz w:val="20"/>
              </w:rPr>
              <w:t>Revision History</w:t>
            </w:r>
          </w:p>
        </w:tc>
      </w:tr>
      <w:tr w:rsidR="0040090F" w:rsidTr="1ECF1DD2" w14:paraId="6C853028" w14:textId="77777777">
        <w:trPr/>
        <w:tc>
          <w:tcPr>
            <w:tcW w:w="3120" w:type="dxa"/>
            <w:tcMar/>
            <w:vAlign w:val="center"/>
          </w:tcPr>
          <w:p w:rsidR="0040090F" w:rsidRDefault="0085639A" w14:paraId="5C40E716" w14:textId="77777777">
            <w:pPr>
              <w:spacing w:before="40" w:after="40"/>
            </w:pPr>
            <w:r>
              <w:rPr>
                <w:rFonts w:ascii="Calibri" w:hAnsi="Calibri"/>
                <w:color w:val="000000"/>
                <w:sz w:val="20"/>
              </w:rPr>
              <w:t>Revision No</w:t>
            </w:r>
          </w:p>
        </w:tc>
        <w:tc>
          <w:tcPr>
            <w:tcW w:w="3120" w:type="dxa"/>
            <w:tcMar/>
            <w:vAlign w:val="center"/>
          </w:tcPr>
          <w:p w:rsidR="0040090F" w:rsidRDefault="0085639A" w14:paraId="40EE12DB" w14:textId="77777777">
            <w:pPr>
              <w:spacing w:before="40" w:after="40"/>
            </w:pPr>
            <w:r>
              <w:rPr>
                <w:rFonts w:ascii="Calibri" w:hAnsi="Calibri"/>
                <w:color w:val="000000"/>
                <w:sz w:val="20"/>
              </w:rPr>
              <w:t>Date (AC)</w:t>
            </w:r>
          </w:p>
        </w:tc>
        <w:tc>
          <w:tcPr>
            <w:tcW w:w="3195" w:type="dxa"/>
            <w:tcMar/>
            <w:vAlign w:val="center"/>
          </w:tcPr>
          <w:p w:rsidR="0040090F" w:rsidRDefault="0085639A" w14:paraId="08562990" w14:textId="77777777">
            <w:pPr>
              <w:spacing w:before="40" w:after="40"/>
            </w:pPr>
            <w:r>
              <w:rPr>
                <w:rFonts w:ascii="Calibri" w:hAnsi="Calibri"/>
                <w:color w:val="000000"/>
                <w:sz w:val="20"/>
              </w:rPr>
              <w:t>Comments/Summary of Changes</w:t>
            </w:r>
          </w:p>
        </w:tc>
      </w:tr>
      <w:tr w:rsidR="0040090F" w:rsidTr="1ECF1DD2" w14:paraId="54DF6B1B" w14:textId="77777777">
        <w:trPr/>
        <w:tc>
          <w:tcPr>
            <w:tcW w:w="3120" w:type="dxa"/>
            <w:tcMar/>
            <w:vAlign w:val="center"/>
          </w:tcPr>
          <w:p w:rsidR="0040090F" w:rsidRDefault="0085639A" w14:paraId="4C956D3C" w14:textId="77777777">
            <w:pPr>
              <w:spacing w:before="40" w:after="40"/>
            </w:pPr>
            <w:r>
              <w:rPr>
                <w:rFonts w:ascii="Calibri" w:hAnsi="Calibri"/>
                <w:color w:val="000000"/>
                <w:sz w:val="20"/>
              </w:rPr>
              <w:t>1</w:t>
            </w:r>
          </w:p>
        </w:tc>
        <w:tc>
          <w:tcPr>
            <w:tcW w:w="3120" w:type="dxa"/>
            <w:tcMar/>
            <w:vAlign w:val="center"/>
          </w:tcPr>
          <w:p w:rsidR="0040090F" w:rsidRDefault="0085639A" w14:paraId="1B8C76A2" w14:textId="77777777">
            <w:pPr>
              <w:spacing w:before="40" w:after="40"/>
            </w:pPr>
            <w:r>
              <w:rPr>
                <w:rFonts w:ascii="Calibri" w:hAnsi="Calibri"/>
                <w:color w:val="000000"/>
                <w:sz w:val="20"/>
              </w:rPr>
              <w:t>16th April</w:t>
            </w:r>
          </w:p>
        </w:tc>
        <w:tc>
          <w:tcPr>
            <w:tcW w:w="3195" w:type="dxa"/>
            <w:tcMar/>
            <w:vAlign w:val="center"/>
          </w:tcPr>
          <w:p w:rsidR="0040090F" w:rsidRDefault="0085639A" w14:paraId="76AFE48A" w14:textId="77777777">
            <w:pPr>
              <w:spacing w:before="40" w:after="40"/>
            </w:pPr>
            <w:r>
              <w:rPr>
                <w:rFonts w:ascii="Calibri" w:hAnsi="Calibri"/>
                <w:color w:val="000000"/>
                <w:sz w:val="20"/>
              </w:rPr>
              <w:t xml:space="preserve">Amendments to fees and additional </w:t>
            </w:r>
            <w:proofErr w:type="spellStart"/>
            <w:r>
              <w:rPr>
                <w:rFonts w:ascii="Calibri" w:hAnsi="Calibri"/>
                <w:color w:val="000000"/>
                <w:sz w:val="20"/>
              </w:rPr>
              <w:t>programmes</w:t>
            </w:r>
            <w:proofErr w:type="spellEnd"/>
          </w:p>
        </w:tc>
      </w:tr>
      <w:tr w:rsidR="0040090F" w:rsidTr="1ECF1DD2" w14:paraId="5A85D4B9" w14:textId="77777777">
        <w:trPr/>
        <w:tc>
          <w:tcPr>
            <w:tcW w:w="3120" w:type="dxa"/>
            <w:tcMar/>
            <w:vAlign w:val="center"/>
          </w:tcPr>
          <w:p w:rsidR="0040090F" w:rsidRDefault="0085639A" w14:paraId="1A1CD715" w14:textId="77777777">
            <w:pPr>
              <w:spacing w:before="40" w:after="40"/>
            </w:pPr>
            <w:r>
              <w:rPr>
                <w:rFonts w:ascii="Calibri" w:hAnsi="Calibri"/>
                <w:color w:val="000000"/>
                <w:sz w:val="20"/>
              </w:rPr>
              <w:t>2</w:t>
            </w:r>
          </w:p>
        </w:tc>
        <w:tc>
          <w:tcPr>
            <w:tcW w:w="3120" w:type="dxa"/>
            <w:tcMar/>
            <w:vAlign w:val="center"/>
          </w:tcPr>
          <w:p w:rsidR="0040090F" w:rsidRDefault="0085639A" w14:paraId="5F740629" w14:textId="77777777">
            <w:pPr>
              <w:spacing w:before="40" w:after="40"/>
            </w:pPr>
            <w:r>
              <w:rPr>
                <w:rFonts w:ascii="Calibri" w:hAnsi="Calibri"/>
                <w:color w:val="000000"/>
                <w:sz w:val="20"/>
              </w:rPr>
              <w:t>25th February 2025</w:t>
            </w:r>
          </w:p>
        </w:tc>
        <w:tc>
          <w:tcPr>
            <w:tcW w:w="3195" w:type="dxa"/>
            <w:tcMar/>
            <w:vAlign w:val="center"/>
          </w:tcPr>
          <w:p w:rsidR="0040090F" w:rsidRDefault="0085639A" w14:paraId="011D4251" w14:textId="77777777">
            <w:pPr>
              <w:spacing w:before="40" w:after="40"/>
            </w:pPr>
            <w:r>
              <w:rPr>
                <w:rFonts w:ascii="Calibri" w:hAnsi="Calibri"/>
                <w:color w:val="000000"/>
                <w:sz w:val="20"/>
              </w:rPr>
              <w:t xml:space="preserve">Amendments to fees and additional </w:t>
            </w:r>
            <w:proofErr w:type="spellStart"/>
            <w:r>
              <w:rPr>
                <w:rFonts w:ascii="Calibri" w:hAnsi="Calibri"/>
                <w:color w:val="000000"/>
                <w:sz w:val="20"/>
              </w:rPr>
              <w:t>programmes</w:t>
            </w:r>
            <w:proofErr w:type="spellEnd"/>
          </w:p>
        </w:tc>
      </w:tr>
      <w:tr w:rsidR="0040090F" w:rsidTr="1ECF1DD2" w14:paraId="5120FD61" w14:textId="77777777">
        <w:trPr/>
        <w:tc>
          <w:tcPr>
            <w:tcW w:w="3120" w:type="dxa"/>
            <w:tcMar/>
            <w:vAlign w:val="center"/>
          </w:tcPr>
          <w:p w:rsidR="0040090F" w:rsidRDefault="0085639A" w14:paraId="5B3E98FE" w14:textId="77777777">
            <w:pPr>
              <w:spacing w:before="40" w:after="40"/>
            </w:pPr>
            <w:r>
              <w:rPr>
                <w:rFonts w:ascii="Calibri" w:hAnsi="Calibri"/>
                <w:color w:val="000000"/>
                <w:sz w:val="20"/>
              </w:rPr>
              <w:t>3</w:t>
            </w:r>
          </w:p>
        </w:tc>
        <w:tc>
          <w:tcPr>
            <w:tcW w:w="3120" w:type="dxa"/>
            <w:tcMar/>
            <w:vAlign w:val="center"/>
          </w:tcPr>
          <w:p w:rsidR="0040090F" w:rsidRDefault="0085639A" w14:paraId="0B804123" w14:textId="0BD35923">
            <w:pPr>
              <w:spacing w:before="40" w:after="40"/>
            </w:pPr>
            <w:r w:rsidRPr="1030D1EF" w:rsidR="0085639A">
              <w:rPr>
                <w:rFonts w:ascii="Calibri" w:hAnsi="Calibri"/>
                <w:color w:val="000000" w:themeColor="text1" w:themeTint="FF" w:themeShade="FF"/>
                <w:sz w:val="20"/>
                <w:szCs w:val="20"/>
              </w:rPr>
              <w:t>7th March</w:t>
            </w:r>
            <w:r w:rsidRPr="1030D1EF" w:rsidR="1279435E">
              <w:rPr>
                <w:rFonts w:ascii="Calibri" w:hAnsi="Calibri"/>
                <w:color w:val="000000" w:themeColor="text1" w:themeTint="FF" w:themeShade="FF"/>
                <w:sz w:val="20"/>
                <w:szCs w:val="20"/>
              </w:rPr>
              <w:t xml:space="preserve"> 2026</w:t>
            </w:r>
          </w:p>
        </w:tc>
        <w:tc>
          <w:tcPr>
            <w:tcW w:w="3195" w:type="dxa"/>
            <w:tcMar/>
            <w:vAlign w:val="center"/>
          </w:tcPr>
          <w:p w:rsidR="0040090F" w:rsidRDefault="0085639A" w14:paraId="524F8EAA" w14:textId="77777777">
            <w:pPr>
              <w:spacing w:before="40" w:after="40"/>
            </w:pPr>
            <w:r>
              <w:rPr>
                <w:rFonts w:ascii="Calibri" w:hAnsi="Calibri"/>
                <w:color w:val="000000"/>
                <w:sz w:val="20"/>
              </w:rPr>
              <w:t xml:space="preserve">Amendments to fees and additional </w:t>
            </w:r>
            <w:proofErr w:type="spellStart"/>
            <w:r>
              <w:rPr>
                <w:rFonts w:ascii="Calibri" w:hAnsi="Calibri"/>
                <w:color w:val="000000"/>
                <w:sz w:val="20"/>
              </w:rPr>
              <w:t>programmes</w:t>
            </w:r>
            <w:proofErr w:type="spellEnd"/>
          </w:p>
        </w:tc>
      </w:tr>
      <w:tr w:rsidR="0040090F" w:rsidTr="1ECF1DD2" w14:paraId="47B08CE5" w14:textId="77777777">
        <w:trPr/>
        <w:tc>
          <w:tcPr>
            <w:tcW w:w="3120" w:type="dxa"/>
            <w:tcMar/>
            <w:vAlign w:val="center"/>
          </w:tcPr>
          <w:p w:rsidR="0040090F" w:rsidRDefault="0085639A" w14:paraId="79A5421C" w14:textId="77777777">
            <w:pPr>
              <w:spacing w:before="40" w:after="40"/>
            </w:pPr>
            <w:r>
              <w:rPr>
                <w:rFonts w:ascii="Calibri" w:hAnsi="Calibri"/>
                <w:color w:val="000000"/>
                <w:sz w:val="20"/>
              </w:rPr>
              <w:t>4</w:t>
            </w:r>
          </w:p>
        </w:tc>
        <w:tc>
          <w:tcPr>
            <w:tcW w:w="3120" w:type="dxa"/>
            <w:tcMar/>
            <w:vAlign w:val="center"/>
          </w:tcPr>
          <w:p w:rsidR="0040090F" w:rsidRDefault="0085639A" w14:paraId="53E61E23" w14:textId="78910B56">
            <w:pPr>
              <w:spacing w:before="40" w:after="40"/>
            </w:pPr>
            <w:r w:rsidRPr="1030D1EF" w:rsidR="0085639A">
              <w:rPr>
                <w:rFonts w:ascii="Calibri" w:hAnsi="Calibri"/>
                <w:color w:val="000000" w:themeColor="text1" w:themeTint="FF" w:themeShade="FF"/>
                <w:sz w:val="20"/>
                <w:szCs w:val="20"/>
              </w:rPr>
              <w:t>18th Feb</w:t>
            </w:r>
            <w:r w:rsidRPr="1030D1EF" w:rsidR="3B9BCE9A">
              <w:rPr>
                <w:rFonts w:ascii="Calibri" w:hAnsi="Calibri"/>
                <w:color w:val="000000" w:themeColor="text1" w:themeTint="FF" w:themeShade="FF"/>
                <w:sz w:val="20"/>
                <w:szCs w:val="20"/>
              </w:rPr>
              <w:t xml:space="preserve"> 2026</w:t>
            </w:r>
          </w:p>
        </w:tc>
        <w:tc>
          <w:tcPr>
            <w:tcW w:w="3195" w:type="dxa"/>
            <w:tcMar/>
            <w:vAlign w:val="center"/>
          </w:tcPr>
          <w:p w:rsidR="0040090F" w:rsidRDefault="0085639A" w14:paraId="3E1F0932" w14:textId="77777777">
            <w:pPr>
              <w:spacing w:before="40" w:after="40"/>
            </w:pPr>
            <w:r>
              <w:rPr>
                <w:rFonts w:ascii="Calibri" w:hAnsi="Calibri"/>
                <w:color w:val="000000"/>
                <w:sz w:val="20"/>
              </w:rPr>
              <w:t xml:space="preserve">Amendments to fees and additional </w:t>
            </w:r>
            <w:proofErr w:type="spellStart"/>
            <w:r>
              <w:rPr>
                <w:rFonts w:ascii="Calibri" w:hAnsi="Calibri"/>
                <w:color w:val="000000"/>
                <w:sz w:val="20"/>
              </w:rPr>
              <w:t>programmes</w:t>
            </w:r>
            <w:proofErr w:type="spellEnd"/>
          </w:p>
        </w:tc>
      </w:tr>
      <w:tr w:rsidR="7063EEBE" w:rsidTr="1ECF1DD2" w14:paraId="4D787CBB">
        <w:trPr>
          <w:trHeight w:val="300"/>
        </w:trPr>
        <w:tc>
          <w:tcPr>
            <w:tcW w:w="3120" w:type="dxa"/>
            <w:tcMar/>
            <w:vAlign w:val="center"/>
          </w:tcPr>
          <w:p w:rsidR="2D5B5A1F" w:rsidP="7063EEBE" w:rsidRDefault="2D5B5A1F" w14:paraId="311D1116" w14:textId="0C19A136">
            <w:pPr>
              <w:pStyle w:val="Normal"/>
              <w:rPr>
                <w:rFonts w:ascii="Calibri" w:hAnsi="Calibri"/>
                <w:color w:val="000000" w:themeColor="text1" w:themeTint="FF" w:themeShade="FF"/>
                <w:sz w:val="20"/>
                <w:szCs w:val="20"/>
              </w:rPr>
            </w:pPr>
            <w:r w:rsidRPr="7063EEBE" w:rsidR="2D5B5A1F">
              <w:rPr>
                <w:rFonts w:ascii="Calibri" w:hAnsi="Calibri"/>
                <w:color w:val="000000" w:themeColor="text1" w:themeTint="FF" w:themeShade="FF"/>
                <w:sz w:val="20"/>
                <w:szCs w:val="20"/>
              </w:rPr>
              <w:t>5</w:t>
            </w:r>
          </w:p>
        </w:tc>
        <w:tc>
          <w:tcPr>
            <w:tcW w:w="3120" w:type="dxa"/>
            <w:tcMar/>
            <w:vAlign w:val="center"/>
          </w:tcPr>
          <w:p w:rsidR="2D5B5A1F" w:rsidP="7063EEBE" w:rsidRDefault="2D5B5A1F" w14:paraId="1DFAA91E" w14:textId="3CE78971">
            <w:pPr>
              <w:pStyle w:val="Normal"/>
              <w:rPr>
                <w:rFonts w:ascii="Calibri" w:hAnsi="Calibri"/>
                <w:color w:val="000000" w:themeColor="text1" w:themeTint="FF" w:themeShade="FF"/>
                <w:sz w:val="20"/>
                <w:szCs w:val="20"/>
              </w:rPr>
            </w:pPr>
            <w:r w:rsidRPr="1ECF1DD2" w:rsidR="0B4ABDB4">
              <w:rPr>
                <w:rFonts w:ascii="Calibri" w:hAnsi="Calibri"/>
                <w:color w:val="000000" w:themeColor="text1" w:themeTint="FF" w:themeShade="FF"/>
                <w:sz w:val="20"/>
                <w:szCs w:val="20"/>
              </w:rPr>
              <w:t>5</w:t>
            </w:r>
            <w:r w:rsidRPr="1ECF1DD2" w:rsidR="0B4ABDB4">
              <w:rPr>
                <w:rFonts w:ascii="Calibri" w:hAnsi="Calibri"/>
                <w:color w:val="000000" w:themeColor="text1" w:themeTint="FF" w:themeShade="FF"/>
                <w:sz w:val="20"/>
                <w:szCs w:val="20"/>
                <w:vertAlign w:val="superscript"/>
              </w:rPr>
              <w:t>th</w:t>
            </w:r>
            <w:r w:rsidRPr="1ECF1DD2" w:rsidR="0B4ABDB4">
              <w:rPr>
                <w:rFonts w:ascii="Calibri" w:hAnsi="Calibri"/>
                <w:color w:val="000000" w:themeColor="text1" w:themeTint="FF" w:themeShade="FF"/>
                <w:sz w:val="20"/>
                <w:szCs w:val="20"/>
              </w:rPr>
              <w:t xml:space="preserve"> </w:t>
            </w:r>
            <w:r w:rsidRPr="1ECF1DD2" w:rsidR="35A5C91B">
              <w:rPr>
                <w:rFonts w:ascii="Calibri" w:hAnsi="Calibri"/>
                <w:color w:val="000000" w:themeColor="text1" w:themeTint="FF" w:themeShade="FF"/>
                <w:sz w:val="20"/>
                <w:szCs w:val="20"/>
              </w:rPr>
              <w:t>June 2026</w:t>
            </w:r>
          </w:p>
        </w:tc>
        <w:tc>
          <w:tcPr>
            <w:tcW w:w="3195" w:type="dxa"/>
            <w:tcMar/>
            <w:vAlign w:val="center"/>
          </w:tcPr>
          <w:p w:rsidR="2D5B5A1F" w:rsidP="7063EEBE" w:rsidRDefault="2D5B5A1F" w14:paraId="7577BCA2">
            <w:pPr>
              <w:spacing w:before="40" w:after="40"/>
            </w:pPr>
            <w:r w:rsidRPr="7063EEBE" w:rsidR="2D5B5A1F">
              <w:rPr>
                <w:rFonts w:ascii="Calibri" w:hAnsi="Calibri"/>
                <w:color w:val="000000" w:themeColor="text1" w:themeTint="FF" w:themeShade="FF"/>
                <w:sz w:val="20"/>
                <w:szCs w:val="20"/>
              </w:rPr>
              <w:t>Amendments to fees and additional programmes</w:t>
            </w:r>
          </w:p>
          <w:p w:rsidR="7063EEBE" w:rsidP="7063EEBE" w:rsidRDefault="7063EEBE" w14:paraId="25923495" w14:textId="06ABFC6A">
            <w:pPr>
              <w:pStyle w:val="Normal"/>
              <w:rPr>
                <w:rFonts w:ascii="Calibri" w:hAnsi="Calibri"/>
                <w:color w:val="000000" w:themeColor="text1" w:themeTint="FF" w:themeShade="FF"/>
                <w:sz w:val="20"/>
                <w:szCs w:val="20"/>
              </w:rPr>
            </w:pPr>
          </w:p>
        </w:tc>
      </w:tr>
    </w:tbl>
    <w:p w:rsidR="49DDAEFC" w:rsidP="487DDC34" w:rsidRDefault="49DDAEFC" w14:paraId="3B3896A5" w14:textId="25EEE4DC"/>
    <w:p w:rsidR="487DDC34" w:rsidP="487DDC34" w:rsidRDefault="487DDC34" w14:paraId="79F8516B" w14:textId="73318496"/>
    <w:p w:rsidR="487DDC34" w:rsidP="487DDC34" w:rsidRDefault="487DDC34" w14:paraId="75B56261" w14:textId="713235EF"/>
    <w:p w:rsidR="487DDC34" w:rsidRDefault="487DDC34" w14:paraId="6C3476F4" w14:textId="5DD6D5B2"/>
    <w:p w:rsidR="487DDC34" w:rsidP="487DDC34" w:rsidRDefault="487DDC34" w14:paraId="2BC66FB2" w14:textId="1E045F04"/>
    <w:p w:rsidR="0040090F" w:rsidP="49DDAEFC" w:rsidRDefault="53C06C58" w14:paraId="6604B906" w14:textId="77777777">
      <w:pPr>
        <w:pBdr>
          <w:bottom w:val="single" w:color="C9A227" w:sz="12" w:space="0"/>
        </w:pBdr>
        <w:rPr>
          <w:rFonts w:ascii="Calibri" w:hAnsi="Calibri"/>
          <w:b/>
          <w:bCs/>
          <w:color w:val="000000" w:themeColor="text1"/>
        </w:rPr>
      </w:pPr>
      <w:r w:rsidRPr="49DDAEFC">
        <w:rPr>
          <w:rFonts w:ascii="Calibri" w:hAnsi="Calibri"/>
          <w:b/>
          <w:bCs/>
          <w:color w:val="000000" w:themeColor="text1"/>
        </w:rPr>
        <w:t>INDEX:</w:t>
      </w:r>
    </w:p>
    <w:p w:rsidR="0040090F" w:rsidRDefault="0085639A" w14:paraId="5E3B032E" w14:textId="77777777">
      <w:pPr>
        <w:pBdr>
          <w:bottom w:val="single" w:color="C9A227" w:sz="12" w:space="0"/>
        </w:pBdr>
      </w:pPr>
      <w:r>
        <w:rPr>
          <w:rFonts w:ascii="Calibri" w:hAnsi="Calibri"/>
          <w:color w:val="000000"/>
        </w:rPr>
        <w:t>SECTION 1   PART-TIME PROGRAMMES</w:t>
      </w:r>
    </w:p>
    <w:p w:rsidR="0040090F" w:rsidP="49DDAEFC" w:rsidRDefault="53C06C58" w14:paraId="18F5DA0C" w14:textId="30F25B03">
      <w:pPr>
        <w:pBdr>
          <w:bottom w:val="single" w:color="C9A227" w:sz="12" w:space="0"/>
        </w:pBdr>
      </w:pPr>
      <w:r w:rsidRPr="49DDAEFC">
        <w:rPr>
          <w:rFonts w:ascii="Calibri" w:hAnsi="Calibri"/>
          <w:color w:val="000000" w:themeColor="text1"/>
        </w:rPr>
        <w:t xml:space="preserve">1.1  </w:t>
      </w:r>
      <w:r w:rsidRPr="49DDAEFC" w:rsidR="346636BD">
        <w:rPr>
          <w:rFonts w:ascii="Calibri" w:hAnsi="Calibri"/>
          <w:color w:val="000000" w:themeColor="text1"/>
        </w:rPr>
        <w:t xml:space="preserve">      </w:t>
      </w:r>
      <w:r w:rsidRPr="49DDAEFC">
        <w:rPr>
          <w:rFonts w:ascii="Calibri" w:hAnsi="Calibri"/>
          <w:color w:val="000000" w:themeColor="text1"/>
        </w:rPr>
        <w:t>FACULTY OF CPODL- POSTGRADUATE PART-TIME PROGRAMMES-MIDLANDS</w:t>
      </w:r>
    </w:p>
    <w:p w:rsidR="0040090F" w:rsidP="49DDAEFC" w:rsidRDefault="53C06C58" w14:paraId="2ABACC23" w14:textId="2F689AD4">
      <w:pPr>
        <w:pBdr>
          <w:bottom w:val="single" w:color="C9A227" w:sz="12" w:space="0"/>
        </w:pBdr>
      </w:pPr>
      <w:r w:rsidRPr="7063EEBE" w:rsidR="6E6D9BA5">
        <w:rPr>
          <w:rFonts w:ascii="Calibri" w:hAnsi="Calibri"/>
          <w:color w:val="000000" w:themeColor="text1" w:themeTint="FF" w:themeShade="FF"/>
        </w:rPr>
        <w:t xml:space="preserve">1.2 </w:t>
      </w:r>
      <w:r w:rsidRPr="7063EEBE" w:rsidR="6C246AC1">
        <w:rPr>
          <w:rFonts w:ascii="Calibri" w:hAnsi="Calibri"/>
          <w:color w:val="000000" w:themeColor="text1" w:themeTint="FF" w:themeShade="FF"/>
        </w:rPr>
        <w:t xml:space="preserve">       </w:t>
      </w:r>
      <w:r w:rsidRPr="7063EEBE" w:rsidR="6E6D9BA5">
        <w:rPr>
          <w:rFonts w:ascii="Calibri" w:hAnsi="Calibri"/>
          <w:color w:val="000000" w:themeColor="text1" w:themeTint="FF" w:themeShade="FF"/>
        </w:rPr>
        <w:t>FACULTY OF CPODL –UNDERGRADUATE PART-TIME PROGRAMMES-MIDLANDS</w:t>
      </w:r>
    </w:p>
    <w:p w:rsidR="0040090F" w:rsidP="7063EEBE" w:rsidRDefault="0085639A" w14:paraId="1232A470" w14:textId="1BD2A14F">
      <w:pPr>
        <w:pBdr>
          <w:bottom w:val="single" w:color="C9A227" w:sz="12" w:space="0"/>
        </w:pBdr>
      </w:pPr>
      <w:r w:rsidRPr="7063EEBE" w:rsidR="0254E1AA">
        <w:rPr>
          <w:rFonts w:ascii="Calibri" w:hAnsi="Calibri"/>
          <w:color w:val="000000" w:themeColor="text1" w:themeTint="FF" w:themeShade="FF"/>
        </w:rPr>
        <w:t>1.3        FACULTY OF CPODL –</w:t>
      </w:r>
      <w:r w:rsidRPr="7063EEBE" w:rsidR="773621DA">
        <w:rPr>
          <w:rFonts w:ascii="Calibri" w:hAnsi="Calibri"/>
          <w:color w:val="000000" w:themeColor="text1" w:themeTint="FF" w:themeShade="FF"/>
        </w:rPr>
        <w:t xml:space="preserve"> M</w:t>
      </w:r>
      <w:r w:rsidRPr="7063EEBE" w:rsidR="773621DA">
        <w:rPr>
          <w:rFonts w:ascii="Calibri" w:hAnsi="Calibri"/>
          <w:color w:val="000000" w:themeColor="text1" w:themeTint="FF" w:themeShade="FF"/>
          <w:sz w:val="24"/>
          <w:szCs w:val="24"/>
        </w:rPr>
        <w:t>ICRO C</w:t>
      </w:r>
      <w:r w:rsidRPr="7063EEBE" w:rsidR="5CCB9019">
        <w:rPr>
          <w:rFonts w:ascii="Calibri" w:hAnsi="Calibri"/>
          <w:color w:val="000000" w:themeColor="text1" w:themeTint="FF" w:themeShade="FF"/>
          <w:sz w:val="24"/>
          <w:szCs w:val="24"/>
        </w:rPr>
        <w:t>RED</w:t>
      </w:r>
      <w:r w:rsidRPr="7063EEBE" w:rsidR="77CC62B5">
        <w:rPr>
          <w:rFonts w:ascii="Calibri" w:hAnsi="Calibri"/>
          <w:color w:val="000000" w:themeColor="text1" w:themeTint="FF" w:themeShade="FF"/>
          <w:sz w:val="24"/>
          <w:szCs w:val="24"/>
        </w:rPr>
        <w:t>ENTIALS</w:t>
      </w:r>
      <w:r w:rsidRPr="7063EEBE" w:rsidR="0254E1AA">
        <w:rPr>
          <w:rFonts w:ascii="Calibri" w:hAnsi="Calibri"/>
          <w:color w:val="000000" w:themeColor="text1" w:themeTint="FF" w:themeShade="FF"/>
        </w:rPr>
        <w:t xml:space="preserve"> P</w:t>
      </w:r>
      <w:r w:rsidRPr="7063EEBE" w:rsidR="7F23C76B">
        <w:rPr>
          <w:rFonts w:ascii="Calibri" w:hAnsi="Calibri"/>
          <w:color w:val="000000" w:themeColor="text1" w:themeTint="FF" w:themeShade="FF"/>
        </w:rPr>
        <w:t>ART-TIME PR</w:t>
      </w:r>
      <w:r w:rsidRPr="7063EEBE" w:rsidR="0254E1AA">
        <w:rPr>
          <w:rFonts w:ascii="Calibri" w:hAnsi="Calibri"/>
          <w:color w:val="000000" w:themeColor="text1" w:themeTint="FF" w:themeShade="FF"/>
        </w:rPr>
        <w:t>OGRAMMES-MIDLANDS</w:t>
      </w:r>
    </w:p>
    <w:p w:rsidR="0040090F" w:rsidP="7063EEBE" w:rsidRDefault="0085639A" w14:paraId="5B362305" w14:textId="3836ED2C">
      <w:pPr>
        <w:pStyle w:val="Normal"/>
        <w:pBdr>
          <w:bottom w:val="single" w:color="C9A227" w:sz="12" w:space="0"/>
        </w:pBdr>
        <w:rPr>
          <w:rFonts w:ascii="Calibri" w:hAnsi="Calibri"/>
          <w:color w:val="000000" w:themeColor="text1" w:themeTint="FF" w:themeShade="FF"/>
        </w:rPr>
      </w:pPr>
      <w:r w:rsidRPr="7063EEBE" w:rsidR="416B4783">
        <w:rPr>
          <w:rFonts w:ascii="Calibri" w:hAnsi="Calibri"/>
          <w:color w:val="000000" w:themeColor="text1" w:themeTint="FF" w:themeShade="FF"/>
        </w:rPr>
        <w:t>1.4        FACULTY OF CPODL - SUSI PART-TIME PROGRAMMES – MIDLANDS</w:t>
      </w:r>
    </w:p>
    <w:p w:rsidR="0040090F" w:rsidRDefault="0085639A" w14:paraId="46EA5B85" w14:textId="77777777">
      <w:pPr>
        <w:pBdr>
          <w:bottom w:val="single" w:color="C9A227" w:sz="12" w:space="0"/>
        </w:pBdr>
      </w:pPr>
      <w:r>
        <w:rPr>
          <w:rFonts w:ascii="Calibri" w:hAnsi="Calibri"/>
          <w:color w:val="000000"/>
        </w:rPr>
        <w:t xml:space="preserve">1.5 </w:t>
      </w:r>
      <w:r>
        <w:rPr>
          <w:rFonts w:ascii="Calibri" w:hAnsi="Calibri"/>
          <w:color w:val="000000"/>
        </w:rPr>
        <w:tab/>
      </w:r>
      <w:r>
        <w:rPr>
          <w:rFonts w:ascii="Calibri" w:hAnsi="Calibri"/>
          <w:color w:val="000000"/>
        </w:rPr>
        <w:t>FACULTY OF CPODL - SKILLNET PROGRAMMES - MIDLANDS</w:t>
      </w:r>
    </w:p>
    <w:p w:rsidR="0040090F" w:rsidRDefault="0085639A" w14:paraId="27C5DBF4" w14:textId="77777777">
      <w:pPr>
        <w:pBdr>
          <w:bottom w:val="single" w:color="C9A227" w:sz="12" w:space="0"/>
        </w:pBdr>
      </w:pPr>
      <w:r>
        <w:rPr>
          <w:rFonts w:ascii="Calibri" w:hAnsi="Calibri"/>
          <w:color w:val="000000"/>
        </w:rPr>
        <w:t xml:space="preserve">1.6 </w:t>
      </w:r>
      <w:r>
        <w:rPr>
          <w:rFonts w:ascii="Calibri" w:hAnsi="Calibri"/>
          <w:color w:val="000000"/>
        </w:rPr>
        <w:tab/>
      </w:r>
      <w:r>
        <w:rPr>
          <w:rFonts w:ascii="Calibri" w:hAnsi="Calibri"/>
          <w:color w:val="000000"/>
        </w:rPr>
        <w:t>FACULTY OF CPODL - SPRINGBOARD PROGRAMMES – MIDLANDS</w:t>
      </w:r>
    </w:p>
    <w:p w:rsidR="0085639A" w:rsidP="1030D1EF" w:rsidRDefault="0085639A" w14:paraId="1DDA7E19" w14:textId="53BFA9F9">
      <w:pPr>
        <w:pBdr>
          <w:bottom w:val="single" w:color="C9A227" w:sz="12" w:space="0"/>
        </w:pBdr>
      </w:pPr>
      <w:r w:rsidRPr="1030D1EF" w:rsidR="0085639A">
        <w:rPr>
          <w:rFonts w:ascii="Calibri" w:hAnsi="Calibri"/>
          <w:color w:val="000000" w:themeColor="text1" w:themeTint="FF" w:themeShade="FF"/>
        </w:rPr>
        <w:t>1.7</w:t>
      </w:r>
      <w:r>
        <w:tab/>
      </w:r>
      <w:r w:rsidRPr="1030D1EF" w:rsidR="0085639A">
        <w:rPr>
          <w:rFonts w:ascii="Calibri" w:hAnsi="Calibri"/>
          <w:color w:val="000000" w:themeColor="text1" w:themeTint="FF" w:themeShade="FF"/>
        </w:rPr>
        <w:t>SPRINGBOARD+/HCI FUNDED PROGRAMMES REGISTRATION REQUIREMEN</w:t>
      </w:r>
      <w:r w:rsidRPr="1030D1EF" w:rsidR="5969F141">
        <w:rPr>
          <w:rFonts w:ascii="Calibri" w:hAnsi="Calibri"/>
          <w:color w:val="000000" w:themeColor="text1" w:themeTint="FF" w:themeShade="FF"/>
        </w:rPr>
        <w:t>TS</w:t>
      </w:r>
    </w:p>
    <w:p w:rsidR="5969F141" w:rsidP="1030D1EF" w:rsidRDefault="5969F141" w14:paraId="6011E7EA" w14:textId="3FDE92BF">
      <w:pPr>
        <w:pBdr>
          <w:bottom w:val="single" w:color="C9A227" w:sz="12" w:space="0"/>
        </w:pBdr>
        <w:rPr>
          <w:rFonts w:ascii="Calibri" w:hAnsi="Calibri"/>
          <w:color w:val="000000" w:themeColor="text1" w:themeTint="FF" w:themeShade="FF"/>
        </w:rPr>
      </w:pPr>
      <w:r w:rsidRPr="1030D1EF" w:rsidR="5969F141">
        <w:rPr>
          <w:rFonts w:ascii="Calibri" w:hAnsi="Calibri"/>
          <w:color w:val="000000" w:themeColor="text1" w:themeTint="FF" w:themeShade="FF"/>
        </w:rPr>
        <w:t>1.8        FACULTY OF CPODL- INTERNATIONAL-FEES PART-TIME PROGRAMMES-MIDLANDS</w:t>
      </w:r>
    </w:p>
    <w:p w:rsidR="5969F141" w:rsidP="1030D1EF" w:rsidRDefault="5969F141" w14:paraId="726C6D8A" w14:textId="5D47C9BF">
      <w:pPr>
        <w:pStyle w:val="Normal"/>
        <w:pBdr>
          <w:bottom w:val="single" w:color="C9A227" w:sz="12" w:space="0"/>
        </w:pBdr>
        <w:rPr>
          <w:rFonts w:ascii="Calibri" w:hAnsi="Calibri"/>
          <w:color w:val="000000" w:themeColor="text1" w:themeTint="FF" w:themeShade="FF"/>
        </w:rPr>
      </w:pPr>
      <w:r w:rsidRPr="1030D1EF" w:rsidR="5969F141">
        <w:rPr>
          <w:rFonts w:ascii="Calibri" w:hAnsi="Calibri"/>
          <w:color w:val="000000" w:themeColor="text1" w:themeTint="FF" w:themeShade="FF"/>
        </w:rPr>
        <w:t xml:space="preserve">     </w:t>
      </w:r>
    </w:p>
    <w:p w:rsidR="0040090F" w:rsidRDefault="0085639A" w14:paraId="00757C49" w14:textId="77777777">
      <w:pPr>
        <w:pBdr>
          <w:bottom w:val="single" w:color="C9A227" w:sz="12" w:space="0"/>
        </w:pBdr>
      </w:pPr>
      <w:r>
        <w:rPr>
          <w:rFonts w:ascii="Calibri" w:hAnsi="Calibri"/>
          <w:color w:val="000000"/>
        </w:rPr>
        <w:t>SECTION 2   REFUND SCHEDULE</w:t>
      </w:r>
    </w:p>
    <w:p w:rsidR="0040090F" w:rsidRDefault="0085639A" w14:paraId="362DBC6F" w14:textId="77777777">
      <w:pPr>
        <w:pBdr>
          <w:bottom w:val="single" w:color="C9A227" w:sz="12" w:space="0"/>
        </w:pBdr>
      </w:pPr>
      <w:r>
        <w:rPr>
          <w:rFonts w:ascii="Calibri" w:hAnsi="Calibri"/>
          <w:color w:val="000000"/>
        </w:rPr>
        <w:t xml:space="preserve">2.1 </w:t>
      </w:r>
      <w:r>
        <w:rPr>
          <w:rFonts w:ascii="Calibri" w:hAnsi="Calibri"/>
          <w:color w:val="000000"/>
        </w:rPr>
        <w:tab/>
      </w:r>
      <w:r>
        <w:rPr>
          <w:rFonts w:ascii="Calibri" w:hAnsi="Calibri"/>
          <w:color w:val="000000"/>
        </w:rPr>
        <w:t>PART-TIME PROGRAMME FEE AND REFUND SCHEDULE FOR 2026/2027 ACADEMIC YEAR – MIDLANDS</w:t>
      </w:r>
    </w:p>
    <w:p w:rsidR="0040090F" w:rsidRDefault="0085639A" w14:paraId="13A2C5D8" w14:textId="77777777">
      <w:pPr>
        <w:pBdr>
          <w:bottom w:val="single" w:color="C9A227" w:sz="12" w:space="0"/>
        </w:pBdr>
      </w:pPr>
      <w:r>
        <w:rPr>
          <w:rFonts w:ascii="Calibri" w:hAnsi="Calibri"/>
          <w:color w:val="000000"/>
        </w:rPr>
        <w:t xml:space="preserve">2.2 </w:t>
      </w:r>
      <w:r>
        <w:rPr>
          <w:rFonts w:ascii="Calibri" w:hAnsi="Calibri"/>
          <w:color w:val="000000"/>
        </w:rPr>
        <w:tab/>
      </w:r>
      <w:r>
        <w:rPr>
          <w:rFonts w:ascii="Calibri" w:hAnsi="Calibri"/>
          <w:color w:val="000000"/>
        </w:rPr>
        <w:t>PART-TIME PROGRAMMES - up to 15 weeks in duration (one semester)</w:t>
      </w:r>
    </w:p>
    <w:p w:rsidR="0040090F" w:rsidRDefault="0085639A" w14:paraId="668CB467" w14:textId="77777777">
      <w:pPr>
        <w:pBdr>
          <w:bottom w:val="single" w:color="C9A227" w:sz="12" w:space="0"/>
        </w:pBdr>
      </w:pPr>
      <w:r>
        <w:rPr>
          <w:rFonts w:ascii="Calibri" w:hAnsi="Calibri"/>
          <w:color w:val="000000"/>
        </w:rPr>
        <w:t>2026/2027 ACADEMIC YEAR - MIDLANDS</w:t>
      </w:r>
    </w:p>
    <w:p w:rsidR="0040090F" w:rsidRDefault="0085639A" w14:paraId="3EF1B174" w14:textId="77777777">
      <w:pPr>
        <w:pBdr>
          <w:bottom w:val="single" w:color="C9A227" w:sz="12" w:space="0"/>
        </w:pBdr>
      </w:pPr>
      <w:r>
        <w:rPr>
          <w:rFonts w:ascii="Calibri" w:hAnsi="Calibri"/>
          <w:color w:val="000000"/>
        </w:rPr>
        <w:t xml:space="preserve">2.3 </w:t>
      </w:r>
      <w:r>
        <w:rPr>
          <w:rFonts w:ascii="Calibri" w:hAnsi="Calibri"/>
          <w:color w:val="000000"/>
        </w:rPr>
        <w:tab/>
      </w:r>
      <w:r>
        <w:rPr>
          <w:rFonts w:ascii="Calibri" w:hAnsi="Calibri"/>
          <w:color w:val="000000"/>
        </w:rPr>
        <w:t>PART-TIME PROGRAMMES - over 15 weeks in duration 2026/2027 ACADEMIC YEAR - MIDLANDS</w:t>
      </w:r>
    </w:p>
    <w:p w:rsidR="0040090F" w:rsidRDefault="0085639A" w14:paraId="59318768" w14:textId="77777777">
      <w:pPr>
        <w:pBdr>
          <w:bottom w:val="single" w:color="C9A227" w:sz="12" w:space="0"/>
        </w:pBdr>
      </w:pPr>
      <w:r>
        <w:rPr>
          <w:rFonts w:ascii="Calibri" w:hAnsi="Calibri"/>
          <w:color w:val="000000"/>
        </w:rPr>
        <w:t>SECTION 3 PAYMENT DEADLINES</w:t>
      </w:r>
    </w:p>
    <w:p w:rsidR="0040090F" w:rsidRDefault="0085639A" w14:paraId="5C247992" w14:textId="77777777">
      <w:pPr>
        <w:pBdr>
          <w:bottom w:val="single" w:color="C9A227" w:sz="12" w:space="0"/>
        </w:pBdr>
      </w:pPr>
      <w:r>
        <w:rPr>
          <w:rFonts w:ascii="Calibri" w:hAnsi="Calibri"/>
          <w:color w:val="000000"/>
        </w:rPr>
        <w:t xml:space="preserve">3.1 </w:t>
      </w:r>
      <w:r>
        <w:rPr>
          <w:rFonts w:ascii="Calibri" w:hAnsi="Calibri"/>
          <w:color w:val="000000"/>
        </w:rPr>
        <w:tab/>
      </w:r>
      <w:r>
        <w:rPr>
          <w:rFonts w:ascii="Calibri" w:hAnsi="Calibri"/>
          <w:color w:val="000000"/>
        </w:rPr>
        <w:t>PART-TIME PROGRAMME FEE PAYMENT DEADLINES - MIDLANDS</w:t>
      </w:r>
    </w:p>
    <w:p w:rsidR="0040090F" w:rsidRDefault="0085639A" w14:paraId="7E58B93E" w14:textId="77777777">
      <w:pPr>
        <w:pBdr>
          <w:bottom w:val="single" w:color="C9A227" w:sz="12" w:space="0"/>
        </w:pBdr>
      </w:pPr>
      <w:r>
        <w:rPr>
          <w:rFonts w:ascii="Calibri" w:hAnsi="Calibri"/>
          <w:color w:val="000000"/>
        </w:rPr>
        <w:t xml:space="preserve">3.2 </w:t>
      </w:r>
      <w:r>
        <w:rPr>
          <w:rFonts w:ascii="Calibri" w:hAnsi="Calibri"/>
          <w:color w:val="000000"/>
        </w:rPr>
        <w:tab/>
      </w:r>
      <w:r>
        <w:rPr>
          <w:rFonts w:ascii="Calibri" w:hAnsi="Calibri"/>
          <w:color w:val="000000"/>
        </w:rPr>
        <w:t>PENALTY IMPLEMENTATION TIMELINES – MIDLANDS</w:t>
      </w:r>
    </w:p>
    <w:p w:rsidR="0040090F" w:rsidRDefault="0085639A" w14:paraId="2CC76C3F" w14:textId="77777777">
      <w:pPr>
        <w:pBdr>
          <w:bottom w:val="single" w:color="C9A227" w:sz="12" w:space="0"/>
        </w:pBdr>
      </w:pPr>
      <w:r>
        <w:rPr>
          <w:rFonts w:ascii="Calibri" w:hAnsi="Calibri"/>
          <w:color w:val="000000"/>
        </w:rPr>
        <w:t xml:space="preserve">3.3 </w:t>
      </w:r>
      <w:r>
        <w:rPr>
          <w:rFonts w:ascii="Calibri" w:hAnsi="Calibri"/>
          <w:color w:val="000000"/>
        </w:rPr>
        <w:tab/>
      </w:r>
      <w:r>
        <w:rPr>
          <w:rFonts w:ascii="Calibri" w:hAnsi="Calibri"/>
          <w:color w:val="000000"/>
        </w:rPr>
        <w:t>EMPLOYER INVOICE REQUEST FORM - MIDLANDS</w:t>
      </w:r>
    </w:p>
    <w:p w:rsidR="0040090F" w:rsidRDefault="0085639A" w14:paraId="799075F0" w14:textId="77777777">
      <w:pPr>
        <w:pBdr>
          <w:bottom w:val="single" w:color="C9A227" w:sz="12" w:space="0"/>
        </w:pBdr>
      </w:pPr>
      <w:r>
        <w:rPr>
          <w:rFonts w:ascii="Calibri" w:hAnsi="Calibri"/>
          <w:color w:val="000000"/>
        </w:rPr>
        <w:t>SECTION 4</w:t>
      </w:r>
    </w:p>
    <w:p w:rsidR="0040090F" w:rsidRDefault="0085639A" w14:paraId="36097C36" w14:textId="77777777">
      <w:pPr>
        <w:pBdr>
          <w:bottom w:val="single" w:color="C9A227" w:sz="12" w:space="0"/>
        </w:pBdr>
      </w:pPr>
      <w:r>
        <w:rPr>
          <w:rFonts w:ascii="Calibri" w:hAnsi="Calibri"/>
          <w:color w:val="000000"/>
        </w:rPr>
        <w:t>4.1</w:t>
      </w:r>
      <w:r>
        <w:rPr>
          <w:rFonts w:ascii="Calibri" w:hAnsi="Calibri"/>
          <w:color w:val="000000"/>
        </w:rPr>
        <w:tab/>
      </w:r>
      <w:r>
        <w:rPr>
          <w:rFonts w:ascii="Calibri" w:hAnsi="Calibri"/>
          <w:color w:val="000000"/>
        </w:rPr>
        <w:t>STRUCTURED PAYMENT SCHEMA FOR PART-TIME PROGRAMMES</w:t>
      </w:r>
    </w:p>
    <w:p w:rsidR="0040090F" w:rsidRDefault="0085639A" w14:paraId="24EEFF8E" w14:textId="77777777">
      <w:pPr>
        <w:pBdr>
          <w:bottom w:val="single" w:color="C9A227" w:sz="12" w:space="0"/>
        </w:pBdr>
      </w:pPr>
      <w:r>
        <w:rPr>
          <w:rFonts w:ascii="Calibri" w:hAnsi="Calibri"/>
          <w:color w:val="000000"/>
        </w:rPr>
        <w:t>SECTION 5</w:t>
      </w:r>
    </w:p>
    <w:p w:rsidR="0040090F" w:rsidRDefault="0085639A" w14:paraId="7FCEBF8D" w14:textId="77777777">
      <w:pPr>
        <w:pBdr>
          <w:bottom w:val="single" w:color="C9A227" w:sz="12" w:space="0"/>
        </w:pBdr>
      </w:pPr>
      <w:r>
        <w:rPr>
          <w:rFonts w:ascii="Calibri" w:hAnsi="Calibri"/>
          <w:color w:val="000000"/>
        </w:rPr>
        <w:t>5.1</w:t>
      </w:r>
      <w:r>
        <w:rPr>
          <w:rFonts w:ascii="Calibri" w:hAnsi="Calibri"/>
          <w:color w:val="000000"/>
        </w:rPr>
        <w:tab/>
      </w:r>
      <w:r>
        <w:rPr>
          <w:rFonts w:ascii="Calibri" w:hAnsi="Calibri"/>
          <w:color w:val="000000"/>
        </w:rPr>
        <w:t>ADDITIONAL FEE CHARGES – TUS – MIDLANDS</w:t>
      </w:r>
    </w:p>
    <w:p w:rsidR="0040090F" w:rsidRDefault="0085639A" w14:paraId="399783AD" w14:textId="77777777">
      <w:pPr>
        <w:pBdr>
          <w:bottom w:val="single" w:color="C9A227" w:sz="12" w:space="0"/>
        </w:pBdr>
      </w:pPr>
      <w:r>
        <w:rPr>
          <w:rFonts w:ascii="Calibri" w:hAnsi="Calibri"/>
          <w:color w:val="000000"/>
        </w:rPr>
        <w:t>5.2</w:t>
      </w:r>
      <w:r>
        <w:rPr>
          <w:rFonts w:ascii="Calibri" w:hAnsi="Calibri"/>
          <w:color w:val="000000"/>
        </w:rPr>
        <w:tab/>
      </w:r>
      <w:r>
        <w:rPr>
          <w:rFonts w:ascii="Calibri" w:hAnsi="Calibri"/>
          <w:color w:val="000000"/>
        </w:rPr>
        <w:t>Recognition of Prior Learning</w:t>
      </w:r>
    </w:p>
    <w:p w:rsidR="49DDAEFC" w:rsidP="487DDC34" w:rsidRDefault="07BFD53C" w14:paraId="0442075E" w14:textId="67EF23B7">
      <w:pPr>
        <w:pBdr>
          <w:bottom w:val="single" w:color="C9A227" w:sz="12" w:space="0"/>
        </w:pBdr>
      </w:pPr>
      <w:r w:rsidRPr="487DDC34">
        <w:rPr>
          <w:rFonts w:ascii="Calibri" w:hAnsi="Calibri"/>
          <w:color w:val="000000" w:themeColor="text1"/>
        </w:rPr>
        <w:t>5.3</w:t>
      </w:r>
      <w:r w:rsidR="49DDAEFC">
        <w:tab/>
      </w:r>
      <w:r w:rsidRPr="487DDC34">
        <w:rPr>
          <w:rFonts w:ascii="Calibri" w:hAnsi="Calibri"/>
          <w:color w:val="000000" w:themeColor="text1"/>
        </w:rPr>
        <w:t>FACUTLY OF CPODL - REPEAT AND ATTEND FEE CHARGES FOR PART-TIME PROGRAMMES – MIDLAND</w:t>
      </w:r>
      <w:r w:rsidRPr="487DDC34" w:rsidR="7141DBED">
        <w:rPr>
          <w:rFonts w:ascii="Calibri" w:hAnsi="Calibri"/>
          <w:color w:val="000000" w:themeColor="text1"/>
        </w:rPr>
        <w:t>.</w:t>
      </w:r>
    </w:p>
    <w:p w:rsidR="49DDAEFC" w:rsidP="487DDC34" w:rsidRDefault="49DDAEFC" w14:paraId="6A0C771E" w14:textId="2009DDC0">
      <w:pPr>
        <w:pBdr>
          <w:bottom w:val="single" w:color="C9A227" w:sz="12" w:space="0"/>
        </w:pBdr>
        <w:rPr>
          <w:rFonts w:ascii="Calibri" w:hAnsi="Calibri"/>
          <w:color w:val="000000" w:themeColor="text1"/>
        </w:rPr>
      </w:pPr>
    </w:p>
    <w:p w:rsidR="49DDAEFC" w:rsidP="487DDC34" w:rsidRDefault="49DDAEFC" w14:paraId="31CE0EE9" w14:textId="47FD874D"/>
    <w:p w:rsidR="0040090F" w:rsidP="49DDAEFC" w:rsidRDefault="53C06C58" w14:paraId="0A25BC6C" w14:textId="184D46F2">
      <w:pPr>
        <w:pBdr>
          <w:top w:val="single" w:color="C9A227" w:sz="12" w:space="0"/>
          <w:left w:val="single" w:color="C9A227" w:sz="12" w:space="0"/>
          <w:bottom w:val="single" w:color="C9A227" w:sz="12" w:space="0"/>
          <w:right w:val="single" w:color="C9A227" w:sz="12" w:space="0"/>
        </w:pBdr>
        <w:shd w:val="clear" w:color="auto" w:fill="F2F2F2" w:themeFill="background1" w:themeFillShade="F2"/>
        <w:rPr>
          <w:rFonts w:ascii="Calibri" w:hAnsi="Calibri"/>
          <w:b/>
          <w:bCs/>
          <w:color w:val="000000" w:themeColor="text1"/>
          <w:sz w:val="28"/>
          <w:szCs w:val="28"/>
        </w:rPr>
      </w:pPr>
      <w:r w:rsidRPr="49DDAEFC">
        <w:rPr>
          <w:rFonts w:ascii="Calibri" w:hAnsi="Calibri"/>
          <w:b/>
          <w:bCs/>
          <w:color w:val="000000" w:themeColor="text1"/>
          <w:sz w:val="28"/>
          <w:szCs w:val="28"/>
        </w:rPr>
        <w:t>SECTION 1</w:t>
      </w:r>
      <w:r w:rsidRPr="49DDAEFC" w:rsidR="292F18CF">
        <w:rPr>
          <w:rFonts w:ascii="Calibri" w:hAnsi="Calibri"/>
          <w:b/>
          <w:bCs/>
          <w:color w:val="000000" w:themeColor="text1"/>
          <w:sz w:val="28"/>
          <w:szCs w:val="28"/>
        </w:rPr>
        <w:t xml:space="preserve"> - </w:t>
      </w:r>
      <w:r w:rsidRPr="49DDAEFC">
        <w:rPr>
          <w:rFonts w:ascii="Calibri" w:hAnsi="Calibri"/>
          <w:b/>
          <w:bCs/>
          <w:color w:val="000000" w:themeColor="text1"/>
          <w:sz w:val="28"/>
          <w:szCs w:val="28"/>
        </w:rPr>
        <w:t>POSTGRADUATE PART-TIME PROGRAMMES FOR 2026/2027 ACADEMIC YEAR-MIDLANDS</w:t>
      </w:r>
    </w:p>
    <w:tbl>
      <w:tblPr>
        <w:tblW w:w="11445" w:type="dxa"/>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3840"/>
        <w:gridCol w:w="2064"/>
        <w:gridCol w:w="1296"/>
        <w:gridCol w:w="1296"/>
        <w:gridCol w:w="1584"/>
        <w:gridCol w:w="1365"/>
      </w:tblGrid>
      <w:tr w:rsidR="0040090F" w:rsidTr="1030D1EF" w14:paraId="3CF09EF1" w14:textId="77777777">
        <w:trPr>
          <w:jc w:val="center"/>
        </w:trPr>
        <w:tc>
          <w:tcPr>
            <w:tcW w:w="3840" w:type="dxa"/>
            <w:shd w:val="clear" w:color="auto" w:fill="000000" w:themeFill="text1"/>
            <w:tcMar/>
            <w:vAlign w:val="center"/>
          </w:tcPr>
          <w:p w:rsidR="0040090F" w:rsidP="49DDAEFC" w:rsidRDefault="53C06C58" w14:paraId="64BA4197" w14:textId="77777777">
            <w:pPr>
              <w:spacing w:before="40" w:after="40"/>
              <w:jc w:val="center"/>
              <w:rPr>
                <w:rFonts w:ascii="Calibri" w:hAnsi="Calibri"/>
                <w:b/>
                <w:bCs/>
                <w:color w:val="FFFFFF" w:themeColor="background1"/>
                <w:sz w:val="16"/>
                <w:szCs w:val="16"/>
              </w:rPr>
            </w:pPr>
            <w:r w:rsidRPr="49DDAEFC">
              <w:rPr>
                <w:rFonts w:ascii="Calibri" w:hAnsi="Calibri"/>
                <w:b/>
                <w:bCs/>
                <w:color w:val="FFFFFF" w:themeColor="background1"/>
                <w:sz w:val="16"/>
                <w:szCs w:val="16"/>
              </w:rPr>
              <w:t>1.1   LIFELONG LEARNING-POSTGRADUATE PART-TIME PROGRAMMES-MIDLANDS</w:t>
            </w:r>
          </w:p>
        </w:tc>
        <w:tc>
          <w:tcPr>
            <w:tcW w:w="2064" w:type="dxa"/>
            <w:shd w:val="clear" w:color="auto" w:fill="000000" w:themeFill="text1"/>
            <w:tcMar/>
            <w:vAlign w:val="center"/>
          </w:tcPr>
          <w:p w:rsidR="0040090F" w:rsidP="49DDAEFC" w:rsidRDefault="53C06C58" w14:paraId="58732D33" w14:textId="77777777">
            <w:pPr>
              <w:spacing w:before="40" w:after="40"/>
              <w:jc w:val="center"/>
              <w:rPr>
                <w:rFonts w:ascii="Calibri" w:hAnsi="Calibri"/>
                <w:b/>
                <w:bCs/>
                <w:color w:val="FFFFFF" w:themeColor="background1"/>
                <w:sz w:val="16"/>
                <w:szCs w:val="16"/>
              </w:rPr>
            </w:pPr>
            <w:r w:rsidRPr="49DDAEFC">
              <w:rPr>
                <w:rFonts w:ascii="Calibri" w:hAnsi="Calibri"/>
                <w:b/>
                <w:bCs/>
                <w:color w:val="FFFFFF" w:themeColor="background1"/>
                <w:sz w:val="16"/>
                <w:szCs w:val="16"/>
              </w:rPr>
              <w:t>1.1   LIFELONG LEARNING-POSTGRADUATE PART-TIME PROGRAMMES-MIDLANDS</w:t>
            </w:r>
          </w:p>
        </w:tc>
        <w:tc>
          <w:tcPr>
            <w:tcW w:w="1296" w:type="dxa"/>
            <w:shd w:val="clear" w:color="auto" w:fill="000000" w:themeFill="text1"/>
            <w:tcMar/>
            <w:vAlign w:val="center"/>
          </w:tcPr>
          <w:p w:rsidR="0040090F" w:rsidP="49DDAEFC" w:rsidRDefault="53C06C58" w14:paraId="5599D438" w14:textId="77777777">
            <w:pPr>
              <w:spacing w:before="40" w:after="40"/>
              <w:jc w:val="center"/>
              <w:rPr>
                <w:rFonts w:ascii="Calibri" w:hAnsi="Calibri"/>
                <w:b/>
                <w:bCs/>
                <w:color w:val="FFFFFF" w:themeColor="background1"/>
                <w:sz w:val="16"/>
                <w:szCs w:val="16"/>
              </w:rPr>
            </w:pPr>
            <w:r w:rsidRPr="49DDAEFC">
              <w:rPr>
                <w:rFonts w:ascii="Calibri" w:hAnsi="Calibri"/>
                <w:b/>
                <w:bCs/>
                <w:color w:val="FFFFFF" w:themeColor="background1"/>
                <w:sz w:val="16"/>
                <w:szCs w:val="16"/>
              </w:rPr>
              <w:t>1.1   LIFELONG LEARNING-POSTGRADUATE PART-TIME PROGRAMMES-MIDLANDS</w:t>
            </w:r>
          </w:p>
        </w:tc>
        <w:tc>
          <w:tcPr>
            <w:tcW w:w="1296" w:type="dxa"/>
            <w:shd w:val="clear" w:color="auto" w:fill="000000" w:themeFill="text1"/>
            <w:tcMar/>
            <w:vAlign w:val="center"/>
          </w:tcPr>
          <w:p w:rsidR="0040090F" w:rsidP="49DDAEFC" w:rsidRDefault="53C06C58" w14:paraId="096F4841" w14:textId="77777777">
            <w:pPr>
              <w:spacing w:before="40" w:after="40"/>
              <w:jc w:val="center"/>
              <w:rPr>
                <w:rFonts w:ascii="Calibri" w:hAnsi="Calibri"/>
                <w:b/>
                <w:bCs/>
                <w:color w:val="FFFFFF" w:themeColor="background1"/>
                <w:sz w:val="16"/>
                <w:szCs w:val="16"/>
              </w:rPr>
            </w:pPr>
            <w:r w:rsidRPr="49DDAEFC">
              <w:rPr>
                <w:rFonts w:ascii="Calibri" w:hAnsi="Calibri"/>
                <w:b/>
                <w:bCs/>
                <w:color w:val="FFFFFF" w:themeColor="background1"/>
                <w:sz w:val="16"/>
                <w:szCs w:val="16"/>
              </w:rPr>
              <w:t>1.1   LIFELONG LEARNING-POSTGRADUATE PART-TIME PROGRAMMES-MIDLANDS</w:t>
            </w:r>
          </w:p>
        </w:tc>
        <w:tc>
          <w:tcPr>
            <w:tcW w:w="1584" w:type="dxa"/>
            <w:shd w:val="clear" w:color="auto" w:fill="000000" w:themeFill="text1"/>
            <w:tcMar/>
            <w:vAlign w:val="center"/>
          </w:tcPr>
          <w:p w:rsidR="0040090F" w:rsidP="49DDAEFC" w:rsidRDefault="53C06C58" w14:paraId="0D33AC46" w14:textId="77777777">
            <w:pPr>
              <w:spacing w:before="40" w:after="40"/>
              <w:jc w:val="center"/>
              <w:rPr>
                <w:rFonts w:ascii="Calibri" w:hAnsi="Calibri"/>
                <w:b/>
                <w:bCs/>
                <w:color w:val="FFFFFF" w:themeColor="background1"/>
                <w:sz w:val="16"/>
                <w:szCs w:val="16"/>
              </w:rPr>
            </w:pPr>
            <w:r w:rsidRPr="49DDAEFC">
              <w:rPr>
                <w:rFonts w:ascii="Calibri" w:hAnsi="Calibri"/>
                <w:b/>
                <w:bCs/>
                <w:color w:val="FFFFFF" w:themeColor="background1"/>
                <w:sz w:val="16"/>
                <w:szCs w:val="16"/>
              </w:rPr>
              <w:t>1.1   LIFELONG LEARNING-POSTGRADUATE PART-TIME PROGRAMMES-MIDLANDS</w:t>
            </w:r>
          </w:p>
        </w:tc>
        <w:tc>
          <w:tcPr>
            <w:tcW w:w="1365" w:type="dxa"/>
            <w:shd w:val="clear" w:color="auto" w:fill="000000" w:themeFill="text1"/>
            <w:tcMar/>
            <w:vAlign w:val="center"/>
          </w:tcPr>
          <w:p w:rsidR="0040090F" w:rsidP="49DDAEFC" w:rsidRDefault="53C06C58" w14:paraId="1264B7EC" w14:textId="77777777">
            <w:pPr>
              <w:spacing w:before="40" w:after="40"/>
              <w:jc w:val="center"/>
              <w:rPr>
                <w:rFonts w:ascii="Calibri" w:hAnsi="Calibri"/>
                <w:b/>
                <w:bCs/>
                <w:color w:val="FFFFFF" w:themeColor="background1"/>
                <w:sz w:val="16"/>
                <w:szCs w:val="16"/>
              </w:rPr>
            </w:pPr>
            <w:r w:rsidRPr="49DDAEFC">
              <w:rPr>
                <w:rFonts w:ascii="Calibri" w:hAnsi="Calibri"/>
                <w:b/>
                <w:bCs/>
                <w:color w:val="FFFFFF" w:themeColor="background1"/>
                <w:sz w:val="16"/>
                <w:szCs w:val="16"/>
              </w:rPr>
              <w:t>1.1   LIFELONG LEARNING-POSTGRADUATE PART-TIME PROGRAMMES-MIDLANDS</w:t>
            </w:r>
          </w:p>
        </w:tc>
      </w:tr>
      <w:tr w:rsidR="0040090F" w:rsidTr="1030D1EF" w14:paraId="29E00DFB" w14:textId="77777777">
        <w:trPr>
          <w:jc w:val="center"/>
        </w:trPr>
        <w:tc>
          <w:tcPr>
            <w:tcW w:w="3840" w:type="dxa"/>
            <w:tcMar/>
            <w:vAlign w:val="center"/>
          </w:tcPr>
          <w:p w:rsidR="0040090F" w:rsidP="49DDAEFC" w:rsidRDefault="53C06C58" w14:paraId="760E64F4" w14:textId="77777777">
            <w:pPr>
              <w:spacing w:before="40" w:after="40"/>
              <w:rPr>
                <w:rFonts w:ascii="Calibri" w:hAnsi="Calibri"/>
                <w:color w:val="000000" w:themeColor="text1"/>
                <w:sz w:val="16"/>
                <w:szCs w:val="16"/>
              </w:rPr>
            </w:pPr>
            <w:r w:rsidRPr="49DDAEFC">
              <w:rPr>
                <w:rFonts w:ascii="Calibri" w:hAnsi="Calibri"/>
                <w:color w:val="000000" w:themeColor="text1"/>
                <w:sz w:val="16"/>
                <w:szCs w:val="16"/>
              </w:rPr>
              <w:t>Faculty of Continuing, Professional, Online and Distance Learning- Part Time</w:t>
            </w:r>
          </w:p>
        </w:tc>
        <w:tc>
          <w:tcPr>
            <w:tcW w:w="2064" w:type="dxa"/>
            <w:tcMar/>
            <w:vAlign w:val="center"/>
          </w:tcPr>
          <w:p w:rsidR="0040090F" w:rsidP="49DDAEFC" w:rsidRDefault="53C06C58" w14:paraId="2143E9F1" w14:textId="77777777">
            <w:pPr>
              <w:spacing w:before="40" w:after="40"/>
              <w:rPr>
                <w:rFonts w:ascii="Calibri" w:hAnsi="Calibri"/>
                <w:color w:val="000000" w:themeColor="text1"/>
                <w:sz w:val="16"/>
                <w:szCs w:val="16"/>
              </w:rPr>
            </w:pPr>
            <w:r w:rsidRPr="49DDAEFC">
              <w:rPr>
                <w:rFonts w:ascii="Calibri" w:hAnsi="Calibri"/>
                <w:color w:val="000000" w:themeColor="text1"/>
                <w:sz w:val="16"/>
                <w:szCs w:val="16"/>
              </w:rPr>
              <w:t>Faculty of Continuing, Professional, Online and Distance Learning- Part Time</w:t>
            </w:r>
          </w:p>
        </w:tc>
        <w:tc>
          <w:tcPr>
            <w:tcW w:w="1296" w:type="dxa"/>
            <w:tcMar/>
            <w:vAlign w:val="center"/>
          </w:tcPr>
          <w:p w:rsidR="0040090F" w:rsidP="49DDAEFC" w:rsidRDefault="53C06C58" w14:paraId="45727B6C" w14:textId="77777777">
            <w:pPr>
              <w:spacing w:before="40" w:after="40"/>
              <w:rPr>
                <w:rFonts w:ascii="Calibri" w:hAnsi="Calibri"/>
                <w:color w:val="000000" w:themeColor="text1"/>
                <w:sz w:val="16"/>
                <w:szCs w:val="16"/>
              </w:rPr>
            </w:pPr>
            <w:r w:rsidRPr="49DDAEFC">
              <w:rPr>
                <w:rFonts w:ascii="Calibri" w:hAnsi="Calibri"/>
                <w:color w:val="000000" w:themeColor="text1"/>
                <w:sz w:val="16"/>
                <w:szCs w:val="16"/>
              </w:rPr>
              <w:t>Faculty of Continuing, Professional, Online and Distance Learning- Part Time</w:t>
            </w:r>
          </w:p>
        </w:tc>
        <w:tc>
          <w:tcPr>
            <w:tcW w:w="1296" w:type="dxa"/>
            <w:tcMar/>
            <w:vAlign w:val="center"/>
          </w:tcPr>
          <w:p w:rsidR="0040090F" w:rsidP="49DDAEFC" w:rsidRDefault="53C06C58" w14:paraId="53F5B2E7" w14:textId="77777777">
            <w:pPr>
              <w:spacing w:before="40" w:after="40"/>
              <w:rPr>
                <w:rFonts w:ascii="Calibri" w:hAnsi="Calibri"/>
                <w:color w:val="000000" w:themeColor="text1"/>
                <w:sz w:val="16"/>
                <w:szCs w:val="16"/>
              </w:rPr>
            </w:pPr>
            <w:r w:rsidRPr="49DDAEFC">
              <w:rPr>
                <w:rFonts w:ascii="Calibri" w:hAnsi="Calibri"/>
                <w:color w:val="000000" w:themeColor="text1"/>
                <w:sz w:val="16"/>
                <w:szCs w:val="16"/>
              </w:rPr>
              <w:t>Faculty of Continuing, Professional, Online and Distance Learning- Part Time</w:t>
            </w:r>
          </w:p>
        </w:tc>
        <w:tc>
          <w:tcPr>
            <w:tcW w:w="1584" w:type="dxa"/>
            <w:tcMar/>
            <w:vAlign w:val="center"/>
          </w:tcPr>
          <w:p w:rsidR="0040090F" w:rsidP="49DDAEFC" w:rsidRDefault="53C06C58" w14:paraId="13DD2B80" w14:textId="77777777">
            <w:pPr>
              <w:spacing w:before="40" w:after="40"/>
              <w:rPr>
                <w:rFonts w:ascii="Calibri" w:hAnsi="Calibri"/>
                <w:color w:val="000000" w:themeColor="text1"/>
                <w:sz w:val="16"/>
                <w:szCs w:val="16"/>
              </w:rPr>
            </w:pPr>
            <w:r w:rsidRPr="49DDAEFC">
              <w:rPr>
                <w:rFonts w:ascii="Calibri" w:hAnsi="Calibri"/>
                <w:color w:val="000000" w:themeColor="text1"/>
                <w:sz w:val="16"/>
                <w:szCs w:val="16"/>
              </w:rPr>
              <w:t>Faculty of Continuing, Professional, Online and Distance Learning- Part Time</w:t>
            </w:r>
          </w:p>
        </w:tc>
        <w:tc>
          <w:tcPr>
            <w:tcW w:w="1365" w:type="dxa"/>
            <w:tcMar/>
            <w:vAlign w:val="center"/>
          </w:tcPr>
          <w:p w:rsidR="0040090F" w:rsidP="49DDAEFC" w:rsidRDefault="53C06C58" w14:paraId="26DA9057" w14:textId="77777777">
            <w:pPr>
              <w:spacing w:before="40" w:after="40"/>
              <w:rPr>
                <w:rFonts w:ascii="Calibri" w:hAnsi="Calibri"/>
                <w:color w:val="000000" w:themeColor="text1"/>
                <w:sz w:val="16"/>
                <w:szCs w:val="16"/>
              </w:rPr>
            </w:pPr>
            <w:r w:rsidRPr="49DDAEFC">
              <w:rPr>
                <w:rFonts w:ascii="Calibri" w:hAnsi="Calibri"/>
                <w:color w:val="000000" w:themeColor="text1"/>
                <w:sz w:val="16"/>
                <w:szCs w:val="16"/>
              </w:rPr>
              <w:t>Faculty of Continuing, Professional, Online and Distance Learning- Part Time</w:t>
            </w:r>
          </w:p>
        </w:tc>
      </w:tr>
      <w:tr w:rsidR="0040090F" w:rsidTr="1030D1EF" w14:paraId="5996D634" w14:textId="77777777">
        <w:trPr>
          <w:jc w:val="center"/>
        </w:trPr>
        <w:tc>
          <w:tcPr>
            <w:tcW w:w="3840" w:type="dxa"/>
            <w:tcMar/>
            <w:vAlign w:val="center"/>
          </w:tcPr>
          <w:p w:rsidR="0040090F" w:rsidP="49DDAEFC" w:rsidRDefault="0040090F" w14:paraId="13852EC0" w14:textId="77777777">
            <w:pPr>
              <w:spacing w:before="40" w:after="40"/>
              <w:rPr>
                <w:b/>
                <w:bCs/>
              </w:rPr>
            </w:pPr>
          </w:p>
        </w:tc>
        <w:tc>
          <w:tcPr>
            <w:tcW w:w="2064" w:type="dxa"/>
            <w:tcMar/>
            <w:vAlign w:val="center"/>
          </w:tcPr>
          <w:p w:rsidR="0040090F" w:rsidP="49DDAEFC" w:rsidRDefault="53C06C58" w14:paraId="775F4A0C"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NFQ Level</w:t>
            </w:r>
          </w:p>
        </w:tc>
        <w:tc>
          <w:tcPr>
            <w:tcW w:w="1296" w:type="dxa"/>
            <w:tcMar/>
            <w:vAlign w:val="center"/>
          </w:tcPr>
          <w:p w:rsidR="0040090F" w:rsidP="49DDAEFC" w:rsidRDefault="53C06C58" w14:paraId="1DA8A772"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Mode</w:t>
            </w:r>
          </w:p>
        </w:tc>
        <w:tc>
          <w:tcPr>
            <w:tcW w:w="1296" w:type="dxa"/>
            <w:tcMar/>
            <w:vAlign w:val="center"/>
          </w:tcPr>
          <w:p w:rsidR="0040090F" w:rsidP="49DDAEFC" w:rsidRDefault="53C06C58" w14:paraId="6A2C8845"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ECTS</w:t>
            </w:r>
          </w:p>
        </w:tc>
        <w:tc>
          <w:tcPr>
            <w:tcW w:w="1584" w:type="dxa"/>
            <w:tcMar/>
            <w:vAlign w:val="center"/>
          </w:tcPr>
          <w:p w:rsidR="0040090F" w:rsidP="49DDAEFC" w:rsidRDefault="53C06C58" w14:paraId="4974A053"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Fee €</w:t>
            </w:r>
          </w:p>
        </w:tc>
        <w:tc>
          <w:tcPr>
            <w:tcW w:w="1365" w:type="dxa"/>
            <w:tcMar/>
            <w:vAlign w:val="center"/>
          </w:tcPr>
          <w:p w:rsidR="0040090F" w:rsidP="49DDAEFC" w:rsidRDefault="3ECF1C04" w14:paraId="1A376127" w14:textId="3C879400">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Duration</w:t>
            </w:r>
          </w:p>
        </w:tc>
      </w:tr>
      <w:tr w:rsidR="0040090F" w:rsidTr="1030D1EF" w14:paraId="0CD1B0F9" w14:textId="77777777">
        <w:trPr>
          <w:jc w:val="center"/>
        </w:trPr>
        <w:tc>
          <w:tcPr>
            <w:tcW w:w="3840" w:type="dxa"/>
            <w:tcMar/>
            <w:vAlign w:val="center"/>
          </w:tcPr>
          <w:p w:rsidR="0040090F" w:rsidRDefault="0085639A" w14:paraId="0AA47C35" w14:textId="77777777">
            <w:pPr>
              <w:spacing w:before="40" w:after="40"/>
            </w:pPr>
            <w:r>
              <w:rPr>
                <w:rFonts w:ascii="Calibri" w:hAnsi="Calibri"/>
                <w:color w:val="000000"/>
                <w:sz w:val="20"/>
              </w:rPr>
              <w:t>Postgraduate Diploma in Financial Management</w:t>
            </w:r>
          </w:p>
        </w:tc>
        <w:tc>
          <w:tcPr>
            <w:tcW w:w="2064" w:type="dxa"/>
            <w:tcMar/>
            <w:vAlign w:val="center"/>
          </w:tcPr>
          <w:p w:rsidR="0040090F" w:rsidRDefault="0085639A" w14:paraId="633DC5A2" w14:textId="77777777">
            <w:pPr>
              <w:spacing w:before="40" w:after="40"/>
            </w:pPr>
            <w:r>
              <w:rPr>
                <w:rFonts w:ascii="Calibri" w:hAnsi="Calibri"/>
                <w:color w:val="000000"/>
                <w:sz w:val="20"/>
              </w:rPr>
              <w:t>9</w:t>
            </w:r>
          </w:p>
        </w:tc>
        <w:tc>
          <w:tcPr>
            <w:tcW w:w="1296" w:type="dxa"/>
            <w:tcMar/>
            <w:vAlign w:val="center"/>
          </w:tcPr>
          <w:p w:rsidR="0040090F" w:rsidP="32E52A48" w:rsidRDefault="70780EEA" w14:paraId="53D3C386" w14:textId="3C480489">
            <w:pPr>
              <w:spacing w:before="40" w:after="40"/>
              <w:rPr>
                <w:rFonts w:ascii="Calibri" w:hAnsi="Calibri"/>
                <w:color w:val="000000" w:themeColor="text1"/>
                <w:sz w:val="20"/>
                <w:szCs w:val="20"/>
              </w:rPr>
            </w:pPr>
            <w:r w:rsidRPr="32E52A48">
              <w:rPr>
                <w:rFonts w:ascii="Calibri" w:hAnsi="Calibri"/>
                <w:color w:val="000000" w:themeColor="text1"/>
                <w:sz w:val="20"/>
                <w:szCs w:val="20"/>
              </w:rPr>
              <w:t>P/T</w:t>
            </w:r>
          </w:p>
        </w:tc>
        <w:tc>
          <w:tcPr>
            <w:tcW w:w="1296" w:type="dxa"/>
            <w:tcMar/>
            <w:vAlign w:val="center"/>
          </w:tcPr>
          <w:p w:rsidR="0040090F" w:rsidRDefault="0085639A" w14:paraId="7E00C631" w14:textId="77777777">
            <w:pPr>
              <w:spacing w:before="40" w:after="40"/>
            </w:pPr>
            <w:r>
              <w:rPr>
                <w:rFonts w:ascii="Calibri" w:hAnsi="Calibri"/>
                <w:color w:val="000000"/>
                <w:sz w:val="20"/>
              </w:rPr>
              <w:t>60</w:t>
            </w:r>
          </w:p>
        </w:tc>
        <w:tc>
          <w:tcPr>
            <w:tcW w:w="1584" w:type="dxa"/>
            <w:tcMar/>
            <w:vAlign w:val="center"/>
          </w:tcPr>
          <w:p w:rsidR="0040090F" w:rsidRDefault="0085639A" w14:paraId="7EC02FD2" w14:textId="77777777">
            <w:pPr>
              <w:spacing w:before="40" w:after="40"/>
            </w:pPr>
            <w:r>
              <w:rPr>
                <w:rFonts w:ascii="Calibri" w:hAnsi="Calibri"/>
                <w:color w:val="000000"/>
                <w:sz w:val="20"/>
              </w:rPr>
              <w:t>5000</w:t>
            </w:r>
          </w:p>
        </w:tc>
        <w:tc>
          <w:tcPr>
            <w:tcW w:w="1365" w:type="dxa"/>
            <w:tcMar/>
            <w:vAlign w:val="center"/>
          </w:tcPr>
          <w:p w:rsidR="0040090F" w:rsidRDefault="0085639A" w14:paraId="2DF78C64" w14:textId="77777777">
            <w:pPr>
              <w:spacing w:before="40" w:after="40"/>
            </w:pPr>
            <w:r>
              <w:rPr>
                <w:rFonts w:ascii="Calibri" w:hAnsi="Calibri"/>
                <w:color w:val="000000"/>
                <w:sz w:val="20"/>
              </w:rPr>
              <w:t>One Year</w:t>
            </w:r>
          </w:p>
        </w:tc>
      </w:tr>
      <w:tr w:rsidR="0040090F" w:rsidTr="1030D1EF" w14:paraId="64AA00E7" w14:textId="77777777">
        <w:trPr>
          <w:jc w:val="center"/>
        </w:trPr>
        <w:tc>
          <w:tcPr>
            <w:tcW w:w="3840" w:type="dxa"/>
            <w:tcMar/>
            <w:vAlign w:val="center"/>
          </w:tcPr>
          <w:p w:rsidR="0040090F" w:rsidRDefault="0085639A" w14:paraId="637EEF5C" w14:textId="77777777">
            <w:pPr>
              <w:spacing w:before="40" w:after="40"/>
            </w:pPr>
            <w:r>
              <w:rPr>
                <w:rFonts w:ascii="Calibri" w:hAnsi="Calibri"/>
                <w:color w:val="000000"/>
                <w:sz w:val="20"/>
              </w:rPr>
              <w:t>Postgraduate Diploma in Quality Management and Validation</w:t>
            </w:r>
          </w:p>
        </w:tc>
        <w:tc>
          <w:tcPr>
            <w:tcW w:w="2064" w:type="dxa"/>
            <w:tcMar/>
            <w:vAlign w:val="center"/>
          </w:tcPr>
          <w:p w:rsidR="0040090F" w:rsidRDefault="0085639A" w14:paraId="17B19163" w14:textId="77777777">
            <w:pPr>
              <w:spacing w:before="40" w:after="40"/>
            </w:pPr>
            <w:r>
              <w:rPr>
                <w:rFonts w:ascii="Calibri" w:hAnsi="Calibri"/>
                <w:color w:val="000000"/>
                <w:sz w:val="20"/>
              </w:rPr>
              <w:t>9</w:t>
            </w:r>
          </w:p>
        </w:tc>
        <w:tc>
          <w:tcPr>
            <w:tcW w:w="1296" w:type="dxa"/>
            <w:tcMar/>
            <w:vAlign w:val="center"/>
          </w:tcPr>
          <w:p w:rsidR="0040090F" w:rsidP="32E52A48" w:rsidRDefault="29DA2DEF" w14:paraId="12234B33" w14:textId="2699D2A2">
            <w:pPr>
              <w:spacing w:before="40" w:after="40"/>
              <w:rPr>
                <w:rFonts w:ascii="Calibri" w:hAnsi="Calibri"/>
                <w:color w:val="000000" w:themeColor="text1"/>
                <w:sz w:val="20"/>
                <w:szCs w:val="20"/>
              </w:rPr>
            </w:pPr>
            <w:r w:rsidRPr="32E52A48">
              <w:rPr>
                <w:rFonts w:ascii="Calibri" w:hAnsi="Calibri"/>
                <w:color w:val="000000" w:themeColor="text1"/>
                <w:sz w:val="20"/>
                <w:szCs w:val="20"/>
              </w:rPr>
              <w:t>P/T</w:t>
            </w:r>
          </w:p>
        </w:tc>
        <w:tc>
          <w:tcPr>
            <w:tcW w:w="1296" w:type="dxa"/>
            <w:tcMar/>
            <w:vAlign w:val="center"/>
          </w:tcPr>
          <w:p w:rsidR="0040090F" w:rsidRDefault="0085639A" w14:paraId="6F089AE6" w14:textId="77777777">
            <w:pPr>
              <w:spacing w:before="40" w:after="40"/>
            </w:pPr>
            <w:r>
              <w:rPr>
                <w:rFonts w:ascii="Calibri" w:hAnsi="Calibri"/>
                <w:color w:val="000000"/>
                <w:sz w:val="20"/>
              </w:rPr>
              <w:t>60</w:t>
            </w:r>
          </w:p>
        </w:tc>
        <w:tc>
          <w:tcPr>
            <w:tcW w:w="1584" w:type="dxa"/>
            <w:tcMar/>
            <w:vAlign w:val="center"/>
          </w:tcPr>
          <w:p w:rsidR="0040090F" w:rsidRDefault="0085639A" w14:paraId="382B4C50" w14:textId="77777777">
            <w:pPr>
              <w:spacing w:before="40" w:after="40"/>
            </w:pPr>
            <w:r>
              <w:rPr>
                <w:rFonts w:ascii="Calibri" w:hAnsi="Calibri"/>
                <w:color w:val="000000"/>
                <w:sz w:val="20"/>
              </w:rPr>
              <w:t>5000</w:t>
            </w:r>
          </w:p>
        </w:tc>
        <w:tc>
          <w:tcPr>
            <w:tcW w:w="1365" w:type="dxa"/>
            <w:tcMar/>
            <w:vAlign w:val="center"/>
          </w:tcPr>
          <w:p w:rsidR="0040090F" w:rsidRDefault="0085639A" w14:paraId="701B5C1F" w14:textId="77777777">
            <w:pPr>
              <w:spacing w:before="40" w:after="40"/>
            </w:pPr>
            <w:r>
              <w:rPr>
                <w:rFonts w:ascii="Calibri" w:hAnsi="Calibri"/>
                <w:color w:val="000000"/>
                <w:sz w:val="20"/>
              </w:rPr>
              <w:t>One Year</w:t>
            </w:r>
          </w:p>
        </w:tc>
      </w:tr>
      <w:tr w:rsidR="0040090F" w:rsidTr="1030D1EF" w14:paraId="0B688D79" w14:textId="77777777">
        <w:trPr>
          <w:jc w:val="center"/>
        </w:trPr>
        <w:tc>
          <w:tcPr>
            <w:tcW w:w="3840" w:type="dxa"/>
            <w:tcMar/>
            <w:vAlign w:val="center"/>
          </w:tcPr>
          <w:p w:rsidR="0040090F" w:rsidRDefault="0085639A" w14:paraId="68F190A2" w14:textId="77777777">
            <w:pPr>
              <w:spacing w:before="40" w:after="40"/>
            </w:pPr>
            <w:r>
              <w:rPr>
                <w:rFonts w:ascii="Calibri" w:hAnsi="Calibri"/>
                <w:color w:val="000000"/>
                <w:sz w:val="20"/>
              </w:rPr>
              <w:t>Postgraduate Diploma in Business Executive Management</w:t>
            </w:r>
          </w:p>
        </w:tc>
        <w:tc>
          <w:tcPr>
            <w:tcW w:w="2064" w:type="dxa"/>
            <w:tcMar/>
            <w:vAlign w:val="center"/>
          </w:tcPr>
          <w:p w:rsidR="0040090F" w:rsidRDefault="0085639A" w14:paraId="16467437" w14:textId="77777777">
            <w:pPr>
              <w:spacing w:before="40" w:after="40"/>
            </w:pPr>
            <w:r>
              <w:rPr>
                <w:rFonts w:ascii="Calibri" w:hAnsi="Calibri"/>
                <w:color w:val="000000"/>
                <w:sz w:val="20"/>
              </w:rPr>
              <w:t>9</w:t>
            </w:r>
          </w:p>
        </w:tc>
        <w:tc>
          <w:tcPr>
            <w:tcW w:w="1296" w:type="dxa"/>
            <w:tcMar/>
            <w:vAlign w:val="center"/>
          </w:tcPr>
          <w:p w:rsidR="0040090F" w:rsidRDefault="0085639A" w14:paraId="27E521E5" w14:textId="77777777">
            <w:pPr>
              <w:spacing w:before="40" w:after="40"/>
            </w:pPr>
            <w:r>
              <w:rPr>
                <w:rFonts w:ascii="Calibri" w:hAnsi="Calibri"/>
                <w:color w:val="000000"/>
                <w:sz w:val="20"/>
              </w:rPr>
              <w:t>P/T</w:t>
            </w:r>
          </w:p>
        </w:tc>
        <w:tc>
          <w:tcPr>
            <w:tcW w:w="1296" w:type="dxa"/>
            <w:tcMar/>
            <w:vAlign w:val="center"/>
          </w:tcPr>
          <w:p w:rsidR="0040090F" w:rsidRDefault="0085639A" w14:paraId="1C5225B6" w14:textId="77777777">
            <w:pPr>
              <w:spacing w:before="40" w:after="40"/>
            </w:pPr>
            <w:r>
              <w:rPr>
                <w:rFonts w:ascii="Calibri" w:hAnsi="Calibri"/>
                <w:color w:val="000000"/>
                <w:sz w:val="20"/>
              </w:rPr>
              <w:t>60</w:t>
            </w:r>
          </w:p>
        </w:tc>
        <w:tc>
          <w:tcPr>
            <w:tcW w:w="1584" w:type="dxa"/>
            <w:tcMar/>
            <w:vAlign w:val="center"/>
          </w:tcPr>
          <w:p w:rsidR="0040090F" w:rsidRDefault="0085639A" w14:paraId="167D7097" w14:textId="77777777">
            <w:pPr>
              <w:spacing w:before="40" w:after="40"/>
            </w:pPr>
            <w:r>
              <w:rPr>
                <w:rFonts w:ascii="Calibri" w:hAnsi="Calibri"/>
                <w:color w:val="000000"/>
                <w:sz w:val="20"/>
              </w:rPr>
              <w:t>8750</w:t>
            </w:r>
          </w:p>
        </w:tc>
        <w:tc>
          <w:tcPr>
            <w:tcW w:w="1365" w:type="dxa"/>
            <w:tcMar/>
            <w:vAlign w:val="center"/>
          </w:tcPr>
          <w:p w:rsidR="0040090F" w:rsidRDefault="0085639A" w14:paraId="6555108B" w14:textId="77777777">
            <w:pPr>
              <w:spacing w:before="40" w:after="40"/>
            </w:pPr>
            <w:r>
              <w:rPr>
                <w:rFonts w:ascii="Calibri" w:hAnsi="Calibri"/>
                <w:color w:val="000000"/>
                <w:sz w:val="20"/>
              </w:rPr>
              <w:t>One Year</w:t>
            </w:r>
          </w:p>
        </w:tc>
      </w:tr>
      <w:tr w:rsidR="0040090F" w:rsidTr="1030D1EF" w14:paraId="2223F0D2" w14:textId="77777777">
        <w:trPr>
          <w:jc w:val="center"/>
        </w:trPr>
        <w:tc>
          <w:tcPr>
            <w:tcW w:w="3840" w:type="dxa"/>
            <w:tcMar/>
            <w:vAlign w:val="center"/>
          </w:tcPr>
          <w:p w:rsidR="0040090F" w:rsidP="1030D1EF" w:rsidRDefault="0582E7F5" w14:paraId="450820CA" w14:textId="263CBC44">
            <w:pPr>
              <w:pStyle w:val="Normal"/>
              <w:suppressLineNumbers w:val="0"/>
              <w:bidi w:val="0"/>
              <w:spacing w:before="40" w:beforeAutospacing="off" w:after="40" w:afterAutospacing="off" w:line="276" w:lineRule="auto"/>
              <w:ind w:left="0" w:right="0"/>
              <w:jc w:val="left"/>
              <w:rPr>
                <w:rFonts w:ascii="Calibri" w:hAnsi="Calibri"/>
                <w:color w:val="000000" w:themeColor="text1" w:themeTint="FF" w:themeShade="FF"/>
                <w:sz w:val="20"/>
                <w:szCs w:val="20"/>
              </w:rPr>
            </w:pPr>
            <w:r w:rsidRPr="1030D1EF" w:rsidR="0582E7F5">
              <w:rPr>
                <w:rFonts w:ascii="Calibri" w:hAnsi="Calibri"/>
                <w:color w:val="000000" w:themeColor="text1" w:themeTint="FF" w:themeShade="FF"/>
                <w:sz w:val="20"/>
                <w:szCs w:val="20"/>
              </w:rPr>
              <w:t xml:space="preserve">Postgraduate Diploma in </w:t>
            </w:r>
            <w:r w:rsidRPr="1030D1EF" w:rsidR="3C649716">
              <w:rPr>
                <w:rFonts w:ascii="Calibri" w:hAnsi="Calibri"/>
                <w:color w:val="000000" w:themeColor="text1" w:themeTint="FF" w:themeShade="FF"/>
                <w:sz w:val="20"/>
                <w:szCs w:val="20"/>
              </w:rPr>
              <w:t>Education Innovation</w:t>
            </w:r>
            <w:r w:rsidRPr="1030D1EF" w:rsidR="7F5557A0">
              <w:rPr>
                <w:rFonts w:ascii="Calibri" w:hAnsi="Calibri"/>
                <w:color w:val="000000" w:themeColor="text1" w:themeTint="FF" w:themeShade="FF"/>
                <w:sz w:val="20"/>
                <w:szCs w:val="20"/>
              </w:rPr>
              <w:t>, Management and Leadership</w:t>
            </w:r>
            <w:r w:rsidRPr="1030D1EF" w:rsidR="0582E7F5">
              <w:rPr>
                <w:rFonts w:ascii="Calibri" w:hAnsi="Calibri"/>
                <w:color w:val="000000" w:themeColor="text1" w:themeTint="FF" w:themeShade="FF"/>
                <w:sz w:val="20"/>
                <w:szCs w:val="20"/>
              </w:rPr>
              <w:t xml:space="preserve">   </w:t>
            </w:r>
          </w:p>
        </w:tc>
        <w:tc>
          <w:tcPr>
            <w:tcW w:w="2064" w:type="dxa"/>
            <w:tcMar/>
            <w:vAlign w:val="center"/>
          </w:tcPr>
          <w:p w:rsidR="0040090F" w:rsidRDefault="0085639A" w14:paraId="63DECA4F" w14:textId="77777777">
            <w:pPr>
              <w:spacing w:before="40" w:after="40"/>
            </w:pPr>
            <w:r>
              <w:rPr>
                <w:rFonts w:ascii="Calibri" w:hAnsi="Calibri"/>
                <w:color w:val="000000"/>
                <w:sz w:val="20"/>
              </w:rPr>
              <w:t>9</w:t>
            </w:r>
          </w:p>
        </w:tc>
        <w:tc>
          <w:tcPr>
            <w:tcW w:w="1296" w:type="dxa"/>
            <w:tcMar/>
            <w:vAlign w:val="center"/>
          </w:tcPr>
          <w:p w:rsidR="0040090F" w:rsidRDefault="0085639A" w14:paraId="75042C3C" w14:textId="77777777">
            <w:pPr>
              <w:spacing w:before="40" w:after="40"/>
            </w:pPr>
            <w:r>
              <w:rPr>
                <w:rFonts w:ascii="Calibri" w:hAnsi="Calibri"/>
                <w:color w:val="000000"/>
                <w:sz w:val="20"/>
              </w:rPr>
              <w:t>P/T</w:t>
            </w:r>
          </w:p>
        </w:tc>
        <w:tc>
          <w:tcPr>
            <w:tcW w:w="1296" w:type="dxa"/>
            <w:tcMar/>
            <w:vAlign w:val="center"/>
          </w:tcPr>
          <w:p w:rsidR="0040090F" w:rsidRDefault="0085639A" w14:paraId="3C21FD72" w14:textId="77777777">
            <w:pPr>
              <w:spacing w:before="40" w:after="40"/>
            </w:pPr>
            <w:r>
              <w:rPr>
                <w:rFonts w:ascii="Calibri" w:hAnsi="Calibri"/>
                <w:color w:val="000000"/>
                <w:sz w:val="20"/>
              </w:rPr>
              <w:t>60</w:t>
            </w:r>
          </w:p>
        </w:tc>
        <w:tc>
          <w:tcPr>
            <w:tcW w:w="1584" w:type="dxa"/>
            <w:tcMar/>
            <w:vAlign w:val="center"/>
          </w:tcPr>
          <w:p w:rsidR="0040090F" w:rsidRDefault="0085639A" w14:paraId="7F04DDCB" w14:textId="77777777">
            <w:pPr>
              <w:spacing w:before="40" w:after="40"/>
            </w:pPr>
            <w:r>
              <w:rPr>
                <w:rFonts w:ascii="Calibri" w:hAnsi="Calibri"/>
                <w:color w:val="000000"/>
                <w:sz w:val="20"/>
              </w:rPr>
              <w:t>5000</w:t>
            </w:r>
          </w:p>
        </w:tc>
        <w:tc>
          <w:tcPr>
            <w:tcW w:w="1365" w:type="dxa"/>
            <w:tcMar/>
            <w:vAlign w:val="center"/>
          </w:tcPr>
          <w:p w:rsidR="0040090F" w:rsidRDefault="0085639A" w14:paraId="78BDBDB6" w14:textId="77777777">
            <w:pPr>
              <w:spacing w:before="40" w:after="40"/>
            </w:pPr>
            <w:r>
              <w:rPr>
                <w:rFonts w:ascii="Calibri" w:hAnsi="Calibri"/>
                <w:color w:val="000000"/>
                <w:sz w:val="20"/>
              </w:rPr>
              <w:t>One Year</w:t>
            </w:r>
          </w:p>
        </w:tc>
      </w:tr>
      <w:tr w:rsidR="0040090F" w:rsidTr="1030D1EF" w14:paraId="6457AFF3" w14:textId="77777777">
        <w:trPr>
          <w:jc w:val="center"/>
        </w:trPr>
        <w:tc>
          <w:tcPr>
            <w:tcW w:w="3840" w:type="dxa"/>
            <w:tcMar/>
            <w:vAlign w:val="center"/>
          </w:tcPr>
          <w:p w:rsidR="0040090F" w:rsidRDefault="0085639A" w14:paraId="57DA6BF3" w14:textId="44941CEE">
            <w:pPr>
              <w:spacing w:before="40" w:after="40"/>
            </w:pPr>
            <w:r w:rsidRPr="1030D1EF" w:rsidR="0085639A">
              <w:rPr>
                <w:rFonts w:ascii="Calibri" w:hAnsi="Calibri"/>
                <w:color w:val="000000" w:themeColor="text1" w:themeTint="FF" w:themeShade="FF"/>
                <w:sz w:val="20"/>
                <w:szCs w:val="20"/>
              </w:rPr>
              <w:t xml:space="preserve">Postgraduate Diploma in </w:t>
            </w:r>
            <w:r w:rsidRPr="1030D1EF" w:rsidR="7989CBD2">
              <w:rPr>
                <w:rFonts w:ascii="Calibri" w:hAnsi="Calibri"/>
                <w:color w:val="000000" w:themeColor="text1" w:themeTint="FF" w:themeShade="FF"/>
                <w:sz w:val="20"/>
                <w:szCs w:val="20"/>
              </w:rPr>
              <w:t xml:space="preserve">Arts in </w:t>
            </w:r>
            <w:r w:rsidRPr="1030D1EF" w:rsidR="0085639A">
              <w:rPr>
                <w:rFonts w:ascii="Calibri" w:hAnsi="Calibri"/>
                <w:color w:val="000000" w:themeColor="text1" w:themeTint="FF" w:themeShade="FF"/>
                <w:sz w:val="20"/>
                <w:szCs w:val="20"/>
              </w:rPr>
              <w:t>Talent Management</w:t>
            </w:r>
          </w:p>
        </w:tc>
        <w:tc>
          <w:tcPr>
            <w:tcW w:w="2064" w:type="dxa"/>
            <w:tcMar/>
            <w:vAlign w:val="center"/>
          </w:tcPr>
          <w:p w:rsidR="0040090F" w:rsidRDefault="0085639A" w14:paraId="716C23F0" w14:textId="77777777">
            <w:pPr>
              <w:spacing w:before="40" w:after="40"/>
            </w:pPr>
            <w:r>
              <w:rPr>
                <w:rFonts w:ascii="Calibri" w:hAnsi="Calibri"/>
                <w:color w:val="000000"/>
                <w:sz w:val="20"/>
              </w:rPr>
              <w:t>9</w:t>
            </w:r>
          </w:p>
        </w:tc>
        <w:tc>
          <w:tcPr>
            <w:tcW w:w="1296" w:type="dxa"/>
            <w:tcMar/>
            <w:vAlign w:val="center"/>
          </w:tcPr>
          <w:p w:rsidR="0040090F" w:rsidRDefault="0085639A" w14:paraId="5CABA625" w14:textId="77777777">
            <w:pPr>
              <w:spacing w:before="40" w:after="40"/>
            </w:pPr>
            <w:r>
              <w:rPr>
                <w:rFonts w:ascii="Calibri" w:hAnsi="Calibri"/>
                <w:color w:val="000000"/>
                <w:sz w:val="20"/>
              </w:rPr>
              <w:t>P/T</w:t>
            </w:r>
          </w:p>
        </w:tc>
        <w:tc>
          <w:tcPr>
            <w:tcW w:w="1296" w:type="dxa"/>
            <w:tcMar/>
            <w:vAlign w:val="center"/>
          </w:tcPr>
          <w:p w:rsidR="0040090F" w:rsidRDefault="0085639A" w14:paraId="4011D24D" w14:textId="77777777">
            <w:pPr>
              <w:spacing w:before="40" w:after="40"/>
            </w:pPr>
            <w:r>
              <w:rPr>
                <w:rFonts w:ascii="Calibri" w:hAnsi="Calibri"/>
                <w:color w:val="000000"/>
                <w:sz w:val="20"/>
              </w:rPr>
              <w:t>60</w:t>
            </w:r>
          </w:p>
        </w:tc>
        <w:tc>
          <w:tcPr>
            <w:tcW w:w="1584" w:type="dxa"/>
            <w:tcMar/>
            <w:vAlign w:val="center"/>
          </w:tcPr>
          <w:p w:rsidR="0040090F" w:rsidRDefault="0085639A" w14:paraId="06BDAD4A" w14:textId="77777777">
            <w:pPr>
              <w:spacing w:before="40" w:after="40"/>
            </w:pPr>
            <w:r>
              <w:rPr>
                <w:rFonts w:ascii="Calibri" w:hAnsi="Calibri"/>
                <w:color w:val="000000"/>
                <w:sz w:val="20"/>
              </w:rPr>
              <w:t>5000</w:t>
            </w:r>
          </w:p>
        </w:tc>
        <w:tc>
          <w:tcPr>
            <w:tcW w:w="1365" w:type="dxa"/>
            <w:tcMar/>
            <w:vAlign w:val="center"/>
          </w:tcPr>
          <w:p w:rsidR="0040090F" w:rsidRDefault="0085639A" w14:paraId="35ADB724" w14:textId="77777777">
            <w:pPr>
              <w:spacing w:before="40" w:after="40"/>
            </w:pPr>
            <w:r>
              <w:rPr>
                <w:rFonts w:ascii="Calibri" w:hAnsi="Calibri"/>
                <w:color w:val="000000"/>
                <w:sz w:val="20"/>
              </w:rPr>
              <w:t>One Year</w:t>
            </w:r>
          </w:p>
        </w:tc>
      </w:tr>
      <w:tr w:rsidR="0040090F" w:rsidTr="1030D1EF" w14:paraId="40DD1BE9" w14:textId="77777777">
        <w:trPr>
          <w:jc w:val="center"/>
        </w:trPr>
        <w:tc>
          <w:tcPr>
            <w:tcW w:w="3840" w:type="dxa"/>
            <w:tcMar/>
            <w:vAlign w:val="center"/>
          </w:tcPr>
          <w:p w:rsidR="0040090F" w:rsidRDefault="0582E7F5" w14:paraId="1305EF3F" w14:textId="6836137B">
            <w:pPr>
              <w:spacing w:before="40" w:after="40"/>
            </w:pPr>
            <w:r w:rsidRPr="487DDC34">
              <w:rPr>
                <w:rFonts w:ascii="Calibri" w:hAnsi="Calibri"/>
                <w:color w:val="000000" w:themeColor="text1"/>
                <w:sz w:val="20"/>
                <w:szCs w:val="20"/>
              </w:rPr>
              <w:t>Master of Business Administration Year 2</w:t>
            </w:r>
            <w:r w:rsidRPr="487DDC34" w:rsidR="1DACCC9D">
              <w:rPr>
                <w:rFonts w:ascii="Calibri" w:hAnsi="Calibri"/>
                <w:color w:val="000000" w:themeColor="text1"/>
                <w:sz w:val="20"/>
                <w:szCs w:val="20"/>
              </w:rPr>
              <w:t>*</w:t>
            </w:r>
          </w:p>
        </w:tc>
        <w:tc>
          <w:tcPr>
            <w:tcW w:w="2064" w:type="dxa"/>
            <w:tcMar/>
            <w:vAlign w:val="center"/>
          </w:tcPr>
          <w:p w:rsidR="0040090F" w:rsidRDefault="0085639A" w14:paraId="65B801ED" w14:textId="77777777">
            <w:pPr>
              <w:spacing w:before="40" w:after="40"/>
            </w:pPr>
            <w:r>
              <w:rPr>
                <w:rFonts w:ascii="Calibri" w:hAnsi="Calibri"/>
                <w:color w:val="000000"/>
                <w:sz w:val="20"/>
              </w:rPr>
              <w:t>9</w:t>
            </w:r>
          </w:p>
        </w:tc>
        <w:tc>
          <w:tcPr>
            <w:tcW w:w="1296" w:type="dxa"/>
            <w:tcMar/>
            <w:vAlign w:val="center"/>
          </w:tcPr>
          <w:p w:rsidR="0040090F" w:rsidRDefault="0085639A" w14:paraId="5F2ECA38" w14:textId="77777777">
            <w:pPr>
              <w:spacing w:before="40" w:after="40"/>
            </w:pPr>
            <w:r>
              <w:rPr>
                <w:rFonts w:ascii="Calibri" w:hAnsi="Calibri"/>
                <w:color w:val="000000"/>
                <w:sz w:val="20"/>
              </w:rPr>
              <w:t>P/T</w:t>
            </w:r>
          </w:p>
        </w:tc>
        <w:tc>
          <w:tcPr>
            <w:tcW w:w="1296" w:type="dxa"/>
            <w:tcMar/>
            <w:vAlign w:val="center"/>
          </w:tcPr>
          <w:p w:rsidR="0040090F" w:rsidRDefault="0085639A" w14:paraId="2110C07B" w14:textId="77777777">
            <w:pPr>
              <w:spacing w:before="40" w:after="40"/>
            </w:pPr>
            <w:r>
              <w:rPr>
                <w:rFonts w:ascii="Calibri" w:hAnsi="Calibri"/>
                <w:color w:val="000000"/>
                <w:sz w:val="20"/>
              </w:rPr>
              <w:t>60</w:t>
            </w:r>
          </w:p>
        </w:tc>
        <w:tc>
          <w:tcPr>
            <w:tcW w:w="1584" w:type="dxa"/>
            <w:tcMar/>
            <w:vAlign w:val="center"/>
          </w:tcPr>
          <w:p w:rsidR="0040090F" w:rsidRDefault="0085639A" w14:paraId="1AB4E502" w14:textId="77777777">
            <w:pPr>
              <w:spacing w:before="40" w:after="40"/>
            </w:pPr>
            <w:r>
              <w:rPr>
                <w:rFonts w:ascii="Calibri" w:hAnsi="Calibri"/>
                <w:color w:val="000000"/>
                <w:sz w:val="20"/>
              </w:rPr>
              <w:t>8750</w:t>
            </w:r>
          </w:p>
        </w:tc>
        <w:tc>
          <w:tcPr>
            <w:tcW w:w="1365" w:type="dxa"/>
            <w:tcMar/>
            <w:vAlign w:val="center"/>
          </w:tcPr>
          <w:p w:rsidR="0040090F" w:rsidRDefault="0085639A" w14:paraId="28C24BA7" w14:textId="77777777">
            <w:pPr>
              <w:spacing w:before="40" w:after="40"/>
            </w:pPr>
            <w:r>
              <w:rPr>
                <w:rFonts w:ascii="Calibri" w:hAnsi="Calibri"/>
                <w:color w:val="000000"/>
                <w:sz w:val="20"/>
              </w:rPr>
              <w:t>One Year</w:t>
            </w:r>
          </w:p>
        </w:tc>
      </w:tr>
      <w:tr w:rsidR="0040090F" w:rsidTr="1030D1EF" w14:paraId="6F7D4C21" w14:textId="77777777">
        <w:trPr>
          <w:jc w:val="center"/>
        </w:trPr>
        <w:tc>
          <w:tcPr>
            <w:tcW w:w="3840" w:type="dxa"/>
            <w:tcMar/>
            <w:vAlign w:val="center"/>
          </w:tcPr>
          <w:p w:rsidR="0040090F" w:rsidRDefault="0085639A" w14:paraId="7D84961A" w14:textId="77777777">
            <w:pPr>
              <w:spacing w:before="40" w:after="40"/>
            </w:pPr>
            <w:r>
              <w:rPr>
                <w:rFonts w:ascii="Calibri" w:hAnsi="Calibri"/>
                <w:color w:val="000000"/>
                <w:sz w:val="20"/>
              </w:rPr>
              <w:t>MA in Financial Management</w:t>
            </w:r>
          </w:p>
        </w:tc>
        <w:tc>
          <w:tcPr>
            <w:tcW w:w="2064" w:type="dxa"/>
            <w:tcMar/>
            <w:vAlign w:val="center"/>
          </w:tcPr>
          <w:p w:rsidR="0040090F" w:rsidRDefault="0085639A" w14:paraId="627F6931" w14:textId="77777777">
            <w:pPr>
              <w:spacing w:before="40" w:after="40"/>
            </w:pPr>
            <w:r>
              <w:rPr>
                <w:rFonts w:ascii="Calibri" w:hAnsi="Calibri"/>
                <w:color w:val="000000"/>
                <w:sz w:val="20"/>
              </w:rPr>
              <w:t>9</w:t>
            </w:r>
          </w:p>
        </w:tc>
        <w:tc>
          <w:tcPr>
            <w:tcW w:w="1296" w:type="dxa"/>
            <w:tcMar/>
            <w:vAlign w:val="center"/>
          </w:tcPr>
          <w:p w:rsidR="0040090F" w:rsidRDefault="0085639A" w14:paraId="4CF35F7B" w14:textId="77777777">
            <w:pPr>
              <w:spacing w:before="40" w:after="40"/>
            </w:pPr>
            <w:r>
              <w:rPr>
                <w:rFonts w:ascii="Calibri" w:hAnsi="Calibri"/>
                <w:color w:val="000000"/>
                <w:sz w:val="20"/>
              </w:rPr>
              <w:t>P/T</w:t>
            </w:r>
          </w:p>
        </w:tc>
        <w:tc>
          <w:tcPr>
            <w:tcW w:w="1296" w:type="dxa"/>
            <w:tcMar/>
            <w:vAlign w:val="center"/>
          </w:tcPr>
          <w:p w:rsidR="0040090F" w:rsidRDefault="0085639A" w14:paraId="2FA2D3FE" w14:textId="77777777">
            <w:pPr>
              <w:spacing w:before="40" w:after="40"/>
            </w:pPr>
            <w:r>
              <w:rPr>
                <w:rFonts w:ascii="Calibri" w:hAnsi="Calibri"/>
                <w:color w:val="000000"/>
                <w:sz w:val="20"/>
              </w:rPr>
              <w:t>30</w:t>
            </w:r>
          </w:p>
        </w:tc>
        <w:tc>
          <w:tcPr>
            <w:tcW w:w="1584" w:type="dxa"/>
            <w:tcMar/>
            <w:vAlign w:val="center"/>
          </w:tcPr>
          <w:p w:rsidR="0040090F" w:rsidRDefault="0085639A" w14:paraId="14AB76BE" w14:textId="17241FB5">
            <w:pPr>
              <w:spacing w:before="40" w:after="40"/>
            </w:pPr>
            <w:r w:rsidRPr="1030D1EF" w:rsidR="69F22BC9">
              <w:rPr>
                <w:rFonts w:ascii="Calibri" w:hAnsi="Calibri"/>
                <w:color w:val="000000" w:themeColor="text1" w:themeTint="FF" w:themeShade="FF"/>
                <w:sz w:val="20"/>
                <w:szCs w:val="20"/>
              </w:rPr>
              <w:t>7</w:t>
            </w:r>
            <w:r w:rsidRPr="1030D1EF" w:rsidR="0085639A">
              <w:rPr>
                <w:rFonts w:ascii="Calibri" w:hAnsi="Calibri"/>
                <w:color w:val="000000" w:themeColor="text1" w:themeTint="FF" w:themeShade="FF"/>
                <w:sz w:val="20"/>
                <w:szCs w:val="20"/>
              </w:rPr>
              <w:t>500</w:t>
            </w:r>
            <w:r w:rsidRPr="1030D1EF" w:rsidR="727AEEF5">
              <w:rPr>
                <w:rFonts w:ascii="Calibri" w:hAnsi="Calibri"/>
                <w:color w:val="000000" w:themeColor="text1" w:themeTint="FF" w:themeShade="FF"/>
                <w:sz w:val="20"/>
                <w:szCs w:val="20"/>
              </w:rPr>
              <w:t xml:space="preserve"> (2500 for research </w:t>
            </w:r>
            <w:r w:rsidRPr="1030D1EF" w:rsidR="727AEEF5">
              <w:rPr>
                <w:rFonts w:ascii="Calibri" w:hAnsi="Calibri"/>
                <w:color w:val="000000" w:themeColor="text1" w:themeTint="FF" w:themeShade="FF"/>
                <w:sz w:val="20"/>
                <w:szCs w:val="20"/>
              </w:rPr>
              <w:t>component</w:t>
            </w:r>
            <w:r w:rsidRPr="1030D1EF" w:rsidR="727AEEF5">
              <w:rPr>
                <w:rFonts w:ascii="Calibri" w:hAnsi="Calibri"/>
                <w:color w:val="000000" w:themeColor="text1" w:themeTint="FF" w:themeShade="FF"/>
                <w:sz w:val="20"/>
                <w:szCs w:val="20"/>
              </w:rPr>
              <w:t>)</w:t>
            </w:r>
          </w:p>
        </w:tc>
        <w:tc>
          <w:tcPr>
            <w:tcW w:w="1365" w:type="dxa"/>
            <w:tcMar/>
            <w:vAlign w:val="center"/>
          </w:tcPr>
          <w:p w:rsidR="0040090F" w:rsidRDefault="0085639A" w14:paraId="10F704BC" w14:textId="77777777">
            <w:pPr>
              <w:spacing w:before="40" w:after="40"/>
            </w:pPr>
            <w:r>
              <w:rPr>
                <w:rFonts w:ascii="Calibri" w:hAnsi="Calibri"/>
                <w:color w:val="000000"/>
                <w:sz w:val="20"/>
              </w:rPr>
              <w:t>One Year</w:t>
            </w:r>
          </w:p>
        </w:tc>
      </w:tr>
      <w:tr w:rsidR="0040090F" w:rsidTr="1030D1EF" w14:paraId="4B19AA62" w14:textId="77777777">
        <w:trPr>
          <w:jc w:val="center"/>
        </w:trPr>
        <w:tc>
          <w:tcPr>
            <w:tcW w:w="3840" w:type="dxa"/>
            <w:tcMar/>
            <w:vAlign w:val="center"/>
          </w:tcPr>
          <w:p w:rsidR="0040090F" w:rsidRDefault="0085639A" w14:paraId="34DE71CB" w14:textId="77777777">
            <w:pPr>
              <w:spacing w:before="40" w:after="40"/>
            </w:pPr>
            <w:r>
              <w:rPr>
                <w:rFonts w:ascii="Calibri" w:hAnsi="Calibri"/>
                <w:color w:val="000000"/>
                <w:sz w:val="20"/>
              </w:rPr>
              <w:t>MSc in Quality Management and Validation</w:t>
            </w:r>
          </w:p>
        </w:tc>
        <w:tc>
          <w:tcPr>
            <w:tcW w:w="2064" w:type="dxa"/>
            <w:tcMar/>
            <w:vAlign w:val="center"/>
          </w:tcPr>
          <w:p w:rsidR="0040090F" w:rsidRDefault="0085639A" w14:paraId="54C0507C" w14:textId="77777777">
            <w:pPr>
              <w:spacing w:before="40" w:after="40"/>
            </w:pPr>
            <w:r>
              <w:rPr>
                <w:rFonts w:ascii="Calibri" w:hAnsi="Calibri"/>
                <w:color w:val="000000"/>
                <w:sz w:val="20"/>
              </w:rPr>
              <w:t>9</w:t>
            </w:r>
          </w:p>
        </w:tc>
        <w:tc>
          <w:tcPr>
            <w:tcW w:w="1296" w:type="dxa"/>
            <w:tcMar/>
            <w:vAlign w:val="center"/>
          </w:tcPr>
          <w:p w:rsidR="0040090F" w:rsidRDefault="0085639A" w14:paraId="70DC99C8" w14:textId="77777777">
            <w:pPr>
              <w:spacing w:before="40" w:after="40"/>
            </w:pPr>
            <w:r>
              <w:rPr>
                <w:rFonts w:ascii="Calibri" w:hAnsi="Calibri"/>
                <w:color w:val="000000"/>
                <w:sz w:val="20"/>
              </w:rPr>
              <w:t>P/T</w:t>
            </w:r>
          </w:p>
        </w:tc>
        <w:tc>
          <w:tcPr>
            <w:tcW w:w="1296" w:type="dxa"/>
            <w:tcMar/>
            <w:vAlign w:val="center"/>
          </w:tcPr>
          <w:p w:rsidR="0040090F" w:rsidRDefault="0085639A" w14:paraId="5A048DB5" w14:textId="77777777">
            <w:pPr>
              <w:spacing w:before="40" w:after="40"/>
            </w:pPr>
            <w:r>
              <w:rPr>
                <w:rFonts w:ascii="Calibri" w:hAnsi="Calibri"/>
                <w:color w:val="000000"/>
                <w:sz w:val="20"/>
              </w:rPr>
              <w:t>30</w:t>
            </w:r>
          </w:p>
        </w:tc>
        <w:tc>
          <w:tcPr>
            <w:tcW w:w="1584" w:type="dxa"/>
            <w:tcMar/>
            <w:vAlign w:val="center"/>
          </w:tcPr>
          <w:p w:rsidR="0040090F" w:rsidRDefault="0085639A" w14:paraId="24E88D61" w14:textId="17241FB5">
            <w:pPr>
              <w:spacing w:before="40" w:after="40"/>
            </w:pPr>
            <w:r w:rsidRPr="1030D1EF" w:rsidR="55E9BB5C">
              <w:rPr>
                <w:rFonts w:ascii="Calibri" w:hAnsi="Calibri"/>
                <w:color w:val="000000" w:themeColor="text1" w:themeTint="FF" w:themeShade="FF"/>
                <w:sz w:val="20"/>
                <w:szCs w:val="20"/>
              </w:rPr>
              <w:t>7500 (2500 for research component)</w:t>
            </w:r>
          </w:p>
          <w:p w:rsidR="0040090F" w:rsidP="1030D1EF" w:rsidRDefault="0085639A" w14:paraId="7BBD42ED" w14:textId="4A950E48">
            <w:pPr>
              <w:spacing w:before="40" w:after="40"/>
              <w:rPr>
                <w:rFonts w:ascii="Calibri" w:hAnsi="Calibri"/>
                <w:color w:val="000000" w:themeColor="text1" w:themeTint="FF" w:themeShade="FF"/>
                <w:sz w:val="20"/>
                <w:szCs w:val="20"/>
              </w:rPr>
            </w:pPr>
          </w:p>
        </w:tc>
        <w:tc>
          <w:tcPr>
            <w:tcW w:w="1365" w:type="dxa"/>
            <w:tcMar/>
            <w:vAlign w:val="center"/>
          </w:tcPr>
          <w:p w:rsidR="0040090F" w:rsidRDefault="0085639A" w14:paraId="26BD66B3" w14:textId="77777777">
            <w:pPr>
              <w:spacing w:before="40" w:after="40"/>
            </w:pPr>
            <w:r>
              <w:rPr>
                <w:rFonts w:ascii="Calibri" w:hAnsi="Calibri"/>
                <w:color w:val="000000"/>
                <w:sz w:val="20"/>
              </w:rPr>
              <w:t>One Year</w:t>
            </w:r>
          </w:p>
        </w:tc>
      </w:tr>
      <w:tr w:rsidR="0040090F" w:rsidTr="1030D1EF" w14:paraId="5D84D293" w14:textId="77777777">
        <w:trPr>
          <w:jc w:val="center"/>
        </w:trPr>
        <w:tc>
          <w:tcPr>
            <w:tcW w:w="3840" w:type="dxa"/>
            <w:tcMar/>
            <w:vAlign w:val="center"/>
          </w:tcPr>
          <w:p w:rsidR="0040090F" w:rsidP="1030D1EF" w:rsidRDefault="0582E7F5" w14:paraId="32AA44C6" w14:textId="12A43483">
            <w:pPr>
              <w:pStyle w:val="Normal"/>
              <w:spacing w:before="40" w:after="40"/>
              <w:rPr>
                <w:rFonts w:ascii="Calibri" w:hAnsi="Calibri"/>
                <w:color w:val="000000" w:themeColor="text1"/>
                <w:sz w:val="20"/>
                <w:szCs w:val="20"/>
              </w:rPr>
            </w:pPr>
            <w:r w:rsidRPr="1030D1EF" w:rsidR="0582E7F5">
              <w:rPr>
                <w:rFonts w:ascii="Calibri" w:hAnsi="Calibri"/>
                <w:color w:val="000000" w:themeColor="text1" w:themeTint="FF" w:themeShade="FF"/>
                <w:sz w:val="20"/>
                <w:szCs w:val="20"/>
              </w:rPr>
              <w:t>MA in Education</w:t>
            </w:r>
            <w:r w:rsidRPr="1030D1EF" w:rsidR="3548B11D">
              <w:rPr>
                <w:rFonts w:ascii="Calibri" w:hAnsi="Calibri"/>
                <w:color w:val="000000" w:themeColor="text1" w:themeTint="FF" w:themeShade="FF"/>
                <w:sz w:val="20"/>
                <w:szCs w:val="20"/>
              </w:rPr>
              <w:t>,</w:t>
            </w:r>
            <w:r w:rsidRPr="1030D1EF" w:rsidR="3548B11D">
              <w:rPr>
                <w:rFonts w:ascii="Aptos" w:hAnsi="Aptos" w:eastAsia="Aptos" w:cs="Aptos"/>
                <w:noProof w:val="0"/>
                <w:color w:val="000000" w:themeColor="text1" w:themeTint="FF" w:themeShade="FF"/>
                <w:sz w:val="24"/>
                <w:szCs w:val="24"/>
                <w:lang w:val="en-US"/>
              </w:rPr>
              <w:t xml:space="preserve"> </w:t>
            </w:r>
            <w:r w:rsidRPr="1030D1EF" w:rsidR="3548B11D">
              <w:rPr>
                <w:rFonts w:ascii="Calibri" w:hAnsi="Calibri" w:eastAsia="Calibri" w:cs="Calibri" w:asciiTheme="majorAscii" w:hAnsiTheme="majorAscii" w:eastAsiaTheme="majorAscii" w:cstheme="majorAscii"/>
                <w:noProof w:val="0"/>
                <w:color w:val="000000" w:themeColor="text1" w:themeTint="FF" w:themeShade="FF"/>
                <w:sz w:val="22"/>
                <w:szCs w:val="22"/>
                <w:lang w:val="en-US"/>
              </w:rPr>
              <w:t>Innovation, Management and Leadership</w:t>
            </w:r>
            <w:r w:rsidRPr="1030D1EF" w:rsidR="0582E7F5">
              <w:rPr>
                <w:rFonts w:ascii="Calibri" w:hAnsi="Calibri"/>
                <w:color w:val="000000" w:themeColor="text1" w:themeTint="FF" w:themeShade="FF"/>
                <w:sz w:val="20"/>
                <w:szCs w:val="20"/>
              </w:rPr>
              <w:t xml:space="preserve"> </w:t>
            </w:r>
            <w:r w:rsidRPr="1030D1EF" w:rsidR="0F733998">
              <w:rPr>
                <w:rFonts w:ascii="Calibri" w:hAnsi="Calibri"/>
                <w:color w:val="000000" w:themeColor="text1" w:themeTint="FF" w:themeShade="FF"/>
                <w:sz w:val="20"/>
                <w:szCs w:val="20"/>
              </w:rPr>
              <w:t>Year 2</w:t>
            </w:r>
            <w:r w:rsidRPr="1030D1EF" w:rsidR="7BD2A5A3">
              <w:rPr>
                <w:rFonts w:ascii="Calibri" w:hAnsi="Calibri"/>
                <w:color w:val="000000" w:themeColor="text1" w:themeTint="FF" w:themeShade="FF"/>
                <w:sz w:val="20"/>
                <w:szCs w:val="20"/>
              </w:rPr>
              <w:t>*</w:t>
            </w:r>
          </w:p>
        </w:tc>
        <w:tc>
          <w:tcPr>
            <w:tcW w:w="2064" w:type="dxa"/>
            <w:tcMar/>
            <w:vAlign w:val="center"/>
          </w:tcPr>
          <w:p w:rsidR="0040090F" w:rsidRDefault="0085639A" w14:paraId="491D2B3B" w14:textId="77777777">
            <w:pPr>
              <w:spacing w:before="40" w:after="40"/>
            </w:pPr>
            <w:r>
              <w:rPr>
                <w:rFonts w:ascii="Calibri" w:hAnsi="Calibri"/>
                <w:color w:val="000000"/>
                <w:sz w:val="20"/>
              </w:rPr>
              <w:t>9</w:t>
            </w:r>
          </w:p>
        </w:tc>
        <w:tc>
          <w:tcPr>
            <w:tcW w:w="1296" w:type="dxa"/>
            <w:tcMar/>
            <w:vAlign w:val="center"/>
          </w:tcPr>
          <w:p w:rsidR="0040090F" w:rsidRDefault="0085639A" w14:paraId="7F106553" w14:textId="77777777">
            <w:pPr>
              <w:spacing w:before="40" w:after="40"/>
            </w:pPr>
            <w:r>
              <w:rPr>
                <w:rFonts w:ascii="Calibri" w:hAnsi="Calibri"/>
                <w:color w:val="000000"/>
                <w:sz w:val="20"/>
              </w:rPr>
              <w:t>P/T</w:t>
            </w:r>
          </w:p>
        </w:tc>
        <w:tc>
          <w:tcPr>
            <w:tcW w:w="1296" w:type="dxa"/>
            <w:tcMar/>
            <w:vAlign w:val="center"/>
          </w:tcPr>
          <w:p w:rsidR="0040090F" w:rsidRDefault="0085639A" w14:paraId="330C1AC3" w14:textId="77777777">
            <w:pPr>
              <w:spacing w:before="40" w:after="40"/>
            </w:pPr>
            <w:r>
              <w:rPr>
                <w:rFonts w:ascii="Calibri" w:hAnsi="Calibri"/>
                <w:color w:val="000000"/>
                <w:sz w:val="20"/>
              </w:rPr>
              <w:t>30</w:t>
            </w:r>
          </w:p>
        </w:tc>
        <w:tc>
          <w:tcPr>
            <w:tcW w:w="1584" w:type="dxa"/>
            <w:tcMar/>
            <w:vAlign w:val="center"/>
          </w:tcPr>
          <w:p w:rsidR="0040090F" w:rsidRDefault="0085639A" w14:paraId="726B7D2F" w14:textId="1406261D">
            <w:pPr>
              <w:spacing w:before="40" w:after="40"/>
            </w:pPr>
            <w:r w:rsidRPr="1030D1EF" w:rsidR="446AD107">
              <w:rPr>
                <w:rFonts w:ascii="Calibri" w:hAnsi="Calibri"/>
                <w:color w:val="000000" w:themeColor="text1" w:themeTint="FF" w:themeShade="FF"/>
                <w:sz w:val="20"/>
                <w:szCs w:val="20"/>
              </w:rPr>
              <w:t xml:space="preserve">7500 (2500 for research </w:t>
            </w:r>
            <w:r w:rsidRPr="1030D1EF" w:rsidR="446AD107">
              <w:rPr>
                <w:rFonts w:ascii="Calibri" w:hAnsi="Calibri"/>
                <w:color w:val="000000" w:themeColor="text1" w:themeTint="FF" w:themeShade="FF"/>
                <w:sz w:val="20"/>
                <w:szCs w:val="20"/>
              </w:rPr>
              <w:t>component</w:t>
            </w:r>
            <w:r w:rsidRPr="1030D1EF" w:rsidR="446AD107">
              <w:rPr>
                <w:rFonts w:ascii="Calibri" w:hAnsi="Calibri"/>
                <w:color w:val="000000" w:themeColor="text1" w:themeTint="FF" w:themeShade="FF"/>
                <w:sz w:val="20"/>
                <w:szCs w:val="20"/>
              </w:rPr>
              <w:t>)</w:t>
            </w:r>
          </w:p>
        </w:tc>
        <w:tc>
          <w:tcPr>
            <w:tcW w:w="1365" w:type="dxa"/>
            <w:tcMar/>
            <w:vAlign w:val="center"/>
          </w:tcPr>
          <w:p w:rsidR="0040090F" w:rsidRDefault="0085639A" w14:paraId="20AE65D1" w14:textId="77777777">
            <w:pPr>
              <w:spacing w:before="40" w:after="40"/>
            </w:pPr>
            <w:r>
              <w:rPr>
                <w:rFonts w:ascii="Calibri" w:hAnsi="Calibri"/>
                <w:color w:val="000000"/>
                <w:sz w:val="20"/>
              </w:rPr>
              <w:t>One Year</w:t>
            </w:r>
          </w:p>
        </w:tc>
      </w:tr>
      <w:tr w:rsidR="0040090F" w:rsidTr="1030D1EF" w14:paraId="6BA2E7F1" w14:textId="77777777">
        <w:trPr>
          <w:trHeight w:val="300"/>
          <w:jc w:val="center"/>
        </w:trPr>
        <w:tc>
          <w:tcPr>
            <w:tcW w:w="3840" w:type="dxa"/>
            <w:tcMar/>
            <w:vAlign w:val="center"/>
          </w:tcPr>
          <w:p w:rsidR="0040090F" w:rsidRDefault="0582E7F5" w14:paraId="4B8F2E77" w14:textId="28F8B419">
            <w:pPr>
              <w:spacing w:before="40" w:after="40"/>
            </w:pPr>
            <w:r w:rsidRPr="487DDC34">
              <w:rPr>
                <w:rFonts w:ascii="Calibri" w:hAnsi="Calibri"/>
                <w:color w:val="000000" w:themeColor="text1"/>
                <w:sz w:val="20"/>
                <w:szCs w:val="20"/>
              </w:rPr>
              <w:t>MA in Talent Management</w:t>
            </w:r>
            <w:r w:rsidRPr="487DDC34" w:rsidR="7CE6099B">
              <w:rPr>
                <w:rFonts w:ascii="Calibri" w:hAnsi="Calibri"/>
                <w:color w:val="000000" w:themeColor="text1"/>
                <w:sz w:val="20"/>
                <w:szCs w:val="20"/>
              </w:rPr>
              <w:t xml:space="preserve"> Year 2*</w:t>
            </w:r>
          </w:p>
        </w:tc>
        <w:tc>
          <w:tcPr>
            <w:tcW w:w="2064" w:type="dxa"/>
            <w:tcMar/>
            <w:vAlign w:val="center"/>
          </w:tcPr>
          <w:p w:rsidR="0040090F" w:rsidRDefault="0085639A" w14:paraId="4EF655A2" w14:textId="77777777">
            <w:pPr>
              <w:spacing w:before="40" w:after="40"/>
            </w:pPr>
            <w:r>
              <w:rPr>
                <w:rFonts w:ascii="Calibri" w:hAnsi="Calibri"/>
                <w:color w:val="000000"/>
                <w:sz w:val="20"/>
              </w:rPr>
              <w:t>9</w:t>
            </w:r>
          </w:p>
        </w:tc>
        <w:tc>
          <w:tcPr>
            <w:tcW w:w="1296" w:type="dxa"/>
            <w:tcMar/>
            <w:vAlign w:val="center"/>
          </w:tcPr>
          <w:p w:rsidR="0040090F" w:rsidRDefault="0085639A" w14:paraId="5B400FDA" w14:textId="77777777">
            <w:pPr>
              <w:spacing w:before="40" w:after="40"/>
            </w:pPr>
            <w:r>
              <w:rPr>
                <w:rFonts w:ascii="Calibri" w:hAnsi="Calibri"/>
                <w:color w:val="000000"/>
                <w:sz w:val="20"/>
              </w:rPr>
              <w:t>P/T</w:t>
            </w:r>
          </w:p>
        </w:tc>
        <w:tc>
          <w:tcPr>
            <w:tcW w:w="1296" w:type="dxa"/>
            <w:tcMar/>
            <w:vAlign w:val="center"/>
          </w:tcPr>
          <w:p w:rsidR="0040090F" w:rsidRDefault="0085639A" w14:paraId="43ACFC88" w14:textId="77777777">
            <w:pPr>
              <w:spacing w:before="40" w:after="40"/>
            </w:pPr>
            <w:r>
              <w:rPr>
                <w:rFonts w:ascii="Calibri" w:hAnsi="Calibri"/>
                <w:color w:val="000000"/>
                <w:sz w:val="20"/>
              </w:rPr>
              <w:t>30</w:t>
            </w:r>
          </w:p>
        </w:tc>
        <w:tc>
          <w:tcPr>
            <w:tcW w:w="1584" w:type="dxa"/>
            <w:tcMar/>
            <w:vAlign w:val="center"/>
          </w:tcPr>
          <w:p w:rsidR="0040090F" w:rsidRDefault="0085639A" w14:paraId="5E60BB2E" w14:textId="4E3A2E8C">
            <w:pPr>
              <w:spacing w:before="40" w:after="40"/>
            </w:pPr>
            <w:r w:rsidRPr="1030D1EF" w:rsidR="2C0BE3A1">
              <w:rPr>
                <w:rFonts w:ascii="Calibri" w:hAnsi="Calibri"/>
                <w:color w:val="000000" w:themeColor="text1" w:themeTint="FF" w:themeShade="FF"/>
                <w:sz w:val="20"/>
                <w:szCs w:val="20"/>
              </w:rPr>
              <w:t xml:space="preserve">7500 (2500 for research </w:t>
            </w:r>
            <w:r w:rsidRPr="1030D1EF" w:rsidR="2C0BE3A1">
              <w:rPr>
                <w:rFonts w:ascii="Calibri" w:hAnsi="Calibri"/>
                <w:color w:val="000000" w:themeColor="text1" w:themeTint="FF" w:themeShade="FF"/>
                <w:sz w:val="20"/>
                <w:szCs w:val="20"/>
              </w:rPr>
              <w:t>component</w:t>
            </w:r>
            <w:r w:rsidRPr="1030D1EF" w:rsidR="2C0BE3A1">
              <w:rPr>
                <w:rFonts w:ascii="Calibri" w:hAnsi="Calibri"/>
                <w:color w:val="000000" w:themeColor="text1" w:themeTint="FF" w:themeShade="FF"/>
                <w:sz w:val="20"/>
                <w:szCs w:val="20"/>
              </w:rPr>
              <w:t>)</w:t>
            </w:r>
          </w:p>
        </w:tc>
        <w:tc>
          <w:tcPr>
            <w:tcW w:w="1365" w:type="dxa"/>
            <w:tcMar/>
            <w:vAlign w:val="center"/>
          </w:tcPr>
          <w:p w:rsidR="0040090F" w:rsidRDefault="0085639A" w14:paraId="3FF9C261" w14:textId="77777777">
            <w:pPr>
              <w:spacing w:before="40" w:after="40"/>
            </w:pPr>
            <w:r>
              <w:rPr>
                <w:rFonts w:ascii="Calibri" w:hAnsi="Calibri"/>
                <w:color w:val="000000"/>
                <w:sz w:val="20"/>
              </w:rPr>
              <w:t>One Year</w:t>
            </w:r>
          </w:p>
        </w:tc>
      </w:tr>
    </w:tbl>
    <w:p w:rsidR="0040090F" w:rsidP="487DDC34" w:rsidRDefault="14E61BF5" w14:paraId="63A8E72F" w14:textId="5FD5137E">
      <w:pPr>
        <w:rPr>
          <w:rFonts w:asciiTheme="majorHAnsi" w:hAnsiTheme="majorHAnsi" w:eastAsiaTheme="majorEastAsia" w:cstheme="majorBidi"/>
          <w:sz w:val="20"/>
          <w:szCs w:val="20"/>
        </w:rPr>
      </w:pPr>
      <w:r w:rsidRPr="487DDC34">
        <w:rPr>
          <w:rFonts w:asciiTheme="majorHAnsi" w:hAnsiTheme="majorHAnsi" w:eastAsiaTheme="majorEastAsia" w:cstheme="majorBidi"/>
          <w:sz w:val="20"/>
          <w:szCs w:val="20"/>
        </w:rPr>
        <w:t>*</w:t>
      </w:r>
      <w:r w:rsidRPr="487DDC34" w:rsidR="455F2F03">
        <w:rPr>
          <w:rFonts w:asciiTheme="majorHAnsi" w:hAnsiTheme="majorHAnsi" w:eastAsiaTheme="majorEastAsia" w:cstheme="majorBidi"/>
          <w:sz w:val="20"/>
          <w:szCs w:val="20"/>
        </w:rPr>
        <w:t xml:space="preserve"> Year 2 of the </w:t>
      </w:r>
      <w:bookmarkStart w:name="_Int_d3sCGMdK" w:id="0"/>
      <w:r w:rsidRPr="487DDC34" w:rsidR="455F2F03">
        <w:rPr>
          <w:rFonts w:asciiTheme="majorHAnsi" w:hAnsiTheme="majorHAnsi" w:eastAsiaTheme="majorEastAsia" w:cstheme="majorBidi"/>
          <w:sz w:val="20"/>
          <w:szCs w:val="20"/>
        </w:rPr>
        <w:t>Master’s</w:t>
      </w:r>
      <w:bookmarkEnd w:id="0"/>
      <w:r w:rsidRPr="487DDC34" w:rsidR="455F2F03">
        <w:rPr>
          <w:rFonts w:asciiTheme="majorHAnsi" w:hAnsiTheme="majorHAnsi" w:eastAsiaTheme="majorEastAsia" w:cstheme="majorBidi"/>
          <w:sz w:val="20"/>
          <w:szCs w:val="20"/>
        </w:rPr>
        <w:t xml:space="preserve"> </w:t>
      </w:r>
      <w:proofErr w:type="spellStart"/>
      <w:r w:rsidRPr="487DDC34" w:rsidR="455F2F03">
        <w:rPr>
          <w:rFonts w:asciiTheme="majorHAnsi" w:hAnsiTheme="majorHAnsi" w:eastAsiaTheme="majorEastAsia" w:cstheme="majorBidi"/>
          <w:sz w:val="20"/>
          <w:szCs w:val="20"/>
        </w:rPr>
        <w:t>programmes</w:t>
      </w:r>
      <w:proofErr w:type="spellEnd"/>
      <w:r w:rsidRPr="487DDC34" w:rsidR="455F2F03">
        <w:rPr>
          <w:rFonts w:asciiTheme="majorHAnsi" w:hAnsiTheme="majorHAnsi" w:eastAsiaTheme="majorEastAsia" w:cstheme="majorBidi"/>
          <w:sz w:val="20"/>
          <w:szCs w:val="20"/>
        </w:rPr>
        <w:t xml:space="preserve"> </w:t>
      </w:r>
      <w:bookmarkStart w:name="_Int_Swy3kUR6" w:id="1"/>
      <w:r w:rsidRPr="487DDC34" w:rsidR="455F2F03">
        <w:rPr>
          <w:rFonts w:asciiTheme="majorHAnsi" w:hAnsiTheme="majorHAnsi" w:eastAsiaTheme="majorEastAsia" w:cstheme="majorBidi"/>
          <w:sz w:val="20"/>
          <w:szCs w:val="20"/>
        </w:rPr>
        <w:t>represents</w:t>
      </w:r>
      <w:bookmarkEnd w:id="1"/>
      <w:r w:rsidRPr="487DDC34" w:rsidR="455F2F03">
        <w:rPr>
          <w:rFonts w:asciiTheme="majorHAnsi" w:hAnsiTheme="majorHAnsi" w:eastAsiaTheme="majorEastAsia" w:cstheme="majorBidi"/>
          <w:sz w:val="20"/>
          <w:szCs w:val="20"/>
        </w:rPr>
        <w:t xml:space="preserve"> the direct academic progression route from the corresponding Level 9 Postgraduate Diploma (60 ECTS). Students who successfully complete the Postgraduate Diploma may progress to Year 2 by undertaking an additional 30/60 ECTS to achieve the full Master’s award (90/120 ECTS total).</w:t>
      </w:r>
    </w:p>
    <w:p w:rsidR="0040090F" w:rsidRDefault="0040090F" w14:paraId="61B9DFCC" w14:textId="77777777"/>
    <w:p w:rsidR="49DDAEFC" w:rsidP="487DDC34" w:rsidRDefault="49DDAEFC" w14:paraId="66A6790E" w14:textId="431B6D8A">
      <w:pPr>
        <w:pBdr>
          <w:bottom w:val="single" w:color="C9A227" w:sz="12" w:space="0"/>
        </w:pBdr>
        <w:rPr>
          <w:rFonts w:ascii="Calibri" w:hAnsi="Calibri"/>
          <w:color w:val="000000" w:themeColor="text1"/>
        </w:rPr>
      </w:pPr>
    </w:p>
    <w:p w:rsidR="487DDC34" w:rsidP="487DDC34" w:rsidRDefault="487DDC34" w14:paraId="0448D7DA" w14:textId="39B7A537"/>
    <w:p w:rsidR="53C06C58" w:rsidP="49DDAEFC" w:rsidRDefault="53C06C58" w14:paraId="342C5D91" w14:textId="782D81FC">
      <w:pPr>
        <w:pBdr>
          <w:bottom w:val="single" w:color="C9A227" w:sz="12" w:space="0"/>
        </w:pBdr>
        <w:rPr>
          <w:rFonts w:ascii="Calibri" w:hAnsi="Calibri"/>
          <w:b/>
          <w:bCs/>
          <w:color w:val="000000" w:themeColor="text1"/>
        </w:rPr>
      </w:pPr>
      <w:r w:rsidRPr="49DDAEFC">
        <w:rPr>
          <w:rFonts w:ascii="Calibri" w:hAnsi="Calibri"/>
          <w:b/>
          <w:bCs/>
          <w:color w:val="000000" w:themeColor="text1"/>
        </w:rPr>
        <w:t>SECTION 1.2 UNDERGRADUATE PART-TIME PROGRAMMES FOR 2026/2027 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08"/>
        <w:gridCol w:w="1296"/>
        <w:gridCol w:w="1296"/>
        <w:gridCol w:w="1296"/>
        <w:gridCol w:w="1584"/>
        <w:gridCol w:w="1728"/>
      </w:tblGrid>
      <w:tr w:rsidR="0040090F" w:rsidTr="1030D1EF" w14:paraId="79EE53AB" w14:textId="77777777">
        <w:trPr/>
        <w:tc>
          <w:tcPr>
            <w:tcW w:w="4608" w:type="dxa"/>
            <w:shd w:val="clear" w:color="auto" w:fill="000000" w:themeFill="text1"/>
            <w:tcMar/>
            <w:vAlign w:val="center"/>
          </w:tcPr>
          <w:p w:rsidR="0040090F" w:rsidRDefault="0085639A" w14:paraId="431E3E6C" w14:textId="77777777">
            <w:pPr>
              <w:spacing w:before="40" w:after="40"/>
              <w:jc w:val="center"/>
            </w:pPr>
            <w:r>
              <w:rPr>
                <w:rFonts w:ascii="Calibri" w:hAnsi="Calibri"/>
                <w:b/>
                <w:color w:val="FFFFFF"/>
                <w:sz w:val="20"/>
              </w:rPr>
              <w:t>1.2 LIFELONG LEARNING -UNDERGRADUATE PART-TIME PROGRAMMES-MIDLANDS 2026/2027</w:t>
            </w:r>
          </w:p>
        </w:tc>
        <w:tc>
          <w:tcPr>
            <w:tcW w:w="1296" w:type="dxa"/>
            <w:shd w:val="clear" w:color="auto" w:fill="000000" w:themeFill="text1"/>
            <w:tcMar/>
            <w:vAlign w:val="center"/>
          </w:tcPr>
          <w:p w:rsidR="0040090F" w:rsidRDefault="0085639A" w14:paraId="7A4D8627" w14:textId="77777777">
            <w:pPr>
              <w:spacing w:before="40" w:after="40"/>
              <w:jc w:val="center"/>
            </w:pPr>
            <w:r>
              <w:rPr>
                <w:rFonts w:ascii="Calibri" w:hAnsi="Calibri"/>
                <w:b/>
                <w:color w:val="FFFFFF"/>
                <w:sz w:val="20"/>
              </w:rPr>
              <w:t>1.2 LIFELONG LEARNING -UNDERGRADUATE PART-TIME PROGRAMMES-MIDLANDS 2026/2027</w:t>
            </w:r>
          </w:p>
        </w:tc>
        <w:tc>
          <w:tcPr>
            <w:tcW w:w="1296" w:type="dxa"/>
            <w:shd w:val="clear" w:color="auto" w:fill="000000" w:themeFill="text1"/>
            <w:tcMar/>
            <w:vAlign w:val="center"/>
          </w:tcPr>
          <w:p w:rsidR="0040090F" w:rsidRDefault="0085639A" w14:paraId="0B208CF8" w14:textId="77777777">
            <w:pPr>
              <w:spacing w:before="40" w:after="40"/>
              <w:jc w:val="center"/>
            </w:pPr>
            <w:r>
              <w:rPr>
                <w:rFonts w:ascii="Calibri" w:hAnsi="Calibri"/>
                <w:b/>
                <w:color w:val="FFFFFF"/>
                <w:sz w:val="20"/>
              </w:rPr>
              <w:t>1.2 LIFELONG LEARNING -UNDERGRADUATE PART-TIME PROGRAMMES-MIDLANDS 2026/2027</w:t>
            </w:r>
          </w:p>
        </w:tc>
        <w:tc>
          <w:tcPr>
            <w:tcW w:w="1296" w:type="dxa"/>
            <w:shd w:val="clear" w:color="auto" w:fill="000000" w:themeFill="text1"/>
            <w:tcMar/>
            <w:vAlign w:val="center"/>
          </w:tcPr>
          <w:p w:rsidR="0040090F" w:rsidRDefault="0085639A" w14:paraId="7ACCB0E0" w14:textId="77777777">
            <w:pPr>
              <w:spacing w:before="40" w:after="40"/>
              <w:jc w:val="center"/>
            </w:pPr>
            <w:r>
              <w:rPr>
                <w:rFonts w:ascii="Calibri" w:hAnsi="Calibri"/>
                <w:b/>
                <w:color w:val="FFFFFF"/>
                <w:sz w:val="20"/>
              </w:rPr>
              <w:t>1.2 LIFELONG LEARNING -UNDERGRADUATE PART-TIME PROGRAMMES-MIDLANDS 2026/2027</w:t>
            </w:r>
          </w:p>
        </w:tc>
        <w:tc>
          <w:tcPr>
            <w:tcW w:w="1584" w:type="dxa"/>
            <w:shd w:val="clear" w:color="auto" w:fill="000000" w:themeFill="text1"/>
            <w:tcMar/>
            <w:vAlign w:val="center"/>
          </w:tcPr>
          <w:p w:rsidR="0040090F" w:rsidRDefault="53C06C58" w14:paraId="03EBEC3A" w14:textId="1BE7AB13">
            <w:pPr>
              <w:spacing w:before="40" w:after="40"/>
              <w:jc w:val="center"/>
            </w:pPr>
            <w:r w:rsidRPr="49DDAEFC">
              <w:rPr>
                <w:rFonts w:ascii="Calibri" w:hAnsi="Calibri"/>
                <w:b/>
                <w:bCs/>
                <w:color w:val="FFFFFF" w:themeColor="background1"/>
                <w:sz w:val="20"/>
                <w:szCs w:val="20"/>
              </w:rPr>
              <w:t>1.2 LIFELONG</w:t>
            </w:r>
          </w:p>
          <w:p w:rsidR="0040090F" w:rsidRDefault="53C06C58" w14:paraId="19AA76B7" w14:textId="5E9AEA3D">
            <w:pPr>
              <w:spacing w:before="40" w:after="40"/>
              <w:jc w:val="center"/>
            </w:pPr>
            <w:r w:rsidRPr="49DDAEFC">
              <w:rPr>
                <w:rFonts w:ascii="Calibri" w:hAnsi="Calibri"/>
                <w:b/>
                <w:bCs/>
                <w:color w:val="FFFFFF" w:themeColor="background1"/>
                <w:sz w:val="20"/>
                <w:szCs w:val="20"/>
              </w:rPr>
              <w:t xml:space="preserve"> LEARNING -UNDERGRADUATE PART-TIME PROGRAMMES-MIDLANDS 2026/2027</w:t>
            </w:r>
          </w:p>
        </w:tc>
        <w:tc>
          <w:tcPr>
            <w:tcW w:w="1728" w:type="dxa"/>
            <w:shd w:val="clear" w:color="auto" w:fill="000000" w:themeFill="text1"/>
            <w:tcMar/>
            <w:vAlign w:val="center"/>
          </w:tcPr>
          <w:p w:rsidR="0040090F" w:rsidRDefault="0085639A" w14:paraId="3B990F57" w14:textId="77777777">
            <w:pPr>
              <w:spacing w:before="40" w:after="40"/>
              <w:jc w:val="center"/>
            </w:pPr>
            <w:r>
              <w:rPr>
                <w:rFonts w:ascii="Calibri" w:hAnsi="Calibri"/>
                <w:b/>
                <w:color w:val="FFFFFF"/>
                <w:sz w:val="20"/>
              </w:rPr>
              <w:t>1.2 LIFELONG LEARNING -UNDERGRADUATE PART-TIME PROGRAMMES-MIDLANDS 2026/2027</w:t>
            </w:r>
          </w:p>
        </w:tc>
      </w:tr>
      <w:tr w:rsidR="0040090F" w:rsidTr="1030D1EF" w14:paraId="514CB782" w14:textId="77777777">
        <w:trPr/>
        <w:tc>
          <w:tcPr>
            <w:tcW w:w="4608" w:type="dxa"/>
            <w:tcMar/>
            <w:vAlign w:val="center"/>
          </w:tcPr>
          <w:p w:rsidR="0040090F" w:rsidRDefault="0085639A" w14:paraId="470CC9DF" w14:textId="77777777">
            <w:pPr>
              <w:spacing w:before="40" w:after="40"/>
            </w:pPr>
            <w:r>
              <w:rPr>
                <w:rFonts w:ascii="Calibri" w:hAnsi="Calibri"/>
                <w:color w:val="000000"/>
                <w:sz w:val="20"/>
              </w:rPr>
              <w:t>Faculty of Continuing, Professional, Online and Distance Learning- Part Time</w:t>
            </w:r>
          </w:p>
        </w:tc>
        <w:tc>
          <w:tcPr>
            <w:tcW w:w="1296" w:type="dxa"/>
            <w:tcMar/>
            <w:vAlign w:val="center"/>
          </w:tcPr>
          <w:p w:rsidR="0040090F" w:rsidRDefault="0085639A" w14:paraId="50A94880" w14:textId="77777777">
            <w:pPr>
              <w:spacing w:before="40" w:after="40"/>
            </w:pPr>
            <w:r>
              <w:rPr>
                <w:rFonts w:ascii="Calibri" w:hAnsi="Calibri"/>
                <w:color w:val="000000"/>
                <w:sz w:val="20"/>
              </w:rPr>
              <w:t>Faculty of Continuing, Professional, Online and Distance Learning- Part Time</w:t>
            </w:r>
          </w:p>
        </w:tc>
        <w:tc>
          <w:tcPr>
            <w:tcW w:w="1296" w:type="dxa"/>
            <w:tcMar/>
            <w:vAlign w:val="center"/>
          </w:tcPr>
          <w:p w:rsidR="0040090F" w:rsidRDefault="0085639A" w14:paraId="094F4433" w14:textId="77777777">
            <w:pPr>
              <w:spacing w:before="40" w:after="40"/>
            </w:pPr>
            <w:r>
              <w:rPr>
                <w:rFonts w:ascii="Calibri" w:hAnsi="Calibri"/>
                <w:color w:val="000000"/>
                <w:sz w:val="20"/>
              </w:rPr>
              <w:t>Faculty of Continuing, Professional, Online and Distance Learning- Part Time</w:t>
            </w:r>
          </w:p>
        </w:tc>
        <w:tc>
          <w:tcPr>
            <w:tcW w:w="1296" w:type="dxa"/>
            <w:tcMar/>
            <w:vAlign w:val="center"/>
          </w:tcPr>
          <w:p w:rsidR="0040090F" w:rsidRDefault="0085639A" w14:paraId="40F80902" w14:textId="77777777">
            <w:pPr>
              <w:spacing w:before="40" w:after="40"/>
            </w:pPr>
            <w:r>
              <w:rPr>
                <w:rFonts w:ascii="Calibri" w:hAnsi="Calibri"/>
                <w:color w:val="000000"/>
                <w:sz w:val="20"/>
              </w:rPr>
              <w:t>Faculty of Continuing, Professional, Online and Distance Learning- Part Time</w:t>
            </w:r>
          </w:p>
        </w:tc>
        <w:tc>
          <w:tcPr>
            <w:tcW w:w="1584" w:type="dxa"/>
            <w:tcMar/>
            <w:vAlign w:val="center"/>
          </w:tcPr>
          <w:p w:rsidR="0040090F" w:rsidRDefault="0085639A" w14:paraId="067E5936" w14:textId="77777777">
            <w:pPr>
              <w:spacing w:before="40" w:after="40"/>
            </w:pPr>
            <w:r>
              <w:rPr>
                <w:rFonts w:ascii="Calibri" w:hAnsi="Calibri"/>
                <w:color w:val="000000"/>
                <w:sz w:val="20"/>
              </w:rPr>
              <w:t>Faculty of Continuing, Professional, Online and Distance Learning- Part Time</w:t>
            </w:r>
          </w:p>
        </w:tc>
        <w:tc>
          <w:tcPr>
            <w:tcW w:w="1728" w:type="dxa"/>
            <w:tcMar/>
            <w:vAlign w:val="center"/>
          </w:tcPr>
          <w:p w:rsidR="0040090F" w:rsidRDefault="0085639A" w14:paraId="38312B09" w14:textId="77777777">
            <w:pPr>
              <w:spacing w:before="40" w:after="40"/>
            </w:pPr>
            <w:r>
              <w:rPr>
                <w:rFonts w:ascii="Calibri" w:hAnsi="Calibri"/>
                <w:color w:val="000000"/>
                <w:sz w:val="20"/>
              </w:rPr>
              <w:t>Faculty of Continuing, Professional, Online and Distance Learning- Part Time</w:t>
            </w:r>
          </w:p>
        </w:tc>
      </w:tr>
      <w:tr w:rsidR="0040090F" w:rsidTr="1030D1EF" w14:paraId="2D574201" w14:textId="77777777">
        <w:trPr/>
        <w:tc>
          <w:tcPr>
            <w:tcW w:w="4608" w:type="dxa"/>
            <w:tcMar/>
            <w:vAlign w:val="center"/>
          </w:tcPr>
          <w:p w:rsidR="0040090F" w:rsidRDefault="0040090F" w14:paraId="0728DBC2" w14:textId="77777777">
            <w:pPr>
              <w:spacing w:before="40" w:after="40"/>
            </w:pPr>
          </w:p>
        </w:tc>
        <w:tc>
          <w:tcPr>
            <w:tcW w:w="1296" w:type="dxa"/>
            <w:tcMar/>
            <w:vAlign w:val="center"/>
          </w:tcPr>
          <w:p w:rsidR="0040090F" w:rsidP="49DDAEFC" w:rsidRDefault="53C06C58" w14:paraId="458359AC"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NFQ Level</w:t>
            </w:r>
          </w:p>
        </w:tc>
        <w:tc>
          <w:tcPr>
            <w:tcW w:w="1296" w:type="dxa"/>
            <w:tcMar/>
            <w:vAlign w:val="center"/>
          </w:tcPr>
          <w:p w:rsidR="0040090F" w:rsidP="49DDAEFC" w:rsidRDefault="53C06C58" w14:paraId="5B13FE2A"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Mode</w:t>
            </w:r>
          </w:p>
        </w:tc>
        <w:tc>
          <w:tcPr>
            <w:tcW w:w="1296" w:type="dxa"/>
            <w:tcMar/>
            <w:vAlign w:val="center"/>
          </w:tcPr>
          <w:p w:rsidR="0040090F" w:rsidP="49DDAEFC" w:rsidRDefault="53C06C58" w14:paraId="290A7391"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ECTS</w:t>
            </w:r>
          </w:p>
        </w:tc>
        <w:tc>
          <w:tcPr>
            <w:tcW w:w="1584" w:type="dxa"/>
            <w:tcMar/>
            <w:vAlign w:val="center"/>
          </w:tcPr>
          <w:p w:rsidR="0040090F" w:rsidP="49DDAEFC" w:rsidRDefault="53C06C58" w14:paraId="11004125" w14:textId="77777777">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Fee €</w:t>
            </w:r>
          </w:p>
        </w:tc>
        <w:tc>
          <w:tcPr>
            <w:tcW w:w="1728" w:type="dxa"/>
            <w:tcMar/>
            <w:vAlign w:val="center"/>
          </w:tcPr>
          <w:p w:rsidR="0040090F" w:rsidP="49DDAEFC" w:rsidRDefault="00E2F294" w14:paraId="51CFD626" w14:textId="7FE30931">
            <w:pPr>
              <w:spacing w:before="40" w:after="40"/>
              <w:rPr>
                <w:rFonts w:ascii="Calibri" w:hAnsi="Calibri"/>
                <w:b/>
                <w:bCs/>
                <w:color w:val="000000" w:themeColor="text1"/>
                <w:sz w:val="20"/>
                <w:szCs w:val="20"/>
              </w:rPr>
            </w:pPr>
            <w:r w:rsidRPr="49DDAEFC">
              <w:rPr>
                <w:rFonts w:ascii="Calibri" w:hAnsi="Calibri"/>
                <w:b/>
                <w:bCs/>
                <w:color w:val="000000" w:themeColor="text1"/>
                <w:sz w:val="20"/>
                <w:szCs w:val="20"/>
              </w:rPr>
              <w:t>Duration</w:t>
            </w:r>
          </w:p>
        </w:tc>
      </w:tr>
      <w:tr w:rsidR="0040090F" w:rsidTr="1030D1EF" w14:paraId="59143CC9" w14:textId="77777777">
        <w:trPr/>
        <w:tc>
          <w:tcPr>
            <w:tcW w:w="4608" w:type="dxa"/>
            <w:tcMar/>
            <w:vAlign w:val="center"/>
          </w:tcPr>
          <w:p w:rsidR="0040090F" w:rsidRDefault="0085639A" w14:paraId="078BDDCF" w14:textId="77777777">
            <w:pPr>
              <w:spacing w:before="40" w:after="40"/>
            </w:pPr>
            <w:r>
              <w:rPr>
                <w:rFonts w:ascii="Calibri" w:hAnsi="Calibri"/>
                <w:color w:val="000000"/>
                <w:sz w:val="20"/>
              </w:rPr>
              <w:t>Certificate in Supervisory Management and Team Leadership</w:t>
            </w:r>
          </w:p>
        </w:tc>
        <w:tc>
          <w:tcPr>
            <w:tcW w:w="1296" w:type="dxa"/>
            <w:tcMar/>
            <w:vAlign w:val="center"/>
          </w:tcPr>
          <w:p w:rsidR="0040090F" w:rsidRDefault="0085639A" w14:paraId="1BC8FF94" w14:textId="77777777">
            <w:pPr>
              <w:spacing w:before="40" w:after="40"/>
            </w:pPr>
            <w:r>
              <w:rPr>
                <w:rFonts w:ascii="Calibri" w:hAnsi="Calibri"/>
                <w:color w:val="000000"/>
                <w:sz w:val="20"/>
              </w:rPr>
              <w:t>6</w:t>
            </w:r>
          </w:p>
        </w:tc>
        <w:tc>
          <w:tcPr>
            <w:tcW w:w="1296" w:type="dxa"/>
            <w:tcMar/>
            <w:vAlign w:val="center"/>
          </w:tcPr>
          <w:p w:rsidR="0040090F" w:rsidRDefault="0085639A" w14:paraId="09019F25" w14:textId="77777777">
            <w:pPr>
              <w:spacing w:before="40" w:after="40"/>
            </w:pPr>
            <w:r>
              <w:rPr>
                <w:rFonts w:ascii="Calibri" w:hAnsi="Calibri"/>
                <w:color w:val="000000"/>
                <w:sz w:val="20"/>
              </w:rPr>
              <w:t>P/T</w:t>
            </w:r>
          </w:p>
        </w:tc>
        <w:tc>
          <w:tcPr>
            <w:tcW w:w="1296" w:type="dxa"/>
            <w:tcMar/>
            <w:vAlign w:val="center"/>
          </w:tcPr>
          <w:p w:rsidR="0040090F" w:rsidRDefault="0085639A" w14:paraId="1E4301C5" w14:textId="77777777">
            <w:pPr>
              <w:spacing w:before="40" w:after="40"/>
            </w:pPr>
            <w:r>
              <w:rPr>
                <w:rFonts w:ascii="Calibri" w:hAnsi="Calibri"/>
                <w:color w:val="000000"/>
                <w:sz w:val="20"/>
              </w:rPr>
              <w:t>60</w:t>
            </w:r>
          </w:p>
        </w:tc>
        <w:tc>
          <w:tcPr>
            <w:tcW w:w="1584" w:type="dxa"/>
            <w:tcMar/>
            <w:vAlign w:val="center"/>
          </w:tcPr>
          <w:p w:rsidR="0040090F" w:rsidP="1030D1EF" w:rsidRDefault="0085639A" w14:paraId="0BA7A64E"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39A3B99B" w14:textId="77777777">
            <w:pPr>
              <w:spacing w:before="40" w:after="40"/>
            </w:pPr>
            <w:r>
              <w:rPr>
                <w:rFonts w:ascii="Calibri" w:hAnsi="Calibri"/>
                <w:color w:val="000000"/>
                <w:sz w:val="20"/>
              </w:rPr>
              <w:t>One year</w:t>
            </w:r>
          </w:p>
        </w:tc>
      </w:tr>
      <w:tr w:rsidR="0040090F" w:rsidTr="1030D1EF" w14:paraId="365EC37D" w14:textId="77777777">
        <w:trPr/>
        <w:tc>
          <w:tcPr>
            <w:tcW w:w="4608" w:type="dxa"/>
            <w:tcMar/>
            <w:vAlign w:val="center"/>
          </w:tcPr>
          <w:p w:rsidR="0040090F" w:rsidRDefault="0085639A" w14:paraId="786CBDD0" w14:textId="77777777">
            <w:pPr>
              <w:spacing w:before="40" w:after="40"/>
            </w:pPr>
            <w:r>
              <w:rPr>
                <w:rFonts w:ascii="Calibri" w:hAnsi="Calibri"/>
                <w:color w:val="000000"/>
                <w:sz w:val="20"/>
              </w:rPr>
              <w:t>Certificate in Financial Accounting and Payroll</w:t>
            </w:r>
          </w:p>
        </w:tc>
        <w:tc>
          <w:tcPr>
            <w:tcW w:w="1296" w:type="dxa"/>
            <w:tcMar/>
            <w:vAlign w:val="center"/>
          </w:tcPr>
          <w:p w:rsidR="0040090F" w:rsidRDefault="0085639A" w14:paraId="7EBAC9BF" w14:textId="77777777">
            <w:pPr>
              <w:spacing w:before="40" w:after="40"/>
            </w:pPr>
            <w:r>
              <w:rPr>
                <w:rFonts w:ascii="Calibri" w:hAnsi="Calibri"/>
                <w:color w:val="000000"/>
                <w:sz w:val="20"/>
              </w:rPr>
              <w:t>6</w:t>
            </w:r>
          </w:p>
        </w:tc>
        <w:tc>
          <w:tcPr>
            <w:tcW w:w="1296" w:type="dxa"/>
            <w:tcMar/>
            <w:vAlign w:val="center"/>
          </w:tcPr>
          <w:p w:rsidR="0040090F" w:rsidP="32E52A48" w:rsidRDefault="0085639A" w14:paraId="5EDAA7E2" w14:textId="449D0E18">
            <w:pPr>
              <w:spacing w:before="40" w:after="40"/>
              <w:rPr>
                <w:rFonts w:ascii="Calibri" w:hAnsi="Calibri"/>
                <w:color w:val="000000" w:themeColor="text1"/>
                <w:sz w:val="20"/>
                <w:szCs w:val="20"/>
              </w:rPr>
            </w:pPr>
            <w:r w:rsidRPr="32E52A48">
              <w:rPr>
                <w:rFonts w:ascii="Calibri" w:hAnsi="Calibri"/>
                <w:color w:val="000000" w:themeColor="text1"/>
                <w:sz w:val="20"/>
                <w:szCs w:val="20"/>
              </w:rPr>
              <w:t xml:space="preserve">P/T </w:t>
            </w:r>
          </w:p>
        </w:tc>
        <w:tc>
          <w:tcPr>
            <w:tcW w:w="1296" w:type="dxa"/>
            <w:tcMar/>
            <w:vAlign w:val="center"/>
          </w:tcPr>
          <w:p w:rsidR="0040090F" w:rsidRDefault="0085639A" w14:paraId="056780EA"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EC9557D"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3CE19D5D" w14:textId="77777777">
            <w:pPr>
              <w:spacing w:before="40" w:after="40"/>
            </w:pPr>
            <w:r>
              <w:rPr>
                <w:rFonts w:ascii="Calibri" w:hAnsi="Calibri"/>
                <w:color w:val="000000"/>
                <w:sz w:val="20"/>
              </w:rPr>
              <w:t>One year</w:t>
            </w:r>
          </w:p>
        </w:tc>
      </w:tr>
      <w:tr w:rsidR="0040090F" w:rsidTr="1030D1EF" w14:paraId="2B860D5E" w14:textId="77777777">
        <w:trPr/>
        <w:tc>
          <w:tcPr>
            <w:tcW w:w="4608" w:type="dxa"/>
            <w:tcMar/>
            <w:vAlign w:val="center"/>
          </w:tcPr>
          <w:p w:rsidR="0040090F" w:rsidRDefault="0085639A" w14:paraId="6C7E6FEB" w14:textId="77777777">
            <w:pPr>
              <w:spacing w:before="40" w:after="40"/>
            </w:pPr>
            <w:r>
              <w:rPr>
                <w:rFonts w:ascii="Calibri" w:hAnsi="Calibri"/>
                <w:color w:val="000000"/>
                <w:sz w:val="20"/>
              </w:rPr>
              <w:t>Certificate in Logistics and Supply Chain Management</w:t>
            </w:r>
          </w:p>
        </w:tc>
        <w:tc>
          <w:tcPr>
            <w:tcW w:w="1296" w:type="dxa"/>
            <w:tcMar/>
            <w:vAlign w:val="center"/>
          </w:tcPr>
          <w:p w:rsidR="0040090F" w:rsidRDefault="0085639A" w14:paraId="49987E96" w14:textId="77777777">
            <w:pPr>
              <w:spacing w:before="40" w:after="40"/>
            </w:pPr>
            <w:r>
              <w:rPr>
                <w:rFonts w:ascii="Calibri" w:hAnsi="Calibri"/>
                <w:color w:val="000000"/>
                <w:sz w:val="20"/>
              </w:rPr>
              <w:t>6</w:t>
            </w:r>
          </w:p>
        </w:tc>
        <w:tc>
          <w:tcPr>
            <w:tcW w:w="1296" w:type="dxa"/>
            <w:tcMar/>
            <w:vAlign w:val="center"/>
          </w:tcPr>
          <w:p w:rsidR="0040090F" w:rsidRDefault="0085639A" w14:paraId="7A3D0FD7" w14:textId="77777777">
            <w:pPr>
              <w:spacing w:before="40" w:after="40"/>
            </w:pPr>
            <w:r>
              <w:rPr>
                <w:rFonts w:ascii="Calibri" w:hAnsi="Calibri"/>
                <w:color w:val="000000"/>
                <w:sz w:val="20"/>
              </w:rPr>
              <w:t>P/T</w:t>
            </w:r>
          </w:p>
        </w:tc>
        <w:tc>
          <w:tcPr>
            <w:tcW w:w="1296" w:type="dxa"/>
            <w:tcMar/>
            <w:vAlign w:val="center"/>
          </w:tcPr>
          <w:p w:rsidR="0040090F" w:rsidRDefault="0085639A" w14:paraId="139592A9"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C281211"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584A0A9D" w14:textId="77777777">
            <w:pPr>
              <w:spacing w:before="40" w:after="40"/>
            </w:pPr>
            <w:r>
              <w:rPr>
                <w:rFonts w:ascii="Calibri" w:hAnsi="Calibri"/>
                <w:color w:val="000000"/>
                <w:sz w:val="20"/>
              </w:rPr>
              <w:t>One year</w:t>
            </w:r>
          </w:p>
        </w:tc>
      </w:tr>
      <w:tr w:rsidR="0040090F" w:rsidTr="1030D1EF" w14:paraId="0790A31D" w14:textId="77777777">
        <w:trPr/>
        <w:tc>
          <w:tcPr>
            <w:tcW w:w="4608" w:type="dxa"/>
            <w:tcMar/>
            <w:vAlign w:val="center"/>
          </w:tcPr>
          <w:p w:rsidR="0040090F" w:rsidRDefault="0085639A" w14:paraId="2EFCF2A6" w14:textId="77777777">
            <w:pPr>
              <w:spacing w:before="40" w:after="40"/>
            </w:pPr>
            <w:r>
              <w:rPr>
                <w:rFonts w:ascii="Calibri" w:hAnsi="Calibri"/>
                <w:color w:val="000000"/>
                <w:sz w:val="20"/>
              </w:rPr>
              <w:t>Certificate in Real Estate Administration</w:t>
            </w:r>
          </w:p>
        </w:tc>
        <w:tc>
          <w:tcPr>
            <w:tcW w:w="1296" w:type="dxa"/>
            <w:tcMar/>
            <w:vAlign w:val="center"/>
          </w:tcPr>
          <w:p w:rsidR="0040090F" w:rsidRDefault="0085639A" w14:paraId="38F598E8" w14:textId="77777777">
            <w:pPr>
              <w:spacing w:before="40" w:after="40"/>
            </w:pPr>
            <w:r>
              <w:rPr>
                <w:rFonts w:ascii="Calibri" w:hAnsi="Calibri"/>
                <w:color w:val="000000"/>
                <w:sz w:val="20"/>
              </w:rPr>
              <w:t>6</w:t>
            </w:r>
          </w:p>
        </w:tc>
        <w:tc>
          <w:tcPr>
            <w:tcW w:w="1296" w:type="dxa"/>
            <w:tcMar/>
            <w:vAlign w:val="center"/>
          </w:tcPr>
          <w:p w:rsidR="0040090F" w:rsidRDefault="0085639A" w14:paraId="40F7C483" w14:textId="77777777">
            <w:pPr>
              <w:spacing w:before="40" w:after="40"/>
            </w:pPr>
            <w:r>
              <w:rPr>
                <w:rFonts w:ascii="Calibri" w:hAnsi="Calibri"/>
                <w:color w:val="000000"/>
                <w:sz w:val="20"/>
              </w:rPr>
              <w:t>P/T</w:t>
            </w:r>
          </w:p>
        </w:tc>
        <w:tc>
          <w:tcPr>
            <w:tcW w:w="1296" w:type="dxa"/>
            <w:tcMar/>
            <w:vAlign w:val="center"/>
          </w:tcPr>
          <w:p w:rsidR="0040090F" w:rsidRDefault="0085639A" w14:paraId="7C3AB352" w14:textId="77777777">
            <w:pPr>
              <w:spacing w:before="40" w:after="40"/>
            </w:pPr>
            <w:r>
              <w:rPr>
                <w:rFonts w:ascii="Calibri" w:hAnsi="Calibri"/>
                <w:color w:val="000000"/>
                <w:sz w:val="20"/>
              </w:rPr>
              <w:t>60</w:t>
            </w:r>
          </w:p>
        </w:tc>
        <w:tc>
          <w:tcPr>
            <w:tcW w:w="1584" w:type="dxa"/>
            <w:tcMar/>
            <w:vAlign w:val="center"/>
          </w:tcPr>
          <w:p w:rsidR="0040090F" w:rsidP="1030D1EF" w:rsidRDefault="0085639A" w14:paraId="72FE59E8" w14:textId="77777777">
            <w:pPr>
              <w:spacing w:before="40" w:after="40"/>
              <w:jc w:val="center"/>
            </w:pPr>
            <w:r w:rsidRPr="1030D1EF" w:rsidR="0085639A">
              <w:rPr>
                <w:rFonts w:ascii="Calibri" w:hAnsi="Calibri"/>
                <w:color w:val="000000" w:themeColor="text1" w:themeTint="FF" w:themeShade="FF"/>
                <w:sz w:val="20"/>
                <w:szCs w:val="20"/>
              </w:rPr>
              <w:t>1500</w:t>
            </w:r>
          </w:p>
        </w:tc>
        <w:tc>
          <w:tcPr>
            <w:tcW w:w="1728" w:type="dxa"/>
            <w:tcMar/>
            <w:vAlign w:val="center"/>
          </w:tcPr>
          <w:p w:rsidR="0040090F" w:rsidRDefault="0085639A" w14:paraId="22CC02B5" w14:textId="77777777">
            <w:pPr>
              <w:spacing w:before="40" w:after="40"/>
            </w:pPr>
            <w:r>
              <w:rPr>
                <w:rFonts w:ascii="Calibri" w:hAnsi="Calibri"/>
                <w:color w:val="000000"/>
                <w:sz w:val="20"/>
              </w:rPr>
              <w:t>One year</w:t>
            </w:r>
          </w:p>
        </w:tc>
      </w:tr>
      <w:tr w:rsidR="0040090F" w:rsidTr="1030D1EF" w14:paraId="07A8B039" w14:textId="77777777">
        <w:trPr/>
        <w:tc>
          <w:tcPr>
            <w:tcW w:w="4608" w:type="dxa"/>
            <w:tcMar/>
            <w:vAlign w:val="center"/>
          </w:tcPr>
          <w:p w:rsidR="0040090F" w:rsidRDefault="0085639A" w14:paraId="6B88D257" w14:textId="77777777">
            <w:pPr>
              <w:spacing w:before="40" w:after="40"/>
            </w:pPr>
            <w:r>
              <w:rPr>
                <w:rFonts w:ascii="Calibri" w:hAnsi="Calibri"/>
                <w:color w:val="000000"/>
                <w:sz w:val="20"/>
              </w:rPr>
              <w:t>Certificate in Customer Service Excellence</w:t>
            </w:r>
          </w:p>
        </w:tc>
        <w:tc>
          <w:tcPr>
            <w:tcW w:w="1296" w:type="dxa"/>
            <w:tcMar/>
            <w:vAlign w:val="center"/>
          </w:tcPr>
          <w:p w:rsidR="0040090F" w:rsidRDefault="0085639A" w14:paraId="7AFA40FF" w14:textId="77777777">
            <w:pPr>
              <w:spacing w:before="40" w:after="40"/>
            </w:pPr>
            <w:r>
              <w:rPr>
                <w:rFonts w:ascii="Calibri" w:hAnsi="Calibri"/>
                <w:color w:val="000000"/>
                <w:sz w:val="20"/>
              </w:rPr>
              <w:t>6</w:t>
            </w:r>
          </w:p>
        </w:tc>
        <w:tc>
          <w:tcPr>
            <w:tcW w:w="1296" w:type="dxa"/>
            <w:tcMar/>
            <w:vAlign w:val="center"/>
          </w:tcPr>
          <w:p w:rsidR="0040090F" w:rsidRDefault="0085639A" w14:paraId="6D9C7E54" w14:textId="77777777">
            <w:pPr>
              <w:spacing w:before="40" w:after="40"/>
            </w:pPr>
            <w:r>
              <w:rPr>
                <w:rFonts w:ascii="Calibri" w:hAnsi="Calibri"/>
                <w:color w:val="000000"/>
                <w:sz w:val="20"/>
              </w:rPr>
              <w:t>P/T</w:t>
            </w:r>
          </w:p>
        </w:tc>
        <w:tc>
          <w:tcPr>
            <w:tcW w:w="1296" w:type="dxa"/>
            <w:tcMar/>
            <w:vAlign w:val="center"/>
          </w:tcPr>
          <w:p w:rsidR="0040090F" w:rsidRDefault="0085639A" w14:paraId="27A75AEC" w14:textId="77777777">
            <w:pPr>
              <w:spacing w:before="40" w:after="40"/>
            </w:pPr>
            <w:r>
              <w:rPr>
                <w:rFonts w:ascii="Calibri" w:hAnsi="Calibri"/>
                <w:color w:val="000000"/>
                <w:sz w:val="20"/>
              </w:rPr>
              <w:t>20</w:t>
            </w:r>
          </w:p>
        </w:tc>
        <w:tc>
          <w:tcPr>
            <w:tcW w:w="1584" w:type="dxa"/>
            <w:tcMar/>
            <w:vAlign w:val="center"/>
          </w:tcPr>
          <w:p w:rsidR="0040090F" w:rsidP="1030D1EF" w:rsidRDefault="0085639A" w14:paraId="5A57D3B1" w14:textId="77777777">
            <w:pPr>
              <w:spacing w:before="40" w:after="40"/>
              <w:jc w:val="center"/>
            </w:pPr>
            <w:r w:rsidRPr="1030D1EF" w:rsidR="0085639A">
              <w:rPr>
                <w:rFonts w:ascii="Calibri" w:hAnsi="Calibri"/>
                <w:color w:val="000000" w:themeColor="text1" w:themeTint="FF" w:themeShade="FF"/>
                <w:sz w:val="20"/>
                <w:szCs w:val="20"/>
              </w:rPr>
              <w:t>1200</w:t>
            </w:r>
          </w:p>
        </w:tc>
        <w:tc>
          <w:tcPr>
            <w:tcW w:w="1728" w:type="dxa"/>
            <w:tcMar/>
            <w:vAlign w:val="center"/>
          </w:tcPr>
          <w:p w:rsidR="0040090F" w:rsidRDefault="0085639A" w14:paraId="766123D6" w14:textId="77777777">
            <w:pPr>
              <w:spacing w:before="40" w:after="40"/>
            </w:pPr>
            <w:r>
              <w:rPr>
                <w:rFonts w:ascii="Calibri" w:hAnsi="Calibri"/>
                <w:color w:val="000000"/>
                <w:sz w:val="20"/>
              </w:rPr>
              <w:t>One or Two Semester(s) TBD</w:t>
            </w:r>
          </w:p>
        </w:tc>
      </w:tr>
      <w:tr w:rsidR="0040090F" w:rsidTr="1030D1EF" w14:paraId="763DE8E1" w14:textId="77777777">
        <w:trPr/>
        <w:tc>
          <w:tcPr>
            <w:tcW w:w="4608" w:type="dxa"/>
            <w:tcMar/>
            <w:vAlign w:val="center"/>
          </w:tcPr>
          <w:p w:rsidR="0040090F" w:rsidRDefault="0085639A" w14:paraId="6D7D2856" w14:textId="77777777">
            <w:pPr>
              <w:spacing w:before="40" w:after="40"/>
            </w:pPr>
            <w:r>
              <w:rPr>
                <w:rFonts w:ascii="Calibri" w:hAnsi="Calibri"/>
                <w:color w:val="000000"/>
                <w:sz w:val="20"/>
              </w:rPr>
              <w:t>Certificate in Operational Excellence</w:t>
            </w:r>
          </w:p>
        </w:tc>
        <w:tc>
          <w:tcPr>
            <w:tcW w:w="1296" w:type="dxa"/>
            <w:tcMar/>
            <w:vAlign w:val="center"/>
          </w:tcPr>
          <w:p w:rsidR="0040090F" w:rsidRDefault="0085639A" w14:paraId="75815CD5" w14:textId="77777777">
            <w:pPr>
              <w:spacing w:before="40" w:after="40"/>
            </w:pPr>
            <w:r>
              <w:rPr>
                <w:rFonts w:ascii="Calibri" w:hAnsi="Calibri"/>
                <w:color w:val="000000"/>
                <w:sz w:val="20"/>
              </w:rPr>
              <w:t>6</w:t>
            </w:r>
          </w:p>
        </w:tc>
        <w:tc>
          <w:tcPr>
            <w:tcW w:w="1296" w:type="dxa"/>
            <w:tcMar/>
            <w:vAlign w:val="center"/>
          </w:tcPr>
          <w:p w:rsidR="0040090F" w:rsidRDefault="0085639A" w14:paraId="7ED33F4D" w14:textId="77777777">
            <w:pPr>
              <w:spacing w:before="40" w:after="40"/>
            </w:pPr>
            <w:r>
              <w:rPr>
                <w:rFonts w:ascii="Calibri" w:hAnsi="Calibri"/>
                <w:color w:val="000000"/>
                <w:sz w:val="20"/>
              </w:rPr>
              <w:t>P/T</w:t>
            </w:r>
          </w:p>
        </w:tc>
        <w:tc>
          <w:tcPr>
            <w:tcW w:w="1296" w:type="dxa"/>
            <w:tcMar/>
            <w:vAlign w:val="center"/>
          </w:tcPr>
          <w:p w:rsidR="0040090F" w:rsidRDefault="0085639A" w14:paraId="09306AC8" w14:textId="77777777">
            <w:pPr>
              <w:spacing w:before="40" w:after="40"/>
            </w:pPr>
            <w:r>
              <w:rPr>
                <w:rFonts w:ascii="Calibri" w:hAnsi="Calibri"/>
                <w:color w:val="000000"/>
                <w:sz w:val="20"/>
              </w:rPr>
              <w:t>20</w:t>
            </w:r>
          </w:p>
        </w:tc>
        <w:tc>
          <w:tcPr>
            <w:tcW w:w="1584" w:type="dxa"/>
            <w:tcMar/>
            <w:vAlign w:val="center"/>
          </w:tcPr>
          <w:p w:rsidR="0040090F" w:rsidP="1030D1EF" w:rsidRDefault="0085639A" w14:paraId="217D2D3C" w14:textId="77777777">
            <w:pPr>
              <w:spacing w:before="40" w:after="40"/>
              <w:jc w:val="center"/>
            </w:pPr>
            <w:r w:rsidRPr="1030D1EF" w:rsidR="0085639A">
              <w:rPr>
                <w:rFonts w:ascii="Calibri" w:hAnsi="Calibri"/>
                <w:color w:val="000000" w:themeColor="text1" w:themeTint="FF" w:themeShade="FF"/>
                <w:sz w:val="20"/>
                <w:szCs w:val="20"/>
              </w:rPr>
              <w:t>1200</w:t>
            </w:r>
          </w:p>
        </w:tc>
        <w:tc>
          <w:tcPr>
            <w:tcW w:w="1728" w:type="dxa"/>
            <w:tcMar/>
            <w:vAlign w:val="center"/>
          </w:tcPr>
          <w:p w:rsidR="0040090F" w:rsidRDefault="0085639A" w14:paraId="5A3D2193" w14:textId="77777777">
            <w:pPr>
              <w:spacing w:before="40" w:after="40"/>
            </w:pPr>
            <w:r>
              <w:rPr>
                <w:rFonts w:ascii="Calibri" w:hAnsi="Calibri"/>
                <w:color w:val="000000"/>
                <w:sz w:val="20"/>
              </w:rPr>
              <w:t>One or Two Semester(s) TBD</w:t>
            </w:r>
          </w:p>
        </w:tc>
      </w:tr>
      <w:tr w:rsidR="0040090F" w:rsidTr="1030D1EF" w14:paraId="544A7592" w14:textId="77777777">
        <w:trPr/>
        <w:tc>
          <w:tcPr>
            <w:tcW w:w="4608" w:type="dxa"/>
            <w:tcMar/>
            <w:vAlign w:val="center"/>
          </w:tcPr>
          <w:p w:rsidR="0040090F" w:rsidRDefault="0085639A" w14:paraId="401BEFD5" w14:textId="77777777">
            <w:pPr>
              <w:spacing w:before="40" w:after="40"/>
            </w:pPr>
            <w:r>
              <w:rPr>
                <w:rFonts w:ascii="Calibri" w:hAnsi="Calibri"/>
                <w:color w:val="000000"/>
                <w:sz w:val="20"/>
              </w:rPr>
              <w:t>Certificate in Supervisory Management Skills for Team Leaders</w:t>
            </w:r>
          </w:p>
        </w:tc>
        <w:tc>
          <w:tcPr>
            <w:tcW w:w="1296" w:type="dxa"/>
            <w:tcMar/>
            <w:vAlign w:val="center"/>
          </w:tcPr>
          <w:p w:rsidR="0040090F" w:rsidRDefault="0085639A" w14:paraId="0ACC8E08" w14:textId="77777777">
            <w:pPr>
              <w:spacing w:before="40" w:after="40"/>
            </w:pPr>
            <w:r>
              <w:rPr>
                <w:rFonts w:ascii="Calibri" w:hAnsi="Calibri"/>
                <w:color w:val="000000"/>
                <w:sz w:val="20"/>
              </w:rPr>
              <w:t>6</w:t>
            </w:r>
          </w:p>
        </w:tc>
        <w:tc>
          <w:tcPr>
            <w:tcW w:w="1296" w:type="dxa"/>
            <w:tcMar/>
            <w:vAlign w:val="center"/>
          </w:tcPr>
          <w:p w:rsidR="0040090F" w:rsidRDefault="0085639A" w14:paraId="64717F9A" w14:textId="77777777">
            <w:pPr>
              <w:spacing w:before="40" w:after="40"/>
            </w:pPr>
            <w:r>
              <w:rPr>
                <w:rFonts w:ascii="Calibri" w:hAnsi="Calibri"/>
                <w:color w:val="000000"/>
                <w:sz w:val="20"/>
              </w:rPr>
              <w:t>P/T</w:t>
            </w:r>
          </w:p>
        </w:tc>
        <w:tc>
          <w:tcPr>
            <w:tcW w:w="1296" w:type="dxa"/>
            <w:tcMar/>
            <w:vAlign w:val="center"/>
          </w:tcPr>
          <w:p w:rsidR="0040090F" w:rsidRDefault="0085639A" w14:paraId="713927B6" w14:textId="77777777">
            <w:pPr>
              <w:spacing w:before="40" w:after="40"/>
            </w:pPr>
            <w:r>
              <w:rPr>
                <w:rFonts w:ascii="Calibri" w:hAnsi="Calibri"/>
                <w:color w:val="000000"/>
                <w:sz w:val="20"/>
              </w:rPr>
              <w:t>20</w:t>
            </w:r>
          </w:p>
        </w:tc>
        <w:tc>
          <w:tcPr>
            <w:tcW w:w="1584" w:type="dxa"/>
            <w:tcMar/>
            <w:vAlign w:val="center"/>
          </w:tcPr>
          <w:p w:rsidR="0040090F" w:rsidP="1030D1EF" w:rsidRDefault="0085639A" w14:paraId="38B5591E" w14:textId="77777777">
            <w:pPr>
              <w:spacing w:before="40" w:after="40"/>
              <w:jc w:val="center"/>
            </w:pPr>
            <w:r w:rsidRPr="1030D1EF" w:rsidR="0085639A">
              <w:rPr>
                <w:rFonts w:ascii="Calibri" w:hAnsi="Calibri"/>
                <w:color w:val="000000" w:themeColor="text1" w:themeTint="FF" w:themeShade="FF"/>
                <w:sz w:val="20"/>
                <w:szCs w:val="20"/>
              </w:rPr>
              <w:t>1200</w:t>
            </w:r>
          </w:p>
        </w:tc>
        <w:tc>
          <w:tcPr>
            <w:tcW w:w="1728" w:type="dxa"/>
            <w:tcMar/>
            <w:vAlign w:val="center"/>
          </w:tcPr>
          <w:p w:rsidR="0040090F" w:rsidRDefault="0085639A" w14:paraId="2028B23C" w14:textId="77777777">
            <w:pPr>
              <w:spacing w:before="40" w:after="40"/>
            </w:pPr>
            <w:r>
              <w:rPr>
                <w:rFonts w:ascii="Calibri" w:hAnsi="Calibri"/>
                <w:color w:val="000000"/>
                <w:sz w:val="20"/>
              </w:rPr>
              <w:t>One or Two Semester(s) TBD</w:t>
            </w:r>
          </w:p>
        </w:tc>
      </w:tr>
      <w:tr w:rsidR="0040090F" w:rsidTr="1030D1EF" w14:paraId="79B25C27" w14:textId="77777777">
        <w:trPr/>
        <w:tc>
          <w:tcPr>
            <w:tcW w:w="4608" w:type="dxa"/>
            <w:tcMar/>
            <w:vAlign w:val="center"/>
          </w:tcPr>
          <w:p w:rsidR="0040090F" w:rsidRDefault="0085639A" w14:paraId="478D50B5" w14:textId="77777777">
            <w:pPr>
              <w:spacing w:before="40" w:after="40"/>
            </w:pPr>
            <w:r>
              <w:rPr>
                <w:rFonts w:ascii="Calibri" w:hAnsi="Calibri"/>
                <w:color w:val="000000"/>
                <w:sz w:val="20"/>
              </w:rPr>
              <w:t>Certificate in Contract Law, Customs and the Regulatory Environment</w:t>
            </w:r>
          </w:p>
        </w:tc>
        <w:tc>
          <w:tcPr>
            <w:tcW w:w="1296" w:type="dxa"/>
            <w:tcMar/>
            <w:vAlign w:val="center"/>
          </w:tcPr>
          <w:p w:rsidR="0040090F" w:rsidRDefault="0085639A" w14:paraId="135E1476" w14:textId="77777777">
            <w:pPr>
              <w:spacing w:before="40" w:after="40"/>
            </w:pPr>
            <w:r>
              <w:rPr>
                <w:rFonts w:ascii="Calibri" w:hAnsi="Calibri"/>
                <w:color w:val="000000"/>
                <w:sz w:val="20"/>
              </w:rPr>
              <w:t>6</w:t>
            </w:r>
          </w:p>
        </w:tc>
        <w:tc>
          <w:tcPr>
            <w:tcW w:w="1296" w:type="dxa"/>
            <w:tcMar/>
            <w:vAlign w:val="center"/>
          </w:tcPr>
          <w:p w:rsidR="0040090F" w:rsidRDefault="0085639A" w14:paraId="1B43AB24" w14:textId="77777777">
            <w:pPr>
              <w:spacing w:before="40" w:after="40"/>
            </w:pPr>
            <w:r>
              <w:rPr>
                <w:rFonts w:ascii="Calibri" w:hAnsi="Calibri"/>
                <w:color w:val="000000"/>
                <w:sz w:val="20"/>
              </w:rPr>
              <w:t>P/T</w:t>
            </w:r>
          </w:p>
        </w:tc>
        <w:tc>
          <w:tcPr>
            <w:tcW w:w="1296" w:type="dxa"/>
            <w:tcMar/>
            <w:vAlign w:val="center"/>
          </w:tcPr>
          <w:p w:rsidR="0040090F" w:rsidRDefault="0085639A" w14:paraId="0E09475E" w14:textId="77777777">
            <w:pPr>
              <w:spacing w:before="40" w:after="40"/>
            </w:pPr>
            <w:r>
              <w:rPr>
                <w:rFonts w:ascii="Calibri" w:hAnsi="Calibri"/>
                <w:color w:val="000000"/>
                <w:sz w:val="20"/>
              </w:rPr>
              <w:t>10</w:t>
            </w:r>
          </w:p>
        </w:tc>
        <w:tc>
          <w:tcPr>
            <w:tcW w:w="1584" w:type="dxa"/>
            <w:tcMar/>
            <w:vAlign w:val="center"/>
          </w:tcPr>
          <w:p w:rsidR="0040090F" w:rsidP="1030D1EF" w:rsidRDefault="0085639A" w14:paraId="150398F9" w14:textId="77777777">
            <w:pPr>
              <w:spacing w:before="40" w:after="40"/>
              <w:jc w:val="center"/>
            </w:pPr>
            <w:r w:rsidRPr="1030D1EF" w:rsidR="0085639A">
              <w:rPr>
                <w:rFonts w:ascii="Calibri" w:hAnsi="Calibri"/>
                <w:color w:val="000000" w:themeColor="text1" w:themeTint="FF" w:themeShade="FF"/>
                <w:sz w:val="20"/>
                <w:szCs w:val="20"/>
              </w:rPr>
              <w:t>700</w:t>
            </w:r>
          </w:p>
        </w:tc>
        <w:tc>
          <w:tcPr>
            <w:tcW w:w="1728" w:type="dxa"/>
            <w:tcMar/>
            <w:vAlign w:val="center"/>
          </w:tcPr>
          <w:p w:rsidR="0040090F" w:rsidRDefault="0085639A" w14:paraId="4610484C" w14:textId="77777777">
            <w:pPr>
              <w:spacing w:before="40" w:after="40"/>
            </w:pPr>
            <w:r>
              <w:rPr>
                <w:rFonts w:ascii="Calibri" w:hAnsi="Calibri"/>
                <w:color w:val="000000"/>
                <w:sz w:val="20"/>
              </w:rPr>
              <w:t>One Semester</w:t>
            </w:r>
          </w:p>
        </w:tc>
      </w:tr>
      <w:tr w:rsidR="0040090F" w:rsidTr="1030D1EF" w14:paraId="2ADC2A14" w14:textId="77777777">
        <w:trPr/>
        <w:tc>
          <w:tcPr>
            <w:tcW w:w="4608" w:type="dxa"/>
            <w:tcMar/>
            <w:vAlign w:val="center"/>
          </w:tcPr>
          <w:p w:rsidR="0040090F" w:rsidRDefault="0085639A" w14:paraId="4A864E7C" w14:textId="20B96F7D">
            <w:pPr>
              <w:spacing w:before="40" w:after="40"/>
            </w:pPr>
            <w:r w:rsidRPr="32E52A48">
              <w:rPr>
                <w:rFonts w:ascii="Calibri" w:hAnsi="Calibri"/>
                <w:color w:val="000000" w:themeColor="text1"/>
                <w:sz w:val="20"/>
                <w:szCs w:val="20"/>
              </w:rPr>
              <w:t xml:space="preserve">Certificate in </w:t>
            </w:r>
            <w:r w:rsidRPr="32E52A48" w:rsidR="5AD888F9">
              <w:rPr>
                <w:rFonts w:ascii="Calibri" w:hAnsi="Calibri"/>
                <w:color w:val="000000" w:themeColor="text1"/>
                <w:sz w:val="20"/>
                <w:szCs w:val="20"/>
              </w:rPr>
              <w:t>S</w:t>
            </w:r>
            <w:r w:rsidRPr="32E52A48">
              <w:rPr>
                <w:rFonts w:ascii="Calibri" w:hAnsi="Calibri"/>
                <w:color w:val="000000" w:themeColor="text1"/>
                <w:sz w:val="20"/>
                <w:szCs w:val="20"/>
              </w:rPr>
              <w:t>ocial media &amp; E-Business</w:t>
            </w:r>
          </w:p>
        </w:tc>
        <w:tc>
          <w:tcPr>
            <w:tcW w:w="1296" w:type="dxa"/>
            <w:tcMar/>
            <w:vAlign w:val="center"/>
          </w:tcPr>
          <w:p w:rsidR="0040090F" w:rsidRDefault="0085639A" w14:paraId="1D7DD0E0" w14:textId="77777777">
            <w:pPr>
              <w:spacing w:before="40" w:after="40"/>
            </w:pPr>
            <w:r>
              <w:rPr>
                <w:rFonts w:ascii="Calibri" w:hAnsi="Calibri"/>
                <w:color w:val="000000"/>
                <w:sz w:val="20"/>
              </w:rPr>
              <w:t>6</w:t>
            </w:r>
          </w:p>
        </w:tc>
        <w:tc>
          <w:tcPr>
            <w:tcW w:w="1296" w:type="dxa"/>
            <w:tcMar/>
            <w:vAlign w:val="center"/>
          </w:tcPr>
          <w:p w:rsidR="0040090F" w:rsidRDefault="0085639A" w14:paraId="7EC2F571" w14:textId="77777777">
            <w:pPr>
              <w:spacing w:before="40" w:after="40"/>
            </w:pPr>
            <w:r>
              <w:rPr>
                <w:rFonts w:ascii="Calibri" w:hAnsi="Calibri"/>
                <w:color w:val="000000"/>
                <w:sz w:val="20"/>
              </w:rPr>
              <w:t>P/T</w:t>
            </w:r>
          </w:p>
        </w:tc>
        <w:tc>
          <w:tcPr>
            <w:tcW w:w="1296" w:type="dxa"/>
            <w:tcMar/>
            <w:vAlign w:val="center"/>
          </w:tcPr>
          <w:p w:rsidR="0040090F" w:rsidRDefault="0085639A" w14:paraId="184EE89D" w14:textId="77777777">
            <w:pPr>
              <w:spacing w:before="40" w:after="40"/>
            </w:pPr>
            <w:r>
              <w:rPr>
                <w:rFonts w:ascii="Calibri" w:hAnsi="Calibri"/>
                <w:color w:val="000000"/>
                <w:sz w:val="20"/>
              </w:rPr>
              <w:t>20</w:t>
            </w:r>
          </w:p>
        </w:tc>
        <w:tc>
          <w:tcPr>
            <w:tcW w:w="1584" w:type="dxa"/>
            <w:tcMar/>
            <w:vAlign w:val="center"/>
          </w:tcPr>
          <w:p w:rsidR="0040090F" w:rsidP="1030D1EF" w:rsidRDefault="0085639A" w14:paraId="263E8C8E" w14:textId="77777777">
            <w:pPr>
              <w:spacing w:before="40" w:after="40"/>
              <w:jc w:val="center"/>
            </w:pPr>
            <w:r w:rsidRPr="1030D1EF" w:rsidR="0085639A">
              <w:rPr>
                <w:rFonts w:ascii="Calibri" w:hAnsi="Calibri"/>
                <w:color w:val="000000" w:themeColor="text1" w:themeTint="FF" w:themeShade="FF"/>
                <w:sz w:val="20"/>
                <w:szCs w:val="20"/>
              </w:rPr>
              <w:t>1200</w:t>
            </w:r>
          </w:p>
        </w:tc>
        <w:tc>
          <w:tcPr>
            <w:tcW w:w="1728" w:type="dxa"/>
            <w:tcMar/>
            <w:vAlign w:val="center"/>
          </w:tcPr>
          <w:p w:rsidR="0040090F" w:rsidRDefault="0085639A" w14:paraId="48A2DBEF" w14:textId="77777777">
            <w:pPr>
              <w:spacing w:before="40" w:after="40"/>
            </w:pPr>
            <w:r>
              <w:rPr>
                <w:rFonts w:ascii="Calibri" w:hAnsi="Calibri"/>
                <w:color w:val="000000"/>
                <w:sz w:val="20"/>
              </w:rPr>
              <w:t>One or Two Semester(s) TBD</w:t>
            </w:r>
          </w:p>
        </w:tc>
      </w:tr>
      <w:tr w:rsidR="0040090F" w:rsidTr="1030D1EF" w14:paraId="660FDE58" w14:textId="77777777">
        <w:trPr/>
        <w:tc>
          <w:tcPr>
            <w:tcW w:w="4608" w:type="dxa"/>
            <w:tcMar/>
            <w:vAlign w:val="center"/>
          </w:tcPr>
          <w:p w:rsidR="0040090F" w:rsidRDefault="0085639A" w14:paraId="5B471B54" w14:textId="77777777">
            <w:pPr>
              <w:spacing w:before="40" w:after="40"/>
            </w:pPr>
            <w:r>
              <w:rPr>
                <w:rFonts w:ascii="Calibri" w:hAnsi="Calibri"/>
                <w:color w:val="000000"/>
                <w:sz w:val="20"/>
              </w:rPr>
              <w:t xml:space="preserve">Certificate in Fundamentals of </w:t>
            </w:r>
            <w:proofErr w:type="spellStart"/>
            <w:r>
              <w:rPr>
                <w:rFonts w:ascii="Calibri" w:hAnsi="Calibri"/>
                <w:color w:val="000000"/>
                <w:sz w:val="20"/>
              </w:rPr>
              <w:t>Organisational</w:t>
            </w:r>
            <w:proofErr w:type="spellEnd"/>
            <w:r>
              <w:rPr>
                <w:rFonts w:ascii="Calibri" w:hAnsi="Calibri"/>
                <w:color w:val="000000"/>
                <w:sz w:val="20"/>
              </w:rPr>
              <w:t xml:space="preserve"> Psychology</w:t>
            </w:r>
          </w:p>
        </w:tc>
        <w:tc>
          <w:tcPr>
            <w:tcW w:w="1296" w:type="dxa"/>
            <w:tcMar/>
            <w:vAlign w:val="center"/>
          </w:tcPr>
          <w:p w:rsidR="0040090F" w:rsidRDefault="0085639A" w14:paraId="51F04C17" w14:textId="77777777">
            <w:pPr>
              <w:spacing w:before="40" w:after="40"/>
            </w:pPr>
            <w:r>
              <w:rPr>
                <w:rFonts w:ascii="Calibri" w:hAnsi="Calibri"/>
                <w:color w:val="000000"/>
                <w:sz w:val="20"/>
              </w:rPr>
              <w:t>6</w:t>
            </w:r>
          </w:p>
        </w:tc>
        <w:tc>
          <w:tcPr>
            <w:tcW w:w="1296" w:type="dxa"/>
            <w:tcMar/>
            <w:vAlign w:val="center"/>
          </w:tcPr>
          <w:p w:rsidR="0040090F" w:rsidRDefault="0085639A" w14:paraId="0AA401C0" w14:textId="77777777">
            <w:pPr>
              <w:spacing w:before="40" w:after="40"/>
            </w:pPr>
            <w:r>
              <w:rPr>
                <w:rFonts w:ascii="Calibri" w:hAnsi="Calibri"/>
                <w:color w:val="000000"/>
                <w:sz w:val="20"/>
              </w:rPr>
              <w:t>P/T</w:t>
            </w:r>
          </w:p>
        </w:tc>
        <w:tc>
          <w:tcPr>
            <w:tcW w:w="1296" w:type="dxa"/>
            <w:tcMar/>
            <w:vAlign w:val="center"/>
          </w:tcPr>
          <w:p w:rsidR="0040090F" w:rsidRDefault="0085639A" w14:paraId="50E3CBBC" w14:textId="77777777">
            <w:pPr>
              <w:spacing w:before="40" w:after="40"/>
            </w:pPr>
            <w:r>
              <w:rPr>
                <w:rFonts w:ascii="Calibri" w:hAnsi="Calibri"/>
                <w:color w:val="000000"/>
                <w:sz w:val="20"/>
              </w:rPr>
              <w:t>20</w:t>
            </w:r>
          </w:p>
        </w:tc>
        <w:tc>
          <w:tcPr>
            <w:tcW w:w="1584" w:type="dxa"/>
            <w:tcMar/>
            <w:vAlign w:val="center"/>
          </w:tcPr>
          <w:p w:rsidR="0040090F" w:rsidP="1030D1EF" w:rsidRDefault="0085639A" w14:paraId="4E0BD2D9" w14:textId="77777777">
            <w:pPr>
              <w:spacing w:before="40" w:after="40"/>
              <w:jc w:val="center"/>
            </w:pPr>
            <w:r w:rsidRPr="1030D1EF" w:rsidR="0085639A">
              <w:rPr>
                <w:rFonts w:ascii="Calibri" w:hAnsi="Calibri"/>
                <w:color w:val="000000" w:themeColor="text1" w:themeTint="FF" w:themeShade="FF"/>
                <w:sz w:val="20"/>
                <w:szCs w:val="20"/>
              </w:rPr>
              <w:t>1200</w:t>
            </w:r>
          </w:p>
        </w:tc>
        <w:tc>
          <w:tcPr>
            <w:tcW w:w="1728" w:type="dxa"/>
            <w:tcMar/>
            <w:vAlign w:val="center"/>
          </w:tcPr>
          <w:p w:rsidR="0040090F" w:rsidRDefault="0085639A" w14:paraId="36A4A9B9" w14:textId="77777777">
            <w:pPr>
              <w:spacing w:before="40" w:after="40"/>
            </w:pPr>
            <w:r>
              <w:rPr>
                <w:rFonts w:ascii="Calibri" w:hAnsi="Calibri"/>
                <w:color w:val="000000"/>
                <w:sz w:val="20"/>
              </w:rPr>
              <w:t>One or Two Semester(s) TBD</w:t>
            </w:r>
          </w:p>
        </w:tc>
      </w:tr>
      <w:tr w:rsidR="0040090F" w:rsidTr="1030D1EF" w14:paraId="06CA89C5" w14:textId="77777777">
        <w:trPr/>
        <w:tc>
          <w:tcPr>
            <w:tcW w:w="4608" w:type="dxa"/>
            <w:tcMar/>
            <w:vAlign w:val="center"/>
          </w:tcPr>
          <w:p w:rsidR="0040090F" w:rsidRDefault="0085639A" w14:paraId="09D1C265" w14:textId="77777777">
            <w:pPr>
              <w:spacing w:before="40" w:after="40"/>
            </w:pPr>
            <w:r>
              <w:rPr>
                <w:rFonts w:ascii="Calibri" w:hAnsi="Calibri"/>
                <w:color w:val="000000"/>
                <w:sz w:val="20"/>
              </w:rPr>
              <w:t>Certificate in Payroll Applications and Management</w:t>
            </w:r>
          </w:p>
        </w:tc>
        <w:tc>
          <w:tcPr>
            <w:tcW w:w="1296" w:type="dxa"/>
            <w:tcMar/>
            <w:vAlign w:val="center"/>
          </w:tcPr>
          <w:p w:rsidR="0040090F" w:rsidRDefault="0085639A" w14:paraId="4F1B49CC" w14:textId="77777777">
            <w:pPr>
              <w:spacing w:before="40" w:after="40"/>
            </w:pPr>
            <w:r>
              <w:rPr>
                <w:rFonts w:ascii="Calibri" w:hAnsi="Calibri"/>
                <w:color w:val="000000"/>
                <w:sz w:val="20"/>
              </w:rPr>
              <w:t>6</w:t>
            </w:r>
          </w:p>
        </w:tc>
        <w:tc>
          <w:tcPr>
            <w:tcW w:w="1296" w:type="dxa"/>
            <w:tcMar/>
            <w:vAlign w:val="center"/>
          </w:tcPr>
          <w:p w:rsidR="0040090F" w:rsidRDefault="0085639A" w14:paraId="64EAFE49" w14:textId="77777777">
            <w:pPr>
              <w:spacing w:before="40" w:after="40"/>
            </w:pPr>
            <w:r>
              <w:rPr>
                <w:rFonts w:ascii="Calibri" w:hAnsi="Calibri"/>
                <w:color w:val="000000"/>
                <w:sz w:val="20"/>
              </w:rPr>
              <w:t>P/T</w:t>
            </w:r>
          </w:p>
        </w:tc>
        <w:tc>
          <w:tcPr>
            <w:tcW w:w="1296" w:type="dxa"/>
            <w:tcMar/>
            <w:vAlign w:val="center"/>
          </w:tcPr>
          <w:p w:rsidR="0040090F" w:rsidRDefault="0085639A" w14:paraId="262A14EE" w14:textId="77777777">
            <w:pPr>
              <w:spacing w:before="40" w:after="40"/>
            </w:pPr>
            <w:r>
              <w:rPr>
                <w:rFonts w:ascii="Calibri" w:hAnsi="Calibri"/>
                <w:color w:val="000000"/>
                <w:sz w:val="20"/>
              </w:rPr>
              <w:t>10</w:t>
            </w:r>
          </w:p>
        </w:tc>
        <w:tc>
          <w:tcPr>
            <w:tcW w:w="1584" w:type="dxa"/>
            <w:tcMar/>
            <w:vAlign w:val="center"/>
          </w:tcPr>
          <w:p w:rsidR="0040090F" w:rsidP="1030D1EF" w:rsidRDefault="0085639A" w14:paraId="3771C335" w14:textId="77777777">
            <w:pPr>
              <w:spacing w:before="40" w:after="40"/>
              <w:jc w:val="center"/>
            </w:pPr>
            <w:r w:rsidRPr="1030D1EF" w:rsidR="0085639A">
              <w:rPr>
                <w:rFonts w:ascii="Calibri" w:hAnsi="Calibri"/>
                <w:color w:val="000000" w:themeColor="text1" w:themeTint="FF" w:themeShade="FF"/>
                <w:sz w:val="20"/>
                <w:szCs w:val="20"/>
              </w:rPr>
              <w:t>700</w:t>
            </w:r>
          </w:p>
        </w:tc>
        <w:tc>
          <w:tcPr>
            <w:tcW w:w="1728" w:type="dxa"/>
            <w:tcMar/>
            <w:vAlign w:val="center"/>
          </w:tcPr>
          <w:p w:rsidR="0040090F" w:rsidRDefault="0085639A" w14:paraId="225A8C71" w14:textId="77777777">
            <w:pPr>
              <w:spacing w:before="40" w:after="40"/>
            </w:pPr>
            <w:r>
              <w:rPr>
                <w:rFonts w:ascii="Calibri" w:hAnsi="Calibri"/>
                <w:color w:val="000000"/>
                <w:sz w:val="20"/>
              </w:rPr>
              <w:t>One Semester</w:t>
            </w:r>
          </w:p>
        </w:tc>
      </w:tr>
      <w:tr w:rsidR="0040090F" w:rsidTr="1030D1EF" w14:paraId="434789F2" w14:textId="77777777">
        <w:trPr/>
        <w:tc>
          <w:tcPr>
            <w:tcW w:w="4608" w:type="dxa"/>
            <w:tcMar/>
            <w:vAlign w:val="center"/>
          </w:tcPr>
          <w:p w:rsidR="0040090F" w:rsidRDefault="0085639A" w14:paraId="2313FF51" w14:textId="77777777">
            <w:pPr>
              <w:spacing w:before="40" w:after="40"/>
            </w:pPr>
            <w:r>
              <w:rPr>
                <w:rFonts w:ascii="Calibri" w:hAnsi="Calibri"/>
                <w:color w:val="000000"/>
                <w:sz w:val="20"/>
              </w:rPr>
              <w:t>Certificate in Professional, Personal, Workplace Development and Well-being</w:t>
            </w:r>
          </w:p>
        </w:tc>
        <w:tc>
          <w:tcPr>
            <w:tcW w:w="1296" w:type="dxa"/>
            <w:tcMar/>
            <w:vAlign w:val="center"/>
          </w:tcPr>
          <w:p w:rsidR="0040090F" w:rsidRDefault="0085639A" w14:paraId="51369B78" w14:textId="77777777">
            <w:pPr>
              <w:spacing w:before="40" w:after="40"/>
            </w:pPr>
            <w:r>
              <w:rPr>
                <w:rFonts w:ascii="Calibri" w:hAnsi="Calibri"/>
                <w:color w:val="000000"/>
                <w:sz w:val="20"/>
              </w:rPr>
              <w:t>6</w:t>
            </w:r>
          </w:p>
        </w:tc>
        <w:tc>
          <w:tcPr>
            <w:tcW w:w="1296" w:type="dxa"/>
            <w:tcMar/>
            <w:vAlign w:val="center"/>
          </w:tcPr>
          <w:p w:rsidR="0040090F" w:rsidRDefault="0085639A" w14:paraId="36F72AA7" w14:textId="77777777">
            <w:pPr>
              <w:spacing w:before="40" w:after="40"/>
            </w:pPr>
            <w:r>
              <w:rPr>
                <w:rFonts w:ascii="Calibri" w:hAnsi="Calibri"/>
                <w:color w:val="000000"/>
                <w:sz w:val="20"/>
              </w:rPr>
              <w:t>P/T</w:t>
            </w:r>
          </w:p>
        </w:tc>
        <w:tc>
          <w:tcPr>
            <w:tcW w:w="1296" w:type="dxa"/>
            <w:tcMar/>
            <w:vAlign w:val="center"/>
          </w:tcPr>
          <w:p w:rsidR="0040090F" w:rsidRDefault="0085639A" w14:paraId="432C1D43" w14:textId="77777777">
            <w:pPr>
              <w:spacing w:before="40" w:after="40"/>
            </w:pPr>
            <w:r>
              <w:rPr>
                <w:rFonts w:ascii="Calibri" w:hAnsi="Calibri"/>
                <w:color w:val="000000"/>
                <w:sz w:val="20"/>
              </w:rPr>
              <w:t>10</w:t>
            </w:r>
          </w:p>
        </w:tc>
        <w:tc>
          <w:tcPr>
            <w:tcW w:w="1584" w:type="dxa"/>
            <w:tcMar/>
            <w:vAlign w:val="center"/>
          </w:tcPr>
          <w:p w:rsidR="0040090F" w:rsidP="1030D1EF" w:rsidRDefault="0085639A" w14:paraId="0E6B6FF4" w14:textId="77777777">
            <w:pPr>
              <w:spacing w:before="40" w:after="40"/>
              <w:jc w:val="center"/>
            </w:pPr>
            <w:r w:rsidRPr="1030D1EF" w:rsidR="0085639A">
              <w:rPr>
                <w:rFonts w:ascii="Calibri" w:hAnsi="Calibri"/>
                <w:color w:val="000000" w:themeColor="text1" w:themeTint="FF" w:themeShade="FF"/>
                <w:sz w:val="20"/>
                <w:szCs w:val="20"/>
              </w:rPr>
              <w:t>700</w:t>
            </w:r>
          </w:p>
        </w:tc>
        <w:tc>
          <w:tcPr>
            <w:tcW w:w="1728" w:type="dxa"/>
            <w:tcMar/>
            <w:vAlign w:val="center"/>
          </w:tcPr>
          <w:p w:rsidR="0040090F" w:rsidRDefault="0085639A" w14:paraId="4AB2AA99" w14:textId="77777777">
            <w:pPr>
              <w:spacing w:before="40" w:after="40"/>
            </w:pPr>
            <w:r>
              <w:rPr>
                <w:rFonts w:ascii="Calibri" w:hAnsi="Calibri"/>
                <w:color w:val="000000"/>
                <w:sz w:val="20"/>
              </w:rPr>
              <w:t>One Semester</w:t>
            </w:r>
          </w:p>
        </w:tc>
      </w:tr>
      <w:tr w:rsidR="0040090F" w:rsidTr="1030D1EF" w14:paraId="5E3155A8" w14:textId="77777777">
        <w:trPr/>
        <w:tc>
          <w:tcPr>
            <w:tcW w:w="4608" w:type="dxa"/>
            <w:tcMar/>
            <w:vAlign w:val="center"/>
          </w:tcPr>
          <w:p w:rsidR="0040090F" w:rsidRDefault="0085639A" w14:paraId="2A83E501" w14:textId="77777777">
            <w:pPr>
              <w:spacing w:before="40" w:after="40"/>
            </w:pPr>
            <w:r>
              <w:rPr>
                <w:rFonts w:ascii="Calibri" w:hAnsi="Calibri"/>
                <w:color w:val="000000"/>
                <w:sz w:val="20"/>
              </w:rPr>
              <w:t>Certificate in Introduction to Project Management</w:t>
            </w:r>
          </w:p>
        </w:tc>
        <w:tc>
          <w:tcPr>
            <w:tcW w:w="1296" w:type="dxa"/>
            <w:tcMar/>
            <w:vAlign w:val="center"/>
          </w:tcPr>
          <w:p w:rsidR="0040090F" w:rsidRDefault="0085639A" w14:paraId="20F513E8" w14:textId="77777777">
            <w:pPr>
              <w:spacing w:before="40" w:after="40"/>
            </w:pPr>
            <w:r>
              <w:rPr>
                <w:rFonts w:ascii="Calibri" w:hAnsi="Calibri"/>
                <w:color w:val="000000"/>
                <w:sz w:val="20"/>
              </w:rPr>
              <w:t>7</w:t>
            </w:r>
          </w:p>
        </w:tc>
        <w:tc>
          <w:tcPr>
            <w:tcW w:w="1296" w:type="dxa"/>
            <w:tcMar/>
            <w:vAlign w:val="center"/>
          </w:tcPr>
          <w:p w:rsidR="0040090F" w:rsidRDefault="0085639A" w14:paraId="75097C20" w14:textId="77777777">
            <w:pPr>
              <w:spacing w:before="40" w:after="40"/>
            </w:pPr>
            <w:r>
              <w:rPr>
                <w:rFonts w:ascii="Calibri" w:hAnsi="Calibri"/>
                <w:color w:val="000000"/>
                <w:sz w:val="20"/>
              </w:rPr>
              <w:t>P/T</w:t>
            </w:r>
          </w:p>
        </w:tc>
        <w:tc>
          <w:tcPr>
            <w:tcW w:w="1296" w:type="dxa"/>
            <w:tcMar/>
            <w:vAlign w:val="center"/>
          </w:tcPr>
          <w:p w:rsidR="0040090F" w:rsidRDefault="0085639A" w14:paraId="07EBD775" w14:textId="77777777">
            <w:pPr>
              <w:spacing w:before="40" w:after="40"/>
            </w:pPr>
            <w:r>
              <w:rPr>
                <w:rFonts w:ascii="Calibri" w:hAnsi="Calibri"/>
                <w:color w:val="000000"/>
                <w:sz w:val="20"/>
              </w:rPr>
              <w:t>10</w:t>
            </w:r>
          </w:p>
        </w:tc>
        <w:tc>
          <w:tcPr>
            <w:tcW w:w="1584" w:type="dxa"/>
            <w:tcMar/>
            <w:vAlign w:val="center"/>
          </w:tcPr>
          <w:p w:rsidR="0040090F" w:rsidP="1030D1EF" w:rsidRDefault="0085639A" w14:paraId="7DB5527B" w14:textId="77777777">
            <w:pPr>
              <w:spacing w:before="40" w:after="40"/>
              <w:jc w:val="center"/>
            </w:pPr>
            <w:r w:rsidRPr="1030D1EF" w:rsidR="0085639A">
              <w:rPr>
                <w:rFonts w:ascii="Calibri" w:hAnsi="Calibri"/>
                <w:color w:val="000000" w:themeColor="text1" w:themeTint="FF" w:themeShade="FF"/>
                <w:sz w:val="20"/>
                <w:szCs w:val="20"/>
              </w:rPr>
              <w:t>700</w:t>
            </w:r>
          </w:p>
        </w:tc>
        <w:tc>
          <w:tcPr>
            <w:tcW w:w="1728" w:type="dxa"/>
            <w:tcMar/>
            <w:vAlign w:val="center"/>
          </w:tcPr>
          <w:p w:rsidR="0040090F" w:rsidRDefault="0085639A" w14:paraId="302A349E" w14:textId="77777777">
            <w:pPr>
              <w:spacing w:before="40" w:after="40"/>
            </w:pPr>
            <w:r>
              <w:rPr>
                <w:rFonts w:ascii="Calibri" w:hAnsi="Calibri"/>
                <w:color w:val="000000"/>
                <w:sz w:val="20"/>
              </w:rPr>
              <w:t>One Semester</w:t>
            </w:r>
          </w:p>
        </w:tc>
      </w:tr>
      <w:tr w:rsidR="487DDC34" w:rsidTr="1030D1EF" w14:paraId="15B39DD0" w14:textId="77777777">
        <w:trPr>
          <w:trHeight w:val="300"/>
        </w:trPr>
        <w:tc>
          <w:tcPr>
            <w:tcW w:w="4608" w:type="dxa"/>
            <w:tcMar/>
            <w:vAlign w:val="center"/>
          </w:tcPr>
          <w:p w:rsidR="487DDC34" w:rsidP="487DDC34" w:rsidRDefault="487DDC34" w14:paraId="06231884" w14:textId="77777777">
            <w:pPr>
              <w:spacing w:before="40" w:after="40"/>
            </w:pPr>
            <w:r w:rsidRPr="487DDC34">
              <w:rPr>
                <w:rFonts w:ascii="Calibri" w:hAnsi="Calibri"/>
                <w:color w:val="000000" w:themeColor="text1"/>
                <w:sz w:val="20"/>
                <w:szCs w:val="20"/>
              </w:rPr>
              <w:t>Bachelor of Business in English for Professionals</w:t>
            </w:r>
          </w:p>
        </w:tc>
        <w:tc>
          <w:tcPr>
            <w:tcW w:w="1296" w:type="dxa"/>
            <w:tcMar/>
            <w:vAlign w:val="center"/>
          </w:tcPr>
          <w:p w:rsidR="487DDC34" w:rsidP="487DDC34" w:rsidRDefault="487DDC34" w14:paraId="7CE438F0" w14:textId="77777777">
            <w:pPr>
              <w:spacing w:before="40" w:after="40"/>
            </w:pPr>
            <w:r w:rsidRPr="487DDC34">
              <w:rPr>
                <w:rFonts w:ascii="Calibri" w:hAnsi="Calibri"/>
                <w:color w:val="000000" w:themeColor="text1"/>
                <w:sz w:val="20"/>
                <w:szCs w:val="20"/>
              </w:rPr>
              <w:t>7</w:t>
            </w:r>
          </w:p>
        </w:tc>
        <w:tc>
          <w:tcPr>
            <w:tcW w:w="1296" w:type="dxa"/>
            <w:tcMar/>
            <w:vAlign w:val="center"/>
          </w:tcPr>
          <w:p w:rsidR="487DDC34" w:rsidP="487DDC34" w:rsidRDefault="487DDC34" w14:paraId="01EC30C2" w14:textId="77777777">
            <w:pPr>
              <w:spacing w:before="40" w:after="40"/>
            </w:pPr>
            <w:r w:rsidRPr="487DDC34">
              <w:rPr>
                <w:rFonts w:ascii="Calibri" w:hAnsi="Calibri"/>
                <w:color w:val="000000" w:themeColor="text1"/>
                <w:sz w:val="20"/>
                <w:szCs w:val="20"/>
              </w:rPr>
              <w:t>P/T</w:t>
            </w:r>
          </w:p>
        </w:tc>
        <w:tc>
          <w:tcPr>
            <w:tcW w:w="1296" w:type="dxa"/>
            <w:tcMar/>
            <w:vAlign w:val="center"/>
          </w:tcPr>
          <w:p w:rsidR="487DDC34" w:rsidP="487DDC34" w:rsidRDefault="487DDC34" w14:paraId="7FE5BA46" w14:textId="77777777">
            <w:pPr>
              <w:spacing w:before="40" w:after="40"/>
            </w:pPr>
            <w:r w:rsidRPr="487DDC34">
              <w:rPr>
                <w:rFonts w:ascii="Calibri" w:hAnsi="Calibri"/>
                <w:color w:val="000000" w:themeColor="text1"/>
                <w:sz w:val="20"/>
                <w:szCs w:val="20"/>
              </w:rPr>
              <w:t>180</w:t>
            </w:r>
          </w:p>
        </w:tc>
        <w:tc>
          <w:tcPr>
            <w:tcW w:w="1584" w:type="dxa"/>
            <w:tcMar/>
            <w:vAlign w:val="center"/>
          </w:tcPr>
          <w:p w:rsidR="487DDC34" w:rsidP="1030D1EF" w:rsidRDefault="487DDC34" w14:paraId="445E043F" w14:textId="77777777">
            <w:pPr>
              <w:spacing w:before="40" w:after="40"/>
              <w:jc w:val="center"/>
              <w:rPr>
                <w:rFonts w:ascii="Calibri" w:hAnsi="Calibri"/>
                <w:color w:val="000000" w:themeColor="text1"/>
                <w:sz w:val="20"/>
                <w:szCs w:val="20"/>
              </w:rPr>
            </w:pPr>
            <w:r w:rsidRPr="1030D1EF" w:rsidR="487DDC34">
              <w:rPr>
                <w:rFonts w:ascii="Calibri" w:hAnsi="Calibri"/>
                <w:color w:val="000000" w:themeColor="text1" w:themeTint="FF" w:themeShade="FF"/>
                <w:sz w:val="20"/>
                <w:szCs w:val="20"/>
              </w:rPr>
              <w:t>2500</w:t>
            </w:r>
          </w:p>
        </w:tc>
        <w:tc>
          <w:tcPr>
            <w:tcW w:w="1728" w:type="dxa"/>
            <w:tcMar/>
            <w:vAlign w:val="center"/>
          </w:tcPr>
          <w:p w:rsidR="487DDC34" w:rsidP="487DDC34" w:rsidRDefault="487DDC34" w14:paraId="662301DD" w14:textId="194F6E1B">
            <w:pPr>
              <w:spacing w:before="40" w:after="40"/>
            </w:pPr>
            <w:r w:rsidRPr="1030D1EF" w:rsidR="6C7542C8">
              <w:rPr>
                <w:rFonts w:ascii="Calibri" w:hAnsi="Calibri"/>
                <w:color w:val="000000" w:themeColor="text1" w:themeTint="FF" w:themeShade="FF"/>
                <w:sz w:val="20"/>
                <w:szCs w:val="20"/>
              </w:rPr>
              <w:t>Year 1 of a 3-year Ab-initio</w:t>
            </w:r>
          </w:p>
          <w:p w:rsidR="487DDC34" w:rsidP="1030D1EF" w:rsidRDefault="487DDC34" w14:paraId="31BDB040" w14:textId="4EFC0812">
            <w:pPr>
              <w:spacing w:before="40" w:after="40"/>
              <w:rPr>
                <w:rFonts w:ascii="Segoe UI" w:hAnsi="Segoe UI" w:eastAsia="Segoe UI" w:cs="Segoe UI"/>
                <w:color w:val="242424"/>
                <w:sz w:val="21"/>
                <w:szCs w:val="21"/>
              </w:rPr>
            </w:pPr>
          </w:p>
        </w:tc>
      </w:tr>
      <w:tr w:rsidR="487DDC34" w:rsidTr="1030D1EF" w14:paraId="4F9CD3E6" w14:textId="77777777">
        <w:trPr>
          <w:trHeight w:val="300"/>
        </w:trPr>
        <w:tc>
          <w:tcPr>
            <w:tcW w:w="4608" w:type="dxa"/>
            <w:tcMar/>
            <w:vAlign w:val="center"/>
          </w:tcPr>
          <w:p w:rsidR="487DDC34" w:rsidP="487DDC34" w:rsidRDefault="487DDC34" w14:paraId="1E042A09" w14:textId="77777777">
            <w:pPr>
              <w:spacing w:before="40" w:after="40"/>
            </w:pPr>
            <w:r w:rsidRPr="487DDC34">
              <w:rPr>
                <w:rFonts w:ascii="Calibri" w:hAnsi="Calibri"/>
                <w:color w:val="000000" w:themeColor="text1"/>
                <w:sz w:val="20"/>
                <w:szCs w:val="20"/>
              </w:rPr>
              <w:t>Bachelor of Business (</w:t>
            </w:r>
            <w:proofErr w:type="spellStart"/>
            <w:r w:rsidRPr="487DDC34">
              <w:rPr>
                <w:rFonts w:ascii="Calibri" w:hAnsi="Calibri"/>
                <w:color w:val="000000" w:themeColor="text1"/>
                <w:sz w:val="20"/>
                <w:szCs w:val="20"/>
              </w:rPr>
              <w:t>Honours</w:t>
            </w:r>
            <w:proofErr w:type="spellEnd"/>
            <w:r w:rsidRPr="487DDC34">
              <w:rPr>
                <w:rFonts w:ascii="Calibri" w:hAnsi="Calibri"/>
                <w:color w:val="000000" w:themeColor="text1"/>
                <w:sz w:val="20"/>
                <w:szCs w:val="20"/>
              </w:rPr>
              <w:t>) in English for Professionals (add-on)</w:t>
            </w:r>
          </w:p>
        </w:tc>
        <w:tc>
          <w:tcPr>
            <w:tcW w:w="1296" w:type="dxa"/>
            <w:tcMar/>
            <w:vAlign w:val="center"/>
          </w:tcPr>
          <w:p w:rsidR="487DDC34" w:rsidP="487DDC34" w:rsidRDefault="487DDC34" w14:paraId="30645238" w14:textId="77777777">
            <w:pPr>
              <w:spacing w:before="40" w:after="40"/>
            </w:pPr>
            <w:r w:rsidRPr="487DDC34">
              <w:rPr>
                <w:rFonts w:ascii="Calibri" w:hAnsi="Calibri"/>
                <w:color w:val="000000" w:themeColor="text1"/>
                <w:sz w:val="20"/>
                <w:szCs w:val="20"/>
              </w:rPr>
              <w:t>8</w:t>
            </w:r>
          </w:p>
        </w:tc>
        <w:tc>
          <w:tcPr>
            <w:tcW w:w="1296" w:type="dxa"/>
            <w:tcMar/>
            <w:vAlign w:val="center"/>
          </w:tcPr>
          <w:p w:rsidR="487DDC34" w:rsidP="487DDC34" w:rsidRDefault="487DDC34" w14:paraId="21678827" w14:textId="77777777">
            <w:pPr>
              <w:spacing w:before="40" w:after="40"/>
            </w:pPr>
            <w:r w:rsidRPr="487DDC34">
              <w:rPr>
                <w:rFonts w:ascii="Calibri" w:hAnsi="Calibri"/>
                <w:color w:val="000000" w:themeColor="text1"/>
                <w:sz w:val="20"/>
                <w:szCs w:val="20"/>
              </w:rPr>
              <w:t>P/T</w:t>
            </w:r>
          </w:p>
        </w:tc>
        <w:tc>
          <w:tcPr>
            <w:tcW w:w="1296" w:type="dxa"/>
            <w:tcMar/>
            <w:vAlign w:val="center"/>
          </w:tcPr>
          <w:p w:rsidR="487DDC34" w:rsidP="487DDC34" w:rsidRDefault="487DDC34" w14:paraId="2B1AE8B1" w14:textId="77777777">
            <w:pPr>
              <w:spacing w:before="40" w:after="40"/>
            </w:pPr>
            <w:r w:rsidRPr="487DDC34">
              <w:rPr>
                <w:rFonts w:ascii="Calibri" w:hAnsi="Calibri"/>
                <w:color w:val="000000" w:themeColor="text1"/>
                <w:sz w:val="20"/>
                <w:szCs w:val="20"/>
              </w:rPr>
              <w:t>60</w:t>
            </w:r>
          </w:p>
        </w:tc>
        <w:tc>
          <w:tcPr>
            <w:tcW w:w="1584" w:type="dxa"/>
            <w:tcMar/>
            <w:vAlign w:val="center"/>
          </w:tcPr>
          <w:p w:rsidR="487DDC34" w:rsidP="1030D1EF" w:rsidRDefault="487DDC34" w14:paraId="43A5FA2F" w14:textId="77777777">
            <w:pPr>
              <w:spacing w:before="40" w:after="40"/>
              <w:jc w:val="center"/>
            </w:pPr>
            <w:r w:rsidRPr="1030D1EF" w:rsidR="487DDC34">
              <w:rPr>
                <w:rFonts w:ascii="Calibri" w:hAnsi="Calibri"/>
                <w:color w:val="000000" w:themeColor="text1" w:themeTint="FF" w:themeShade="FF"/>
                <w:sz w:val="20"/>
                <w:szCs w:val="20"/>
              </w:rPr>
              <w:t>2500</w:t>
            </w:r>
          </w:p>
        </w:tc>
        <w:tc>
          <w:tcPr>
            <w:tcW w:w="1728" w:type="dxa"/>
            <w:tcMar/>
            <w:vAlign w:val="center"/>
          </w:tcPr>
          <w:p w:rsidR="487DDC34" w:rsidP="487DDC34" w:rsidRDefault="487DDC34" w14:paraId="36D3FA18" w14:textId="77777777">
            <w:pPr>
              <w:spacing w:before="40" w:after="40"/>
            </w:pPr>
            <w:r w:rsidRPr="487DDC34">
              <w:rPr>
                <w:rFonts w:ascii="Calibri" w:hAnsi="Calibri"/>
                <w:color w:val="000000" w:themeColor="text1"/>
                <w:sz w:val="20"/>
                <w:szCs w:val="20"/>
              </w:rPr>
              <w:t>1 Year</w:t>
            </w:r>
          </w:p>
        </w:tc>
      </w:tr>
      <w:tr w:rsidR="487DDC34" w:rsidTr="1030D1EF" w14:paraId="7303092B" w14:textId="77777777">
        <w:trPr>
          <w:trHeight w:val="300"/>
        </w:trPr>
        <w:tc>
          <w:tcPr>
            <w:tcW w:w="4608" w:type="dxa"/>
            <w:tcMar/>
            <w:vAlign w:val="center"/>
          </w:tcPr>
          <w:p w:rsidR="1411B998" w:rsidP="487DDC34" w:rsidRDefault="1411B998" w14:paraId="7E97C29F" w14:textId="7ECE4B42">
            <w:pPr>
              <w:jc w:val="center"/>
              <w:rPr>
                <w:rFonts w:ascii="Calibri" w:hAnsi="Calibri"/>
                <w:b/>
                <w:bCs/>
                <w:color w:val="000000" w:themeColor="text1"/>
                <w:sz w:val="20"/>
                <w:szCs w:val="20"/>
              </w:rPr>
            </w:pPr>
            <w:r w:rsidRPr="487DDC34">
              <w:rPr>
                <w:rFonts w:ascii="Calibri" w:hAnsi="Calibri"/>
                <w:b/>
                <w:bCs/>
                <w:color w:val="000000" w:themeColor="text1"/>
                <w:sz w:val="20"/>
                <w:szCs w:val="20"/>
              </w:rPr>
              <w:t xml:space="preserve">Business </w:t>
            </w:r>
          </w:p>
        </w:tc>
        <w:tc>
          <w:tcPr>
            <w:tcW w:w="1296" w:type="dxa"/>
            <w:tcMar/>
            <w:vAlign w:val="center"/>
          </w:tcPr>
          <w:p w:rsidR="487DDC34" w:rsidP="487DDC34" w:rsidRDefault="487DDC34" w14:paraId="2ACBF39B" w14:textId="2C4D4E78">
            <w:pPr>
              <w:jc w:val="center"/>
              <w:rPr>
                <w:rFonts w:ascii="Calibri" w:hAnsi="Calibri"/>
                <w:color w:val="000000" w:themeColor="text1"/>
                <w:sz w:val="20"/>
                <w:szCs w:val="20"/>
              </w:rPr>
            </w:pPr>
          </w:p>
        </w:tc>
        <w:tc>
          <w:tcPr>
            <w:tcW w:w="1296" w:type="dxa"/>
            <w:tcMar/>
            <w:vAlign w:val="center"/>
          </w:tcPr>
          <w:p w:rsidR="487DDC34" w:rsidP="487DDC34" w:rsidRDefault="487DDC34" w14:paraId="7B3D3A8F" w14:textId="795D932A">
            <w:pPr>
              <w:jc w:val="center"/>
              <w:rPr>
                <w:rFonts w:ascii="Calibri" w:hAnsi="Calibri"/>
                <w:color w:val="000000" w:themeColor="text1"/>
                <w:sz w:val="20"/>
                <w:szCs w:val="20"/>
              </w:rPr>
            </w:pPr>
          </w:p>
        </w:tc>
        <w:tc>
          <w:tcPr>
            <w:tcW w:w="1296" w:type="dxa"/>
            <w:tcMar/>
            <w:vAlign w:val="center"/>
          </w:tcPr>
          <w:p w:rsidR="487DDC34" w:rsidP="487DDC34" w:rsidRDefault="487DDC34" w14:paraId="5818AFFD" w14:textId="25EA2E44">
            <w:pPr>
              <w:jc w:val="center"/>
              <w:rPr>
                <w:rFonts w:ascii="Calibri" w:hAnsi="Calibri"/>
                <w:color w:val="000000" w:themeColor="text1"/>
                <w:sz w:val="20"/>
                <w:szCs w:val="20"/>
              </w:rPr>
            </w:pPr>
          </w:p>
        </w:tc>
        <w:tc>
          <w:tcPr>
            <w:tcW w:w="1584" w:type="dxa"/>
            <w:tcMar/>
            <w:vAlign w:val="center"/>
          </w:tcPr>
          <w:p w:rsidR="487DDC34" w:rsidP="487DDC34" w:rsidRDefault="487DDC34" w14:paraId="4277F797" w14:textId="43A99C7E">
            <w:pPr>
              <w:jc w:val="center"/>
              <w:rPr>
                <w:rFonts w:ascii="Calibri" w:hAnsi="Calibri"/>
                <w:color w:val="000000" w:themeColor="text1"/>
                <w:sz w:val="20"/>
                <w:szCs w:val="20"/>
              </w:rPr>
            </w:pPr>
          </w:p>
        </w:tc>
        <w:tc>
          <w:tcPr>
            <w:tcW w:w="1728" w:type="dxa"/>
            <w:tcMar/>
            <w:vAlign w:val="center"/>
          </w:tcPr>
          <w:p w:rsidR="487DDC34" w:rsidP="487DDC34" w:rsidRDefault="487DDC34" w14:paraId="66C59592" w14:textId="2290693D">
            <w:pPr>
              <w:jc w:val="center"/>
              <w:rPr>
                <w:rFonts w:ascii="Calibri" w:hAnsi="Calibri"/>
                <w:color w:val="000000" w:themeColor="text1"/>
                <w:sz w:val="20"/>
                <w:szCs w:val="20"/>
              </w:rPr>
            </w:pPr>
          </w:p>
        </w:tc>
      </w:tr>
      <w:tr w:rsidR="0040090F" w:rsidTr="1030D1EF" w14:paraId="45F3428E" w14:textId="77777777">
        <w:trPr/>
        <w:tc>
          <w:tcPr>
            <w:tcW w:w="4608" w:type="dxa"/>
            <w:tcMar/>
            <w:vAlign w:val="center"/>
          </w:tcPr>
          <w:p w:rsidR="0040090F" w:rsidRDefault="0085639A" w14:paraId="25AFFA14" w14:textId="77777777">
            <w:pPr>
              <w:spacing w:before="40" w:after="40"/>
            </w:pPr>
            <w:r>
              <w:rPr>
                <w:rFonts w:ascii="Calibri" w:hAnsi="Calibri"/>
                <w:color w:val="000000"/>
                <w:sz w:val="20"/>
              </w:rPr>
              <w:t>Higher Certificate in Business Year 1</w:t>
            </w:r>
          </w:p>
        </w:tc>
        <w:tc>
          <w:tcPr>
            <w:tcW w:w="1296" w:type="dxa"/>
            <w:tcMar/>
            <w:vAlign w:val="center"/>
          </w:tcPr>
          <w:p w:rsidR="0040090F" w:rsidRDefault="0085639A" w14:paraId="6B19A841" w14:textId="77777777">
            <w:pPr>
              <w:spacing w:before="40" w:after="40"/>
            </w:pPr>
            <w:r>
              <w:rPr>
                <w:rFonts w:ascii="Calibri" w:hAnsi="Calibri"/>
                <w:color w:val="000000"/>
                <w:sz w:val="20"/>
              </w:rPr>
              <w:t>6</w:t>
            </w:r>
          </w:p>
        </w:tc>
        <w:tc>
          <w:tcPr>
            <w:tcW w:w="1296" w:type="dxa"/>
            <w:tcMar/>
            <w:vAlign w:val="center"/>
          </w:tcPr>
          <w:p w:rsidR="0040090F" w:rsidRDefault="0085639A" w14:paraId="5258C165" w14:textId="77777777">
            <w:pPr>
              <w:spacing w:before="40" w:after="40"/>
            </w:pPr>
            <w:r>
              <w:rPr>
                <w:rFonts w:ascii="Calibri" w:hAnsi="Calibri"/>
                <w:color w:val="000000"/>
                <w:sz w:val="20"/>
              </w:rPr>
              <w:t>P/T</w:t>
            </w:r>
          </w:p>
        </w:tc>
        <w:tc>
          <w:tcPr>
            <w:tcW w:w="1296" w:type="dxa"/>
            <w:tcMar/>
            <w:vAlign w:val="center"/>
          </w:tcPr>
          <w:p w:rsidR="0040090F" w:rsidRDefault="0085639A" w14:paraId="32001C3B" w14:textId="77777777">
            <w:pPr>
              <w:spacing w:before="40" w:after="40"/>
            </w:pPr>
            <w:r>
              <w:rPr>
                <w:rFonts w:ascii="Calibri" w:hAnsi="Calibri"/>
                <w:color w:val="000000"/>
                <w:sz w:val="20"/>
              </w:rPr>
              <w:t>60</w:t>
            </w:r>
          </w:p>
        </w:tc>
        <w:tc>
          <w:tcPr>
            <w:tcW w:w="1584" w:type="dxa"/>
            <w:tcMar/>
            <w:vAlign w:val="center"/>
          </w:tcPr>
          <w:p w:rsidR="0040090F" w:rsidP="1030D1EF" w:rsidRDefault="0085639A" w14:paraId="4947C36C"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6120E4B8" w14:textId="77777777">
            <w:pPr>
              <w:spacing w:before="40" w:after="40"/>
            </w:pPr>
            <w:r>
              <w:rPr>
                <w:rFonts w:ascii="Calibri" w:hAnsi="Calibri"/>
                <w:color w:val="000000"/>
                <w:sz w:val="20"/>
              </w:rPr>
              <w:t>One year</w:t>
            </w:r>
          </w:p>
        </w:tc>
      </w:tr>
      <w:tr w:rsidR="0040090F" w:rsidTr="1030D1EF" w14:paraId="5AE25FD6" w14:textId="77777777">
        <w:trPr/>
        <w:tc>
          <w:tcPr>
            <w:tcW w:w="4608" w:type="dxa"/>
            <w:tcMar/>
            <w:vAlign w:val="center"/>
          </w:tcPr>
          <w:p w:rsidR="0040090F" w:rsidRDefault="0085639A" w14:paraId="204D2804" w14:textId="77777777">
            <w:pPr>
              <w:spacing w:before="40" w:after="40"/>
            </w:pPr>
            <w:r>
              <w:rPr>
                <w:rFonts w:ascii="Calibri" w:hAnsi="Calibri"/>
                <w:color w:val="000000"/>
                <w:sz w:val="20"/>
              </w:rPr>
              <w:t>Higher Certificate in Business Year 2</w:t>
            </w:r>
          </w:p>
        </w:tc>
        <w:tc>
          <w:tcPr>
            <w:tcW w:w="1296" w:type="dxa"/>
            <w:tcMar/>
            <w:vAlign w:val="center"/>
          </w:tcPr>
          <w:p w:rsidR="0040090F" w:rsidRDefault="0085639A" w14:paraId="4B04E08B" w14:textId="77777777">
            <w:pPr>
              <w:spacing w:before="40" w:after="40"/>
            </w:pPr>
            <w:r>
              <w:rPr>
                <w:rFonts w:ascii="Calibri" w:hAnsi="Calibri"/>
                <w:color w:val="000000"/>
                <w:sz w:val="20"/>
              </w:rPr>
              <w:t>6</w:t>
            </w:r>
          </w:p>
        </w:tc>
        <w:tc>
          <w:tcPr>
            <w:tcW w:w="1296" w:type="dxa"/>
            <w:tcMar/>
            <w:vAlign w:val="center"/>
          </w:tcPr>
          <w:p w:rsidR="0040090F" w:rsidRDefault="0085639A" w14:paraId="15270C17" w14:textId="77777777">
            <w:pPr>
              <w:spacing w:before="40" w:after="40"/>
            </w:pPr>
            <w:r>
              <w:rPr>
                <w:rFonts w:ascii="Calibri" w:hAnsi="Calibri"/>
                <w:color w:val="000000"/>
                <w:sz w:val="20"/>
              </w:rPr>
              <w:t>P/T</w:t>
            </w:r>
          </w:p>
        </w:tc>
        <w:tc>
          <w:tcPr>
            <w:tcW w:w="1296" w:type="dxa"/>
            <w:tcMar/>
            <w:vAlign w:val="center"/>
          </w:tcPr>
          <w:p w:rsidR="0040090F" w:rsidRDefault="0085639A" w14:paraId="16078ECC" w14:textId="77777777">
            <w:pPr>
              <w:spacing w:before="40" w:after="40"/>
            </w:pPr>
            <w:r>
              <w:rPr>
                <w:rFonts w:ascii="Calibri" w:hAnsi="Calibri"/>
                <w:color w:val="000000"/>
                <w:sz w:val="20"/>
              </w:rPr>
              <w:t>60</w:t>
            </w:r>
          </w:p>
        </w:tc>
        <w:tc>
          <w:tcPr>
            <w:tcW w:w="1584" w:type="dxa"/>
            <w:tcMar/>
            <w:vAlign w:val="center"/>
          </w:tcPr>
          <w:p w:rsidR="0040090F" w:rsidP="1030D1EF" w:rsidRDefault="0085639A" w14:paraId="3AFDE3AE"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39144D33" w14:textId="77777777">
            <w:pPr>
              <w:spacing w:before="40" w:after="40"/>
            </w:pPr>
            <w:r>
              <w:rPr>
                <w:rFonts w:ascii="Calibri" w:hAnsi="Calibri"/>
                <w:color w:val="000000"/>
                <w:sz w:val="20"/>
              </w:rPr>
              <w:t>One year</w:t>
            </w:r>
          </w:p>
        </w:tc>
      </w:tr>
      <w:tr w:rsidR="0040090F" w:rsidTr="1030D1EF" w14:paraId="5D1FE043" w14:textId="77777777">
        <w:trPr/>
        <w:tc>
          <w:tcPr>
            <w:tcW w:w="4608" w:type="dxa"/>
            <w:tcMar/>
            <w:vAlign w:val="center"/>
          </w:tcPr>
          <w:p w:rsidR="0040090F" w:rsidRDefault="0085639A" w14:paraId="39838B6E" w14:textId="77777777">
            <w:pPr>
              <w:spacing w:before="40" w:after="40"/>
            </w:pPr>
            <w:r>
              <w:rPr>
                <w:rFonts w:ascii="Calibri" w:hAnsi="Calibri"/>
                <w:color w:val="000000"/>
                <w:sz w:val="20"/>
              </w:rPr>
              <w:t>Bachelor of Business Year 3 (add-on)</w:t>
            </w:r>
          </w:p>
        </w:tc>
        <w:tc>
          <w:tcPr>
            <w:tcW w:w="1296" w:type="dxa"/>
            <w:tcMar/>
            <w:vAlign w:val="center"/>
          </w:tcPr>
          <w:p w:rsidR="0040090F" w:rsidRDefault="0085639A" w14:paraId="0688CA04" w14:textId="77777777">
            <w:pPr>
              <w:spacing w:before="40" w:after="40"/>
            </w:pPr>
            <w:r>
              <w:rPr>
                <w:rFonts w:ascii="Calibri" w:hAnsi="Calibri"/>
                <w:color w:val="000000"/>
                <w:sz w:val="20"/>
              </w:rPr>
              <w:t>7</w:t>
            </w:r>
          </w:p>
        </w:tc>
        <w:tc>
          <w:tcPr>
            <w:tcW w:w="1296" w:type="dxa"/>
            <w:tcMar/>
            <w:vAlign w:val="center"/>
          </w:tcPr>
          <w:p w:rsidR="0040090F" w:rsidRDefault="0085639A" w14:paraId="48BAA0C4" w14:textId="77777777">
            <w:pPr>
              <w:spacing w:before="40" w:after="40"/>
            </w:pPr>
            <w:r>
              <w:rPr>
                <w:rFonts w:ascii="Calibri" w:hAnsi="Calibri"/>
                <w:color w:val="000000"/>
                <w:sz w:val="20"/>
              </w:rPr>
              <w:t>P/T</w:t>
            </w:r>
          </w:p>
        </w:tc>
        <w:tc>
          <w:tcPr>
            <w:tcW w:w="1296" w:type="dxa"/>
            <w:tcMar/>
            <w:vAlign w:val="center"/>
          </w:tcPr>
          <w:p w:rsidR="0040090F" w:rsidRDefault="0085639A" w14:paraId="3AB66A93" w14:textId="77777777">
            <w:pPr>
              <w:spacing w:before="40" w:after="40"/>
            </w:pPr>
            <w:r>
              <w:rPr>
                <w:rFonts w:ascii="Calibri" w:hAnsi="Calibri"/>
                <w:color w:val="000000"/>
                <w:sz w:val="20"/>
              </w:rPr>
              <w:t>60</w:t>
            </w:r>
          </w:p>
        </w:tc>
        <w:tc>
          <w:tcPr>
            <w:tcW w:w="1584" w:type="dxa"/>
            <w:tcMar/>
            <w:vAlign w:val="center"/>
          </w:tcPr>
          <w:p w:rsidR="0040090F" w:rsidP="1030D1EF" w:rsidRDefault="0085639A" w14:paraId="03236E69"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014F5FEE" w14:textId="77777777">
            <w:pPr>
              <w:spacing w:before="40" w:after="40"/>
            </w:pPr>
            <w:r>
              <w:rPr>
                <w:rFonts w:ascii="Calibri" w:hAnsi="Calibri"/>
                <w:color w:val="000000"/>
                <w:sz w:val="20"/>
              </w:rPr>
              <w:t>One year</w:t>
            </w:r>
          </w:p>
        </w:tc>
      </w:tr>
      <w:tr w:rsidR="0040090F" w:rsidTr="1030D1EF" w14:paraId="47EA96F7" w14:textId="77777777">
        <w:trPr/>
        <w:tc>
          <w:tcPr>
            <w:tcW w:w="4608" w:type="dxa"/>
            <w:tcMar/>
            <w:vAlign w:val="center"/>
          </w:tcPr>
          <w:p w:rsidR="0040090F" w:rsidRDefault="0085639A" w14:paraId="2AEB6106" w14:textId="77777777">
            <w:pPr>
              <w:spacing w:before="40" w:after="40"/>
            </w:pPr>
            <w:r>
              <w:rPr>
                <w:rFonts w:ascii="Calibri" w:hAnsi="Calibri"/>
                <w:color w:val="000000"/>
                <w:sz w:val="20"/>
              </w:rPr>
              <w:t>Bachelor of Business (</w:t>
            </w:r>
            <w:proofErr w:type="spellStart"/>
            <w:r>
              <w:rPr>
                <w:rFonts w:ascii="Calibri" w:hAnsi="Calibri"/>
                <w:color w:val="000000"/>
                <w:sz w:val="20"/>
              </w:rPr>
              <w:t>Honours</w:t>
            </w:r>
            <w:proofErr w:type="spellEnd"/>
            <w:r>
              <w:rPr>
                <w:rFonts w:ascii="Calibri" w:hAnsi="Calibri"/>
                <w:color w:val="000000"/>
                <w:sz w:val="20"/>
              </w:rPr>
              <w:t>) Year 4 (add-on)</w:t>
            </w:r>
          </w:p>
        </w:tc>
        <w:tc>
          <w:tcPr>
            <w:tcW w:w="1296" w:type="dxa"/>
            <w:tcMar/>
            <w:vAlign w:val="center"/>
          </w:tcPr>
          <w:p w:rsidR="0040090F" w:rsidRDefault="0085639A" w14:paraId="22F5DF20" w14:textId="77777777">
            <w:pPr>
              <w:spacing w:before="40" w:after="40"/>
            </w:pPr>
            <w:r>
              <w:rPr>
                <w:rFonts w:ascii="Calibri" w:hAnsi="Calibri"/>
                <w:color w:val="000000"/>
                <w:sz w:val="20"/>
              </w:rPr>
              <w:t>8</w:t>
            </w:r>
          </w:p>
        </w:tc>
        <w:tc>
          <w:tcPr>
            <w:tcW w:w="1296" w:type="dxa"/>
            <w:tcMar/>
            <w:vAlign w:val="center"/>
          </w:tcPr>
          <w:p w:rsidR="0040090F" w:rsidRDefault="0085639A" w14:paraId="4D7D8E17" w14:textId="77777777">
            <w:pPr>
              <w:spacing w:before="40" w:after="40"/>
            </w:pPr>
            <w:r>
              <w:rPr>
                <w:rFonts w:ascii="Calibri" w:hAnsi="Calibri"/>
                <w:color w:val="000000"/>
                <w:sz w:val="20"/>
              </w:rPr>
              <w:t>P/T</w:t>
            </w:r>
          </w:p>
        </w:tc>
        <w:tc>
          <w:tcPr>
            <w:tcW w:w="1296" w:type="dxa"/>
            <w:tcMar/>
            <w:vAlign w:val="center"/>
          </w:tcPr>
          <w:p w:rsidR="0040090F" w:rsidRDefault="0085639A" w14:paraId="64C0DC6C" w14:textId="77777777">
            <w:pPr>
              <w:spacing w:before="40" w:after="40"/>
            </w:pPr>
            <w:r>
              <w:rPr>
                <w:rFonts w:ascii="Calibri" w:hAnsi="Calibri"/>
                <w:color w:val="000000"/>
                <w:sz w:val="20"/>
              </w:rPr>
              <w:t>60</w:t>
            </w:r>
          </w:p>
        </w:tc>
        <w:tc>
          <w:tcPr>
            <w:tcW w:w="1584" w:type="dxa"/>
            <w:tcMar/>
            <w:vAlign w:val="center"/>
          </w:tcPr>
          <w:p w:rsidR="0040090F" w:rsidP="1030D1EF" w:rsidRDefault="0085639A" w14:paraId="55D513CB"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6A65368C" w14:textId="77777777">
            <w:pPr>
              <w:spacing w:before="40" w:after="40"/>
            </w:pPr>
            <w:r>
              <w:rPr>
                <w:rFonts w:ascii="Calibri" w:hAnsi="Calibri"/>
                <w:color w:val="000000"/>
                <w:sz w:val="20"/>
              </w:rPr>
              <w:t>One year</w:t>
            </w:r>
          </w:p>
        </w:tc>
      </w:tr>
      <w:tr w:rsidR="0040090F" w:rsidTr="1030D1EF" w14:paraId="07B3C1E0" w14:textId="77777777">
        <w:trPr/>
        <w:tc>
          <w:tcPr>
            <w:tcW w:w="4608" w:type="dxa"/>
            <w:tcMar/>
            <w:vAlign w:val="center"/>
          </w:tcPr>
          <w:p w:rsidR="0040090F" w:rsidRDefault="0582E7F5" w14:paraId="0DAE501C" w14:textId="72C1F8E3">
            <w:pPr>
              <w:spacing w:before="40" w:after="40"/>
            </w:pPr>
            <w:r w:rsidRPr="487DDC34">
              <w:rPr>
                <w:rFonts w:ascii="Calibri" w:hAnsi="Calibri"/>
                <w:color w:val="000000" w:themeColor="text1"/>
                <w:sz w:val="20"/>
                <w:szCs w:val="20"/>
              </w:rPr>
              <w:t xml:space="preserve">Bachelor of </w:t>
            </w:r>
            <w:r w:rsidRPr="487DDC34" w:rsidR="4F50564F">
              <w:rPr>
                <w:rFonts w:ascii="Calibri" w:hAnsi="Calibri"/>
                <w:color w:val="000000" w:themeColor="text1"/>
                <w:sz w:val="20"/>
                <w:szCs w:val="20"/>
              </w:rPr>
              <w:t xml:space="preserve">law </w:t>
            </w:r>
            <w:r w:rsidRPr="487DDC34">
              <w:rPr>
                <w:rFonts w:ascii="Calibri" w:hAnsi="Calibri"/>
                <w:color w:val="000000" w:themeColor="text1"/>
                <w:sz w:val="20"/>
                <w:szCs w:val="20"/>
              </w:rPr>
              <w:t>(</w:t>
            </w:r>
            <w:proofErr w:type="spellStart"/>
            <w:r w:rsidRPr="487DDC34">
              <w:rPr>
                <w:rFonts w:ascii="Calibri" w:hAnsi="Calibri"/>
                <w:color w:val="000000" w:themeColor="text1"/>
                <w:sz w:val="20"/>
                <w:szCs w:val="20"/>
              </w:rPr>
              <w:t>Honours</w:t>
            </w:r>
            <w:proofErr w:type="spellEnd"/>
            <w:r w:rsidRPr="487DDC34">
              <w:rPr>
                <w:rFonts w:ascii="Calibri" w:hAnsi="Calibri"/>
                <w:color w:val="000000" w:themeColor="text1"/>
                <w:sz w:val="20"/>
                <w:szCs w:val="20"/>
              </w:rPr>
              <w:t>) - Year 1 (ab-initio)</w:t>
            </w:r>
          </w:p>
        </w:tc>
        <w:tc>
          <w:tcPr>
            <w:tcW w:w="1296" w:type="dxa"/>
            <w:tcMar/>
            <w:vAlign w:val="center"/>
          </w:tcPr>
          <w:p w:rsidR="0040090F" w:rsidRDefault="0085639A" w14:paraId="7343F57F" w14:textId="77777777">
            <w:pPr>
              <w:spacing w:before="40" w:after="40"/>
            </w:pPr>
            <w:r>
              <w:rPr>
                <w:rFonts w:ascii="Calibri" w:hAnsi="Calibri"/>
                <w:color w:val="000000"/>
                <w:sz w:val="20"/>
              </w:rPr>
              <w:t>8</w:t>
            </w:r>
          </w:p>
        </w:tc>
        <w:tc>
          <w:tcPr>
            <w:tcW w:w="1296" w:type="dxa"/>
            <w:tcMar/>
            <w:vAlign w:val="center"/>
          </w:tcPr>
          <w:p w:rsidR="0040090F" w:rsidRDefault="0085639A" w14:paraId="112DF33D" w14:textId="77777777">
            <w:pPr>
              <w:spacing w:before="40" w:after="40"/>
            </w:pPr>
            <w:r>
              <w:rPr>
                <w:rFonts w:ascii="Calibri" w:hAnsi="Calibri"/>
                <w:color w:val="000000"/>
                <w:sz w:val="20"/>
              </w:rPr>
              <w:t>P/T</w:t>
            </w:r>
          </w:p>
        </w:tc>
        <w:tc>
          <w:tcPr>
            <w:tcW w:w="1296" w:type="dxa"/>
            <w:tcMar/>
            <w:vAlign w:val="center"/>
          </w:tcPr>
          <w:p w:rsidR="0040090F" w:rsidRDefault="0085639A" w14:paraId="2AD9266E"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7A4176F"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1D23F67C" w14:textId="77777777">
            <w:pPr>
              <w:spacing w:before="40" w:after="40"/>
            </w:pPr>
            <w:r>
              <w:rPr>
                <w:rFonts w:ascii="Calibri" w:hAnsi="Calibri"/>
                <w:color w:val="000000"/>
                <w:sz w:val="20"/>
              </w:rPr>
              <w:t>Year 1 of a 4-year Ab-initio</w:t>
            </w:r>
          </w:p>
        </w:tc>
      </w:tr>
      <w:tr w:rsidR="487DDC34" w:rsidTr="1030D1EF" w14:paraId="21737549" w14:textId="77777777">
        <w:trPr>
          <w:trHeight w:val="300"/>
        </w:trPr>
        <w:tc>
          <w:tcPr>
            <w:tcW w:w="4608" w:type="dxa"/>
            <w:tcMar/>
            <w:vAlign w:val="center"/>
          </w:tcPr>
          <w:p w:rsidR="265C2397" w:rsidP="487DDC34" w:rsidRDefault="265C2397" w14:paraId="355A86C7" w14:textId="55E9CB34">
            <w:pPr>
              <w:jc w:val="center"/>
              <w:rPr>
                <w:rFonts w:ascii="Calibri" w:hAnsi="Calibri"/>
                <w:color w:val="000000" w:themeColor="text1"/>
                <w:sz w:val="20"/>
                <w:szCs w:val="20"/>
              </w:rPr>
            </w:pPr>
            <w:r w:rsidRPr="487DDC34">
              <w:rPr>
                <w:rFonts w:ascii="Calibri" w:hAnsi="Calibri"/>
                <w:color w:val="000000" w:themeColor="text1"/>
                <w:sz w:val="20"/>
                <w:szCs w:val="20"/>
              </w:rPr>
              <w:t xml:space="preserve">Quality </w:t>
            </w:r>
          </w:p>
        </w:tc>
        <w:tc>
          <w:tcPr>
            <w:tcW w:w="1296" w:type="dxa"/>
            <w:tcMar/>
            <w:vAlign w:val="center"/>
          </w:tcPr>
          <w:p w:rsidR="487DDC34" w:rsidP="487DDC34" w:rsidRDefault="487DDC34" w14:paraId="68448B92" w14:textId="451FD963">
            <w:pPr>
              <w:rPr>
                <w:rFonts w:ascii="Calibri" w:hAnsi="Calibri"/>
                <w:color w:val="000000" w:themeColor="text1"/>
                <w:sz w:val="20"/>
                <w:szCs w:val="20"/>
              </w:rPr>
            </w:pPr>
          </w:p>
        </w:tc>
        <w:tc>
          <w:tcPr>
            <w:tcW w:w="1296" w:type="dxa"/>
            <w:tcMar/>
            <w:vAlign w:val="center"/>
          </w:tcPr>
          <w:p w:rsidR="487DDC34" w:rsidP="487DDC34" w:rsidRDefault="487DDC34" w14:paraId="09B341A8" w14:textId="23263667">
            <w:pPr>
              <w:rPr>
                <w:rFonts w:ascii="Calibri" w:hAnsi="Calibri"/>
                <w:color w:val="000000" w:themeColor="text1"/>
                <w:sz w:val="20"/>
                <w:szCs w:val="20"/>
              </w:rPr>
            </w:pPr>
          </w:p>
        </w:tc>
        <w:tc>
          <w:tcPr>
            <w:tcW w:w="1296" w:type="dxa"/>
            <w:tcMar/>
            <w:vAlign w:val="center"/>
          </w:tcPr>
          <w:p w:rsidR="487DDC34" w:rsidP="487DDC34" w:rsidRDefault="487DDC34" w14:paraId="176A2EFD" w14:textId="10D770F4">
            <w:pPr>
              <w:rPr>
                <w:rFonts w:ascii="Calibri" w:hAnsi="Calibri"/>
                <w:color w:val="000000" w:themeColor="text1"/>
                <w:sz w:val="20"/>
                <w:szCs w:val="20"/>
              </w:rPr>
            </w:pPr>
          </w:p>
        </w:tc>
        <w:tc>
          <w:tcPr>
            <w:tcW w:w="1584" w:type="dxa"/>
            <w:tcMar/>
            <w:vAlign w:val="center"/>
          </w:tcPr>
          <w:p w:rsidR="487DDC34" w:rsidP="1030D1EF" w:rsidRDefault="487DDC34" w14:paraId="0453E159" w14:textId="74215B3B">
            <w:pPr>
              <w:jc w:val="center"/>
              <w:rPr>
                <w:rFonts w:ascii="Calibri" w:hAnsi="Calibri"/>
                <w:color w:val="000000" w:themeColor="text1"/>
                <w:sz w:val="20"/>
                <w:szCs w:val="20"/>
              </w:rPr>
            </w:pPr>
          </w:p>
        </w:tc>
        <w:tc>
          <w:tcPr>
            <w:tcW w:w="1728" w:type="dxa"/>
            <w:tcMar/>
            <w:vAlign w:val="center"/>
          </w:tcPr>
          <w:p w:rsidR="487DDC34" w:rsidP="487DDC34" w:rsidRDefault="487DDC34" w14:paraId="1D4E6B70" w14:textId="6D837605">
            <w:pPr>
              <w:rPr>
                <w:rFonts w:ascii="Calibri" w:hAnsi="Calibri"/>
                <w:color w:val="000000" w:themeColor="text1"/>
                <w:sz w:val="20"/>
                <w:szCs w:val="20"/>
              </w:rPr>
            </w:pPr>
          </w:p>
        </w:tc>
      </w:tr>
      <w:tr w:rsidR="487DDC34" w:rsidTr="1030D1EF" w14:paraId="16654B5B" w14:textId="77777777">
        <w:trPr>
          <w:trHeight w:val="300"/>
        </w:trPr>
        <w:tc>
          <w:tcPr>
            <w:tcW w:w="4608" w:type="dxa"/>
            <w:tcMar/>
            <w:vAlign w:val="center"/>
          </w:tcPr>
          <w:p w:rsidR="487DDC34" w:rsidP="487DDC34" w:rsidRDefault="487DDC34" w14:paraId="0F67C891" w14:textId="77777777">
            <w:pPr>
              <w:spacing w:before="40" w:after="40"/>
            </w:pPr>
            <w:r w:rsidRPr="487DDC34">
              <w:rPr>
                <w:rFonts w:ascii="Calibri" w:hAnsi="Calibri"/>
                <w:color w:val="000000" w:themeColor="text1"/>
                <w:sz w:val="20"/>
                <w:szCs w:val="20"/>
              </w:rPr>
              <w:t>Certificate in Operations, Quality and Lean Management</w:t>
            </w:r>
          </w:p>
        </w:tc>
        <w:tc>
          <w:tcPr>
            <w:tcW w:w="1296" w:type="dxa"/>
            <w:tcMar/>
            <w:vAlign w:val="center"/>
          </w:tcPr>
          <w:p w:rsidR="487DDC34" w:rsidP="487DDC34" w:rsidRDefault="487DDC34" w14:paraId="533E22C0" w14:textId="77777777">
            <w:pPr>
              <w:spacing w:before="40" w:after="40"/>
            </w:pPr>
            <w:r w:rsidRPr="487DDC34">
              <w:rPr>
                <w:rFonts w:ascii="Calibri" w:hAnsi="Calibri"/>
                <w:color w:val="000000" w:themeColor="text1"/>
                <w:sz w:val="20"/>
                <w:szCs w:val="20"/>
              </w:rPr>
              <w:t>6</w:t>
            </w:r>
          </w:p>
        </w:tc>
        <w:tc>
          <w:tcPr>
            <w:tcW w:w="1296" w:type="dxa"/>
            <w:tcMar/>
            <w:vAlign w:val="center"/>
          </w:tcPr>
          <w:p w:rsidR="487DDC34" w:rsidP="487DDC34" w:rsidRDefault="487DDC34" w14:paraId="353242FF" w14:textId="77777777">
            <w:pPr>
              <w:spacing w:before="40" w:after="40"/>
            </w:pPr>
            <w:r w:rsidRPr="487DDC34">
              <w:rPr>
                <w:rFonts w:ascii="Calibri" w:hAnsi="Calibri"/>
                <w:color w:val="000000" w:themeColor="text1"/>
                <w:sz w:val="20"/>
                <w:szCs w:val="20"/>
              </w:rPr>
              <w:t>P/T</w:t>
            </w:r>
          </w:p>
        </w:tc>
        <w:tc>
          <w:tcPr>
            <w:tcW w:w="1296" w:type="dxa"/>
            <w:tcMar/>
            <w:vAlign w:val="center"/>
          </w:tcPr>
          <w:p w:rsidR="487DDC34" w:rsidP="487DDC34" w:rsidRDefault="487DDC34" w14:paraId="6E133E26" w14:textId="77777777">
            <w:pPr>
              <w:spacing w:before="40" w:after="40"/>
            </w:pPr>
            <w:r w:rsidRPr="487DDC34">
              <w:rPr>
                <w:rFonts w:ascii="Calibri" w:hAnsi="Calibri"/>
                <w:color w:val="000000" w:themeColor="text1"/>
                <w:sz w:val="20"/>
                <w:szCs w:val="20"/>
              </w:rPr>
              <w:t>60</w:t>
            </w:r>
          </w:p>
        </w:tc>
        <w:tc>
          <w:tcPr>
            <w:tcW w:w="1584" w:type="dxa"/>
            <w:tcMar/>
            <w:vAlign w:val="center"/>
          </w:tcPr>
          <w:p w:rsidR="487DDC34" w:rsidP="1030D1EF" w:rsidRDefault="487DDC34" w14:paraId="78CED5BC" w14:textId="77777777">
            <w:pPr>
              <w:spacing w:before="40" w:after="40"/>
              <w:jc w:val="center"/>
            </w:pPr>
            <w:r w:rsidRPr="1030D1EF" w:rsidR="487DDC34">
              <w:rPr>
                <w:rFonts w:ascii="Calibri" w:hAnsi="Calibri"/>
                <w:color w:val="000000" w:themeColor="text1" w:themeTint="FF" w:themeShade="FF"/>
                <w:sz w:val="20"/>
                <w:szCs w:val="20"/>
              </w:rPr>
              <w:t>2500</w:t>
            </w:r>
          </w:p>
        </w:tc>
        <w:tc>
          <w:tcPr>
            <w:tcW w:w="1728" w:type="dxa"/>
            <w:tcMar/>
            <w:vAlign w:val="center"/>
          </w:tcPr>
          <w:p w:rsidR="487DDC34" w:rsidP="487DDC34" w:rsidRDefault="487DDC34" w14:paraId="396646AF" w14:textId="77777777">
            <w:pPr>
              <w:spacing w:before="40" w:after="40"/>
            </w:pPr>
            <w:r w:rsidRPr="487DDC34">
              <w:rPr>
                <w:rFonts w:ascii="Calibri" w:hAnsi="Calibri"/>
                <w:color w:val="000000" w:themeColor="text1"/>
                <w:sz w:val="20"/>
                <w:szCs w:val="20"/>
              </w:rPr>
              <w:t>One year</w:t>
            </w:r>
          </w:p>
        </w:tc>
      </w:tr>
      <w:tr w:rsidR="0040090F" w:rsidTr="1030D1EF" w14:paraId="2A69BD55" w14:textId="77777777">
        <w:trPr/>
        <w:tc>
          <w:tcPr>
            <w:tcW w:w="4608" w:type="dxa"/>
            <w:tcMar/>
            <w:vAlign w:val="center"/>
          </w:tcPr>
          <w:p w:rsidR="0040090F" w:rsidRDefault="0085639A" w14:paraId="16216527" w14:textId="77777777">
            <w:pPr>
              <w:spacing w:before="40" w:after="40"/>
            </w:pPr>
            <w:r>
              <w:rPr>
                <w:rFonts w:ascii="Calibri" w:hAnsi="Calibri"/>
                <w:color w:val="000000"/>
                <w:sz w:val="20"/>
              </w:rPr>
              <w:t>Higher Certificate in Operations, Quality and Lean Management – Year 2</w:t>
            </w:r>
          </w:p>
        </w:tc>
        <w:tc>
          <w:tcPr>
            <w:tcW w:w="1296" w:type="dxa"/>
            <w:tcMar/>
            <w:vAlign w:val="center"/>
          </w:tcPr>
          <w:p w:rsidR="0040090F" w:rsidRDefault="0085639A" w14:paraId="1A32342E" w14:textId="77777777">
            <w:pPr>
              <w:spacing w:before="40" w:after="40"/>
            </w:pPr>
            <w:r>
              <w:rPr>
                <w:rFonts w:ascii="Calibri" w:hAnsi="Calibri"/>
                <w:color w:val="000000"/>
                <w:sz w:val="20"/>
              </w:rPr>
              <w:t>6</w:t>
            </w:r>
          </w:p>
        </w:tc>
        <w:tc>
          <w:tcPr>
            <w:tcW w:w="1296" w:type="dxa"/>
            <w:tcMar/>
            <w:vAlign w:val="center"/>
          </w:tcPr>
          <w:p w:rsidR="0040090F" w:rsidRDefault="0085639A" w14:paraId="1308863B" w14:textId="77777777">
            <w:pPr>
              <w:spacing w:before="40" w:after="40"/>
            </w:pPr>
            <w:r>
              <w:rPr>
                <w:rFonts w:ascii="Calibri" w:hAnsi="Calibri"/>
                <w:color w:val="000000"/>
                <w:sz w:val="20"/>
              </w:rPr>
              <w:t>P/T</w:t>
            </w:r>
          </w:p>
        </w:tc>
        <w:tc>
          <w:tcPr>
            <w:tcW w:w="1296" w:type="dxa"/>
            <w:tcMar/>
            <w:vAlign w:val="center"/>
          </w:tcPr>
          <w:p w:rsidR="0040090F" w:rsidRDefault="0085639A" w14:paraId="49123DC8" w14:textId="77777777">
            <w:pPr>
              <w:spacing w:before="40" w:after="40"/>
            </w:pPr>
            <w:r>
              <w:rPr>
                <w:rFonts w:ascii="Calibri" w:hAnsi="Calibri"/>
                <w:color w:val="000000"/>
                <w:sz w:val="20"/>
              </w:rPr>
              <w:t>60</w:t>
            </w:r>
          </w:p>
        </w:tc>
        <w:tc>
          <w:tcPr>
            <w:tcW w:w="1584" w:type="dxa"/>
            <w:tcMar/>
            <w:vAlign w:val="center"/>
          </w:tcPr>
          <w:p w:rsidR="0040090F" w:rsidP="1030D1EF" w:rsidRDefault="0085639A" w14:paraId="5BD8EBE9"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2BDF23B6" w14:textId="77777777">
            <w:pPr>
              <w:spacing w:before="40" w:after="40"/>
            </w:pPr>
            <w:r>
              <w:rPr>
                <w:rFonts w:ascii="Calibri" w:hAnsi="Calibri"/>
                <w:color w:val="000000"/>
                <w:sz w:val="20"/>
              </w:rPr>
              <w:t>One year</w:t>
            </w:r>
          </w:p>
        </w:tc>
      </w:tr>
      <w:tr w:rsidR="0040090F" w:rsidTr="1030D1EF" w14:paraId="6E8366E0" w14:textId="77777777">
        <w:trPr/>
        <w:tc>
          <w:tcPr>
            <w:tcW w:w="4608" w:type="dxa"/>
            <w:tcMar/>
            <w:vAlign w:val="center"/>
          </w:tcPr>
          <w:p w:rsidR="0040090F" w:rsidRDefault="0085639A" w14:paraId="359132E8" w14:textId="77777777">
            <w:pPr>
              <w:spacing w:before="40" w:after="40"/>
            </w:pPr>
            <w:r>
              <w:rPr>
                <w:rFonts w:ascii="Calibri" w:hAnsi="Calibri"/>
                <w:color w:val="000000"/>
                <w:sz w:val="20"/>
              </w:rPr>
              <w:t>Bachelor of Science in Quality and Lean Management</w:t>
            </w:r>
          </w:p>
        </w:tc>
        <w:tc>
          <w:tcPr>
            <w:tcW w:w="1296" w:type="dxa"/>
            <w:tcMar/>
            <w:vAlign w:val="center"/>
          </w:tcPr>
          <w:p w:rsidR="0040090F" w:rsidRDefault="0085639A" w14:paraId="1E5ABDA2" w14:textId="77777777">
            <w:pPr>
              <w:spacing w:before="40" w:after="40"/>
            </w:pPr>
            <w:r>
              <w:rPr>
                <w:rFonts w:ascii="Calibri" w:hAnsi="Calibri"/>
                <w:color w:val="000000"/>
                <w:sz w:val="20"/>
              </w:rPr>
              <w:t>7</w:t>
            </w:r>
          </w:p>
        </w:tc>
        <w:tc>
          <w:tcPr>
            <w:tcW w:w="1296" w:type="dxa"/>
            <w:tcMar/>
            <w:vAlign w:val="center"/>
          </w:tcPr>
          <w:p w:rsidR="0040090F" w:rsidRDefault="0085639A" w14:paraId="1A29B10B" w14:textId="77777777">
            <w:pPr>
              <w:spacing w:before="40" w:after="40"/>
            </w:pPr>
            <w:r>
              <w:rPr>
                <w:rFonts w:ascii="Calibri" w:hAnsi="Calibri"/>
                <w:color w:val="000000"/>
                <w:sz w:val="20"/>
              </w:rPr>
              <w:t>P/T</w:t>
            </w:r>
          </w:p>
        </w:tc>
        <w:tc>
          <w:tcPr>
            <w:tcW w:w="1296" w:type="dxa"/>
            <w:tcMar/>
            <w:vAlign w:val="center"/>
          </w:tcPr>
          <w:p w:rsidR="0040090F" w:rsidRDefault="0085639A" w14:paraId="4C79A785" w14:textId="77777777">
            <w:pPr>
              <w:spacing w:before="40" w:after="40"/>
            </w:pPr>
            <w:r>
              <w:rPr>
                <w:rFonts w:ascii="Calibri" w:hAnsi="Calibri"/>
                <w:color w:val="000000"/>
                <w:sz w:val="20"/>
              </w:rPr>
              <w:t>60</w:t>
            </w:r>
          </w:p>
        </w:tc>
        <w:tc>
          <w:tcPr>
            <w:tcW w:w="1584" w:type="dxa"/>
            <w:tcMar/>
            <w:vAlign w:val="center"/>
          </w:tcPr>
          <w:p w:rsidR="0040090F" w:rsidP="1030D1EF" w:rsidRDefault="0085639A" w14:paraId="721C7FD1"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4A606159" w14:textId="77777777">
            <w:pPr>
              <w:spacing w:before="40" w:after="40"/>
            </w:pPr>
            <w:r>
              <w:rPr>
                <w:rFonts w:ascii="Calibri" w:hAnsi="Calibri"/>
                <w:color w:val="000000"/>
                <w:sz w:val="20"/>
              </w:rPr>
              <w:t>One year</w:t>
            </w:r>
          </w:p>
        </w:tc>
      </w:tr>
      <w:tr w:rsidR="0040090F" w:rsidTr="1030D1EF" w14:paraId="0B107E4A" w14:textId="77777777">
        <w:trPr/>
        <w:tc>
          <w:tcPr>
            <w:tcW w:w="4608" w:type="dxa"/>
            <w:tcMar/>
            <w:vAlign w:val="center"/>
          </w:tcPr>
          <w:p w:rsidR="0040090F" w:rsidRDefault="0085639A" w14:paraId="420E8D85" w14:textId="77777777">
            <w:pPr>
              <w:spacing w:before="40" w:after="40"/>
            </w:pPr>
            <w:r>
              <w:rPr>
                <w:rFonts w:ascii="Calibri" w:hAnsi="Calibri"/>
                <w:color w:val="000000"/>
                <w:sz w:val="20"/>
              </w:rPr>
              <w:t>Bachelor of Science (</w:t>
            </w:r>
            <w:proofErr w:type="spellStart"/>
            <w:r>
              <w:rPr>
                <w:rFonts w:ascii="Calibri" w:hAnsi="Calibri"/>
                <w:color w:val="000000"/>
                <w:sz w:val="20"/>
              </w:rPr>
              <w:t>Honours</w:t>
            </w:r>
            <w:proofErr w:type="spellEnd"/>
            <w:r>
              <w:rPr>
                <w:rFonts w:ascii="Calibri" w:hAnsi="Calibri"/>
                <w:color w:val="000000"/>
                <w:sz w:val="20"/>
              </w:rPr>
              <w:t>) in Quality and Lean Management</w:t>
            </w:r>
          </w:p>
        </w:tc>
        <w:tc>
          <w:tcPr>
            <w:tcW w:w="1296" w:type="dxa"/>
            <w:tcMar/>
            <w:vAlign w:val="center"/>
          </w:tcPr>
          <w:p w:rsidR="0040090F" w:rsidRDefault="0085639A" w14:paraId="435801C1" w14:textId="77777777">
            <w:pPr>
              <w:spacing w:before="40" w:after="40"/>
            </w:pPr>
            <w:r>
              <w:rPr>
                <w:rFonts w:ascii="Calibri" w:hAnsi="Calibri"/>
                <w:color w:val="000000"/>
                <w:sz w:val="20"/>
              </w:rPr>
              <w:t>8</w:t>
            </w:r>
          </w:p>
        </w:tc>
        <w:tc>
          <w:tcPr>
            <w:tcW w:w="1296" w:type="dxa"/>
            <w:tcMar/>
            <w:vAlign w:val="center"/>
          </w:tcPr>
          <w:p w:rsidR="0040090F" w:rsidRDefault="0085639A" w14:paraId="22482C2C" w14:textId="77777777">
            <w:pPr>
              <w:spacing w:before="40" w:after="40"/>
            </w:pPr>
            <w:r>
              <w:rPr>
                <w:rFonts w:ascii="Calibri" w:hAnsi="Calibri"/>
                <w:color w:val="000000"/>
                <w:sz w:val="20"/>
              </w:rPr>
              <w:t>P/T</w:t>
            </w:r>
          </w:p>
        </w:tc>
        <w:tc>
          <w:tcPr>
            <w:tcW w:w="1296" w:type="dxa"/>
            <w:tcMar/>
            <w:vAlign w:val="center"/>
          </w:tcPr>
          <w:p w:rsidR="0040090F" w:rsidRDefault="0085639A" w14:paraId="45D34C68" w14:textId="77777777">
            <w:pPr>
              <w:spacing w:before="40" w:after="40"/>
            </w:pPr>
            <w:r>
              <w:rPr>
                <w:rFonts w:ascii="Calibri" w:hAnsi="Calibri"/>
                <w:color w:val="000000"/>
                <w:sz w:val="20"/>
              </w:rPr>
              <w:t>60</w:t>
            </w:r>
          </w:p>
        </w:tc>
        <w:tc>
          <w:tcPr>
            <w:tcW w:w="1584" w:type="dxa"/>
            <w:tcMar/>
            <w:vAlign w:val="center"/>
          </w:tcPr>
          <w:p w:rsidR="0040090F" w:rsidP="1030D1EF" w:rsidRDefault="0085639A" w14:paraId="56270301"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31AB134F" w14:textId="77777777">
            <w:pPr>
              <w:spacing w:before="40" w:after="40"/>
            </w:pPr>
            <w:r>
              <w:rPr>
                <w:rFonts w:ascii="Calibri" w:hAnsi="Calibri"/>
                <w:color w:val="000000"/>
                <w:sz w:val="20"/>
              </w:rPr>
              <w:t>One year</w:t>
            </w:r>
          </w:p>
        </w:tc>
      </w:tr>
      <w:tr w:rsidR="487DDC34" w:rsidTr="1030D1EF" w14:paraId="3A18D628" w14:textId="77777777">
        <w:trPr>
          <w:trHeight w:val="300"/>
        </w:trPr>
        <w:tc>
          <w:tcPr>
            <w:tcW w:w="4608" w:type="dxa"/>
            <w:tcMar/>
            <w:vAlign w:val="center"/>
          </w:tcPr>
          <w:p w:rsidR="5E0D8262" w:rsidP="487DDC34" w:rsidRDefault="5E0D8262" w14:paraId="00357793" w14:textId="6C24F695">
            <w:pPr>
              <w:jc w:val="center"/>
              <w:rPr>
                <w:rFonts w:ascii="Calibri" w:hAnsi="Calibri"/>
                <w:b/>
                <w:bCs/>
                <w:color w:val="000000" w:themeColor="text1"/>
                <w:sz w:val="20"/>
                <w:szCs w:val="20"/>
              </w:rPr>
            </w:pPr>
            <w:r w:rsidRPr="487DDC34">
              <w:rPr>
                <w:rFonts w:ascii="Calibri" w:hAnsi="Calibri"/>
                <w:b/>
                <w:bCs/>
                <w:color w:val="000000" w:themeColor="text1"/>
                <w:sz w:val="20"/>
                <w:szCs w:val="20"/>
              </w:rPr>
              <w:t>HRM</w:t>
            </w:r>
          </w:p>
        </w:tc>
        <w:tc>
          <w:tcPr>
            <w:tcW w:w="1296" w:type="dxa"/>
            <w:tcMar/>
            <w:vAlign w:val="center"/>
          </w:tcPr>
          <w:p w:rsidR="487DDC34" w:rsidP="487DDC34" w:rsidRDefault="487DDC34" w14:paraId="2F8FED7F" w14:textId="2892358E">
            <w:pPr>
              <w:rPr>
                <w:rFonts w:ascii="Calibri" w:hAnsi="Calibri"/>
                <w:color w:val="000000" w:themeColor="text1"/>
                <w:sz w:val="20"/>
                <w:szCs w:val="20"/>
              </w:rPr>
            </w:pPr>
          </w:p>
        </w:tc>
        <w:tc>
          <w:tcPr>
            <w:tcW w:w="1296" w:type="dxa"/>
            <w:tcMar/>
            <w:vAlign w:val="center"/>
          </w:tcPr>
          <w:p w:rsidR="487DDC34" w:rsidP="487DDC34" w:rsidRDefault="487DDC34" w14:paraId="2C347DC0" w14:textId="353E7D75">
            <w:pPr>
              <w:rPr>
                <w:rFonts w:ascii="Calibri" w:hAnsi="Calibri"/>
                <w:color w:val="000000" w:themeColor="text1"/>
                <w:sz w:val="20"/>
                <w:szCs w:val="20"/>
              </w:rPr>
            </w:pPr>
          </w:p>
        </w:tc>
        <w:tc>
          <w:tcPr>
            <w:tcW w:w="1296" w:type="dxa"/>
            <w:tcMar/>
            <w:vAlign w:val="center"/>
          </w:tcPr>
          <w:p w:rsidR="487DDC34" w:rsidP="487DDC34" w:rsidRDefault="487DDC34" w14:paraId="39265BE8" w14:textId="6DF8353C">
            <w:pPr>
              <w:rPr>
                <w:rFonts w:ascii="Calibri" w:hAnsi="Calibri"/>
                <w:color w:val="000000" w:themeColor="text1"/>
                <w:sz w:val="20"/>
                <w:szCs w:val="20"/>
              </w:rPr>
            </w:pPr>
          </w:p>
        </w:tc>
        <w:tc>
          <w:tcPr>
            <w:tcW w:w="1584" w:type="dxa"/>
            <w:tcMar/>
            <w:vAlign w:val="center"/>
          </w:tcPr>
          <w:p w:rsidR="487DDC34" w:rsidP="1030D1EF" w:rsidRDefault="487DDC34" w14:paraId="783574A7" w14:textId="55DBDAE7">
            <w:pPr>
              <w:jc w:val="center"/>
              <w:rPr>
                <w:rFonts w:ascii="Calibri" w:hAnsi="Calibri"/>
                <w:color w:val="000000" w:themeColor="text1"/>
                <w:sz w:val="20"/>
                <w:szCs w:val="20"/>
              </w:rPr>
            </w:pPr>
          </w:p>
        </w:tc>
        <w:tc>
          <w:tcPr>
            <w:tcW w:w="1728" w:type="dxa"/>
            <w:tcMar/>
            <w:vAlign w:val="center"/>
          </w:tcPr>
          <w:p w:rsidR="487DDC34" w:rsidP="487DDC34" w:rsidRDefault="487DDC34" w14:paraId="5D4C480A" w14:textId="5973A879">
            <w:pPr>
              <w:rPr>
                <w:rFonts w:ascii="Calibri" w:hAnsi="Calibri"/>
                <w:color w:val="000000" w:themeColor="text1"/>
                <w:sz w:val="20"/>
                <w:szCs w:val="20"/>
              </w:rPr>
            </w:pPr>
          </w:p>
        </w:tc>
      </w:tr>
      <w:tr w:rsidR="487DDC34" w:rsidTr="1030D1EF" w14:paraId="5D3FAC7E" w14:textId="77777777">
        <w:trPr>
          <w:trHeight w:val="300"/>
        </w:trPr>
        <w:tc>
          <w:tcPr>
            <w:tcW w:w="4608" w:type="dxa"/>
            <w:tcMar/>
            <w:vAlign w:val="center"/>
          </w:tcPr>
          <w:p w:rsidR="487DDC34" w:rsidP="487DDC34" w:rsidRDefault="487DDC34" w14:paraId="79DF2F1D" w14:textId="77777777">
            <w:pPr>
              <w:spacing w:before="40" w:after="40"/>
            </w:pPr>
            <w:r w:rsidRPr="487DDC34">
              <w:rPr>
                <w:rFonts w:ascii="Calibri" w:hAnsi="Calibri"/>
                <w:color w:val="000000" w:themeColor="text1"/>
                <w:sz w:val="20"/>
                <w:szCs w:val="20"/>
              </w:rPr>
              <w:t>Certificate in Human Resources Management</w:t>
            </w:r>
          </w:p>
        </w:tc>
        <w:tc>
          <w:tcPr>
            <w:tcW w:w="1296" w:type="dxa"/>
            <w:tcMar/>
            <w:vAlign w:val="center"/>
          </w:tcPr>
          <w:p w:rsidR="487DDC34" w:rsidP="487DDC34" w:rsidRDefault="487DDC34" w14:paraId="488B667A" w14:textId="77777777">
            <w:pPr>
              <w:spacing w:before="40" w:after="40"/>
            </w:pPr>
            <w:r w:rsidRPr="487DDC34">
              <w:rPr>
                <w:rFonts w:ascii="Calibri" w:hAnsi="Calibri"/>
                <w:color w:val="000000" w:themeColor="text1"/>
                <w:sz w:val="20"/>
                <w:szCs w:val="20"/>
              </w:rPr>
              <w:t>6</w:t>
            </w:r>
          </w:p>
        </w:tc>
        <w:tc>
          <w:tcPr>
            <w:tcW w:w="1296" w:type="dxa"/>
            <w:tcMar/>
            <w:vAlign w:val="center"/>
          </w:tcPr>
          <w:p w:rsidR="487DDC34" w:rsidP="487DDC34" w:rsidRDefault="487DDC34" w14:paraId="7E72EE0A" w14:textId="77777777">
            <w:pPr>
              <w:spacing w:before="40" w:after="40"/>
            </w:pPr>
            <w:r w:rsidRPr="487DDC34">
              <w:rPr>
                <w:rFonts w:ascii="Calibri" w:hAnsi="Calibri"/>
                <w:color w:val="000000" w:themeColor="text1"/>
                <w:sz w:val="20"/>
                <w:szCs w:val="20"/>
              </w:rPr>
              <w:t>P/T</w:t>
            </w:r>
          </w:p>
        </w:tc>
        <w:tc>
          <w:tcPr>
            <w:tcW w:w="1296" w:type="dxa"/>
            <w:tcMar/>
            <w:vAlign w:val="center"/>
          </w:tcPr>
          <w:p w:rsidR="487DDC34" w:rsidP="487DDC34" w:rsidRDefault="487DDC34" w14:paraId="318048E3" w14:textId="77777777">
            <w:pPr>
              <w:spacing w:before="40" w:after="40"/>
            </w:pPr>
            <w:r w:rsidRPr="487DDC34">
              <w:rPr>
                <w:rFonts w:ascii="Calibri" w:hAnsi="Calibri"/>
                <w:color w:val="000000" w:themeColor="text1"/>
                <w:sz w:val="20"/>
                <w:szCs w:val="20"/>
              </w:rPr>
              <w:t>60</w:t>
            </w:r>
          </w:p>
        </w:tc>
        <w:tc>
          <w:tcPr>
            <w:tcW w:w="1584" w:type="dxa"/>
            <w:tcMar/>
            <w:vAlign w:val="center"/>
          </w:tcPr>
          <w:p w:rsidR="487DDC34" w:rsidP="1030D1EF" w:rsidRDefault="487DDC34" w14:paraId="1A83A90C" w14:textId="77777777">
            <w:pPr>
              <w:spacing w:before="40" w:after="40"/>
              <w:jc w:val="center"/>
            </w:pPr>
            <w:r w:rsidRPr="1030D1EF" w:rsidR="487DDC34">
              <w:rPr>
                <w:rFonts w:ascii="Calibri" w:hAnsi="Calibri"/>
                <w:color w:val="000000" w:themeColor="text1" w:themeTint="FF" w:themeShade="FF"/>
                <w:sz w:val="20"/>
                <w:szCs w:val="20"/>
              </w:rPr>
              <w:t>2500</w:t>
            </w:r>
          </w:p>
        </w:tc>
        <w:tc>
          <w:tcPr>
            <w:tcW w:w="1728" w:type="dxa"/>
            <w:tcMar/>
            <w:vAlign w:val="center"/>
          </w:tcPr>
          <w:p w:rsidR="487DDC34" w:rsidP="487DDC34" w:rsidRDefault="487DDC34" w14:paraId="4F8D8CC2" w14:textId="77777777">
            <w:pPr>
              <w:spacing w:before="40" w:after="40"/>
            </w:pPr>
            <w:r w:rsidRPr="487DDC34">
              <w:rPr>
                <w:rFonts w:ascii="Calibri" w:hAnsi="Calibri"/>
                <w:color w:val="000000" w:themeColor="text1"/>
                <w:sz w:val="20"/>
                <w:szCs w:val="20"/>
              </w:rPr>
              <w:t>One year</w:t>
            </w:r>
          </w:p>
        </w:tc>
      </w:tr>
      <w:tr w:rsidR="0040090F" w:rsidTr="1030D1EF" w14:paraId="706D8EA3" w14:textId="77777777">
        <w:trPr/>
        <w:tc>
          <w:tcPr>
            <w:tcW w:w="4608" w:type="dxa"/>
            <w:tcMar/>
            <w:vAlign w:val="center"/>
          </w:tcPr>
          <w:p w:rsidR="0040090F" w:rsidRDefault="0085639A" w14:paraId="12C9A664" w14:textId="77777777">
            <w:pPr>
              <w:spacing w:before="40" w:after="40"/>
            </w:pPr>
            <w:r>
              <w:rPr>
                <w:rFonts w:ascii="Calibri" w:hAnsi="Calibri"/>
                <w:color w:val="000000"/>
                <w:sz w:val="20"/>
              </w:rPr>
              <w:t>Higher Certificate in Business in Talent Management Year 2</w:t>
            </w:r>
          </w:p>
        </w:tc>
        <w:tc>
          <w:tcPr>
            <w:tcW w:w="1296" w:type="dxa"/>
            <w:tcMar/>
            <w:vAlign w:val="center"/>
          </w:tcPr>
          <w:p w:rsidR="0040090F" w:rsidRDefault="0085639A" w14:paraId="5D010512" w14:textId="77777777">
            <w:pPr>
              <w:spacing w:before="40" w:after="40"/>
            </w:pPr>
            <w:r>
              <w:rPr>
                <w:rFonts w:ascii="Calibri" w:hAnsi="Calibri"/>
                <w:color w:val="000000"/>
                <w:sz w:val="20"/>
              </w:rPr>
              <w:t>6</w:t>
            </w:r>
          </w:p>
        </w:tc>
        <w:tc>
          <w:tcPr>
            <w:tcW w:w="1296" w:type="dxa"/>
            <w:tcMar/>
            <w:vAlign w:val="center"/>
          </w:tcPr>
          <w:p w:rsidR="0040090F" w:rsidRDefault="0085639A" w14:paraId="0B2C6CF7" w14:textId="77777777">
            <w:pPr>
              <w:spacing w:before="40" w:after="40"/>
            </w:pPr>
            <w:r>
              <w:rPr>
                <w:rFonts w:ascii="Calibri" w:hAnsi="Calibri"/>
                <w:color w:val="000000"/>
                <w:sz w:val="20"/>
              </w:rPr>
              <w:t>P/T</w:t>
            </w:r>
          </w:p>
        </w:tc>
        <w:tc>
          <w:tcPr>
            <w:tcW w:w="1296" w:type="dxa"/>
            <w:tcMar/>
            <w:vAlign w:val="center"/>
          </w:tcPr>
          <w:p w:rsidR="0040090F" w:rsidRDefault="0085639A" w14:paraId="425D0903" w14:textId="77777777">
            <w:pPr>
              <w:spacing w:before="40" w:after="40"/>
            </w:pPr>
            <w:r>
              <w:rPr>
                <w:rFonts w:ascii="Calibri" w:hAnsi="Calibri"/>
                <w:color w:val="000000"/>
                <w:sz w:val="20"/>
              </w:rPr>
              <w:t>60</w:t>
            </w:r>
          </w:p>
        </w:tc>
        <w:tc>
          <w:tcPr>
            <w:tcW w:w="1584" w:type="dxa"/>
            <w:tcMar/>
            <w:vAlign w:val="center"/>
          </w:tcPr>
          <w:p w:rsidR="0040090F" w:rsidP="1030D1EF" w:rsidRDefault="0085639A" w14:paraId="062F844C"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67F300AB" w14:textId="77777777">
            <w:pPr>
              <w:spacing w:before="40" w:after="40"/>
            </w:pPr>
            <w:r>
              <w:rPr>
                <w:rFonts w:ascii="Calibri" w:hAnsi="Calibri"/>
                <w:color w:val="000000"/>
                <w:sz w:val="20"/>
              </w:rPr>
              <w:t>One Year</w:t>
            </w:r>
          </w:p>
        </w:tc>
      </w:tr>
      <w:tr w:rsidR="0040090F" w:rsidTr="1030D1EF" w14:paraId="3A410D2D" w14:textId="77777777">
        <w:trPr/>
        <w:tc>
          <w:tcPr>
            <w:tcW w:w="4608" w:type="dxa"/>
            <w:tcMar/>
            <w:vAlign w:val="center"/>
          </w:tcPr>
          <w:p w:rsidR="0040090F" w:rsidRDefault="0085639A" w14:paraId="36060059" w14:textId="77777777">
            <w:pPr>
              <w:spacing w:before="40" w:after="40"/>
            </w:pPr>
            <w:r>
              <w:rPr>
                <w:rFonts w:ascii="Calibri" w:hAnsi="Calibri"/>
                <w:color w:val="000000"/>
                <w:sz w:val="20"/>
              </w:rPr>
              <w:t xml:space="preserve">Bachelor of Business in Talent Management &amp; </w:t>
            </w:r>
            <w:proofErr w:type="spellStart"/>
            <w:r>
              <w:rPr>
                <w:rFonts w:ascii="Calibri" w:hAnsi="Calibri"/>
                <w:color w:val="000000"/>
                <w:sz w:val="20"/>
              </w:rPr>
              <w:t>Organisational</w:t>
            </w:r>
            <w:proofErr w:type="spellEnd"/>
            <w:r>
              <w:rPr>
                <w:rFonts w:ascii="Calibri" w:hAnsi="Calibri"/>
                <w:color w:val="000000"/>
                <w:sz w:val="20"/>
              </w:rPr>
              <w:t xml:space="preserve"> Change Year 3 (add-on)</w:t>
            </w:r>
          </w:p>
        </w:tc>
        <w:tc>
          <w:tcPr>
            <w:tcW w:w="1296" w:type="dxa"/>
            <w:tcMar/>
            <w:vAlign w:val="center"/>
          </w:tcPr>
          <w:p w:rsidR="0040090F" w:rsidRDefault="0085639A" w14:paraId="1F4816FF" w14:textId="77777777">
            <w:pPr>
              <w:spacing w:before="40" w:after="40"/>
            </w:pPr>
            <w:r>
              <w:rPr>
                <w:rFonts w:ascii="Calibri" w:hAnsi="Calibri"/>
                <w:color w:val="000000"/>
                <w:sz w:val="20"/>
              </w:rPr>
              <w:t>7</w:t>
            </w:r>
          </w:p>
        </w:tc>
        <w:tc>
          <w:tcPr>
            <w:tcW w:w="1296" w:type="dxa"/>
            <w:tcMar/>
            <w:vAlign w:val="center"/>
          </w:tcPr>
          <w:p w:rsidR="0040090F" w:rsidRDefault="0085639A" w14:paraId="2BA7051C" w14:textId="77777777">
            <w:pPr>
              <w:spacing w:before="40" w:after="40"/>
            </w:pPr>
            <w:r>
              <w:rPr>
                <w:rFonts w:ascii="Calibri" w:hAnsi="Calibri"/>
                <w:color w:val="000000"/>
                <w:sz w:val="20"/>
              </w:rPr>
              <w:t>P/T</w:t>
            </w:r>
          </w:p>
        </w:tc>
        <w:tc>
          <w:tcPr>
            <w:tcW w:w="1296" w:type="dxa"/>
            <w:tcMar/>
            <w:vAlign w:val="center"/>
          </w:tcPr>
          <w:p w:rsidR="0040090F" w:rsidRDefault="0085639A" w14:paraId="417BE028" w14:textId="77777777">
            <w:pPr>
              <w:spacing w:before="40" w:after="40"/>
            </w:pPr>
            <w:r>
              <w:rPr>
                <w:rFonts w:ascii="Calibri" w:hAnsi="Calibri"/>
                <w:color w:val="000000"/>
                <w:sz w:val="20"/>
              </w:rPr>
              <w:t>60</w:t>
            </w:r>
          </w:p>
        </w:tc>
        <w:tc>
          <w:tcPr>
            <w:tcW w:w="1584" w:type="dxa"/>
            <w:tcMar/>
            <w:vAlign w:val="center"/>
          </w:tcPr>
          <w:p w:rsidR="0040090F" w:rsidP="1030D1EF" w:rsidRDefault="0085639A" w14:paraId="48534854"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3E0AAAA3" w14:textId="77777777">
            <w:pPr>
              <w:spacing w:before="40" w:after="40"/>
            </w:pPr>
            <w:r>
              <w:rPr>
                <w:rFonts w:ascii="Calibri" w:hAnsi="Calibri"/>
                <w:color w:val="000000"/>
                <w:sz w:val="20"/>
              </w:rPr>
              <w:t>One Year</w:t>
            </w:r>
          </w:p>
        </w:tc>
      </w:tr>
      <w:tr w:rsidR="0040090F" w:rsidTr="1030D1EF" w14:paraId="186F6454" w14:textId="77777777">
        <w:trPr/>
        <w:tc>
          <w:tcPr>
            <w:tcW w:w="4608" w:type="dxa"/>
            <w:tcMar/>
            <w:vAlign w:val="center"/>
          </w:tcPr>
          <w:p w:rsidR="0040090F" w:rsidRDefault="0085639A" w14:paraId="6CA348A4" w14:textId="72BDE6D4">
            <w:pPr>
              <w:spacing w:before="40" w:after="40"/>
            </w:pPr>
            <w:r w:rsidRPr="32E52A48">
              <w:rPr>
                <w:rFonts w:ascii="Calibri" w:hAnsi="Calibri"/>
                <w:color w:val="000000" w:themeColor="text1"/>
                <w:sz w:val="20"/>
                <w:szCs w:val="20"/>
              </w:rPr>
              <w:t>Bachelor of Business (</w:t>
            </w:r>
            <w:proofErr w:type="spellStart"/>
            <w:r w:rsidRPr="32E52A48">
              <w:rPr>
                <w:rFonts w:ascii="Calibri" w:hAnsi="Calibri"/>
                <w:color w:val="000000" w:themeColor="text1"/>
                <w:sz w:val="20"/>
                <w:szCs w:val="20"/>
              </w:rPr>
              <w:t>Honours</w:t>
            </w:r>
            <w:proofErr w:type="spellEnd"/>
            <w:r w:rsidRPr="32E52A48">
              <w:rPr>
                <w:rFonts w:ascii="Calibri" w:hAnsi="Calibri"/>
                <w:color w:val="000000" w:themeColor="text1"/>
                <w:sz w:val="20"/>
                <w:szCs w:val="20"/>
              </w:rPr>
              <w:t xml:space="preserve">) in Strategic Talent Management &amp; Employee </w:t>
            </w:r>
            <w:r w:rsidRPr="32E52A48" w:rsidR="1EBD4720">
              <w:rPr>
                <w:rFonts w:ascii="Calibri" w:hAnsi="Calibri"/>
                <w:color w:val="000000" w:themeColor="text1"/>
                <w:sz w:val="20"/>
                <w:szCs w:val="20"/>
              </w:rPr>
              <w:t>Engagement Year</w:t>
            </w:r>
            <w:r w:rsidRPr="32E52A48">
              <w:rPr>
                <w:rFonts w:ascii="Calibri" w:hAnsi="Calibri"/>
                <w:color w:val="000000" w:themeColor="text1"/>
                <w:sz w:val="20"/>
                <w:szCs w:val="20"/>
              </w:rPr>
              <w:t xml:space="preserve"> 4 (add-on)</w:t>
            </w:r>
          </w:p>
        </w:tc>
        <w:tc>
          <w:tcPr>
            <w:tcW w:w="1296" w:type="dxa"/>
            <w:tcMar/>
            <w:vAlign w:val="center"/>
          </w:tcPr>
          <w:p w:rsidR="0040090F" w:rsidRDefault="0085639A" w14:paraId="4F26BEDA" w14:textId="77777777">
            <w:pPr>
              <w:spacing w:before="40" w:after="40"/>
            </w:pPr>
            <w:r>
              <w:rPr>
                <w:rFonts w:ascii="Calibri" w:hAnsi="Calibri"/>
                <w:color w:val="000000"/>
                <w:sz w:val="20"/>
              </w:rPr>
              <w:t>8</w:t>
            </w:r>
          </w:p>
        </w:tc>
        <w:tc>
          <w:tcPr>
            <w:tcW w:w="1296" w:type="dxa"/>
            <w:tcMar/>
            <w:vAlign w:val="center"/>
          </w:tcPr>
          <w:p w:rsidR="0040090F" w:rsidRDefault="0085639A" w14:paraId="1C749407" w14:textId="77777777">
            <w:pPr>
              <w:spacing w:before="40" w:after="40"/>
            </w:pPr>
            <w:r>
              <w:rPr>
                <w:rFonts w:ascii="Calibri" w:hAnsi="Calibri"/>
                <w:color w:val="000000"/>
                <w:sz w:val="20"/>
              </w:rPr>
              <w:t>P/T</w:t>
            </w:r>
          </w:p>
        </w:tc>
        <w:tc>
          <w:tcPr>
            <w:tcW w:w="1296" w:type="dxa"/>
            <w:tcMar/>
            <w:vAlign w:val="center"/>
          </w:tcPr>
          <w:p w:rsidR="0040090F" w:rsidRDefault="0085639A" w14:paraId="3F5F9A6C" w14:textId="77777777">
            <w:pPr>
              <w:spacing w:before="40" w:after="40"/>
            </w:pPr>
            <w:r>
              <w:rPr>
                <w:rFonts w:ascii="Calibri" w:hAnsi="Calibri"/>
                <w:color w:val="000000"/>
                <w:sz w:val="20"/>
              </w:rPr>
              <w:t>60</w:t>
            </w:r>
          </w:p>
        </w:tc>
        <w:tc>
          <w:tcPr>
            <w:tcW w:w="1584" w:type="dxa"/>
            <w:tcMar/>
            <w:vAlign w:val="center"/>
          </w:tcPr>
          <w:p w:rsidR="0040090F" w:rsidP="1030D1EF" w:rsidRDefault="0085639A" w14:paraId="51B3FED2"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0143931D" w14:textId="77777777">
            <w:pPr>
              <w:spacing w:before="40" w:after="40"/>
            </w:pPr>
            <w:r>
              <w:rPr>
                <w:rFonts w:ascii="Calibri" w:hAnsi="Calibri"/>
                <w:color w:val="000000"/>
                <w:sz w:val="20"/>
              </w:rPr>
              <w:t>One Year</w:t>
            </w:r>
          </w:p>
        </w:tc>
      </w:tr>
      <w:tr w:rsidR="487DDC34" w:rsidTr="1030D1EF" w14:paraId="117B3784" w14:textId="77777777">
        <w:trPr>
          <w:trHeight w:val="300"/>
        </w:trPr>
        <w:tc>
          <w:tcPr>
            <w:tcW w:w="4608" w:type="dxa"/>
            <w:tcMar/>
            <w:vAlign w:val="center"/>
          </w:tcPr>
          <w:p w:rsidR="29018F03" w:rsidP="487DDC34" w:rsidRDefault="29018F03" w14:paraId="3F8D95FE" w14:textId="36DEB4B7">
            <w:pPr>
              <w:jc w:val="center"/>
              <w:rPr>
                <w:rFonts w:ascii="Calibri" w:hAnsi="Calibri"/>
                <w:b/>
                <w:bCs/>
                <w:color w:val="000000" w:themeColor="text1"/>
                <w:sz w:val="20"/>
                <w:szCs w:val="20"/>
              </w:rPr>
            </w:pPr>
            <w:r w:rsidRPr="487DDC34">
              <w:rPr>
                <w:rFonts w:ascii="Calibri" w:hAnsi="Calibri"/>
                <w:b/>
                <w:bCs/>
                <w:color w:val="000000" w:themeColor="text1"/>
                <w:sz w:val="20"/>
                <w:szCs w:val="20"/>
              </w:rPr>
              <w:t>Procurement</w:t>
            </w:r>
          </w:p>
        </w:tc>
        <w:tc>
          <w:tcPr>
            <w:tcW w:w="1296" w:type="dxa"/>
            <w:tcMar/>
            <w:vAlign w:val="center"/>
          </w:tcPr>
          <w:p w:rsidR="487DDC34" w:rsidP="487DDC34" w:rsidRDefault="487DDC34" w14:paraId="55CA265A" w14:textId="0A8A6E30">
            <w:pPr>
              <w:rPr>
                <w:rFonts w:ascii="Calibri" w:hAnsi="Calibri"/>
                <w:color w:val="000000" w:themeColor="text1"/>
                <w:sz w:val="20"/>
                <w:szCs w:val="20"/>
              </w:rPr>
            </w:pPr>
          </w:p>
        </w:tc>
        <w:tc>
          <w:tcPr>
            <w:tcW w:w="1296" w:type="dxa"/>
            <w:tcMar/>
            <w:vAlign w:val="center"/>
          </w:tcPr>
          <w:p w:rsidR="487DDC34" w:rsidP="487DDC34" w:rsidRDefault="487DDC34" w14:paraId="5196C9AC" w14:textId="5BFF26FF">
            <w:pPr>
              <w:rPr>
                <w:rFonts w:ascii="Calibri" w:hAnsi="Calibri"/>
                <w:color w:val="000000" w:themeColor="text1"/>
                <w:sz w:val="20"/>
                <w:szCs w:val="20"/>
              </w:rPr>
            </w:pPr>
          </w:p>
        </w:tc>
        <w:tc>
          <w:tcPr>
            <w:tcW w:w="1296" w:type="dxa"/>
            <w:tcMar/>
            <w:vAlign w:val="center"/>
          </w:tcPr>
          <w:p w:rsidR="487DDC34" w:rsidP="487DDC34" w:rsidRDefault="487DDC34" w14:paraId="6F10F879" w14:textId="23689269">
            <w:pPr>
              <w:rPr>
                <w:rFonts w:ascii="Calibri" w:hAnsi="Calibri"/>
                <w:color w:val="000000" w:themeColor="text1"/>
                <w:sz w:val="20"/>
                <w:szCs w:val="20"/>
              </w:rPr>
            </w:pPr>
          </w:p>
        </w:tc>
        <w:tc>
          <w:tcPr>
            <w:tcW w:w="1584" w:type="dxa"/>
            <w:tcMar/>
            <w:vAlign w:val="center"/>
          </w:tcPr>
          <w:p w:rsidR="487DDC34" w:rsidP="1030D1EF" w:rsidRDefault="487DDC34" w14:paraId="701421F8" w14:textId="5B1ED409">
            <w:pPr>
              <w:jc w:val="center"/>
              <w:rPr>
                <w:rFonts w:ascii="Calibri" w:hAnsi="Calibri"/>
                <w:color w:val="000000" w:themeColor="text1"/>
                <w:sz w:val="20"/>
                <w:szCs w:val="20"/>
              </w:rPr>
            </w:pPr>
          </w:p>
        </w:tc>
        <w:tc>
          <w:tcPr>
            <w:tcW w:w="1728" w:type="dxa"/>
            <w:tcMar/>
            <w:vAlign w:val="center"/>
          </w:tcPr>
          <w:p w:rsidR="487DDC34" w:rsidP="487DDC34" w:rsidRDefault="487DDC34" w14:paraId="049D49AA" w14:textId="5A18F1B8">
            <w:pPr>
              <w:rPr>
                <w:rFonts w:ascii="Calibri" w:hAnsi="Calibri"/>
                <w:color w:val="000000" w:themeColor="text1"/>
                <w:sz w:val="20"/>
                <w:szCs w:val="20"/>
              </w:rPr>
            </w:pPr>
          </w:p>
        </w:tc>
      </w:tr>
      <w:tr w:rsidR="487DDC34" w:rsidTr="1030D1EF" w14:paraId="7D386CAF" w14:textId="77777777">
        <w:trPr>
          <w:trHeight w:val="300"/>
        </w:trPr>
        <w:tc>
          <w:tcPr>
            <w:tcW w:w="4608" w:type="dxa"/>
            <w:tcMar/>
            <w:vAlign w:val="center"/>
          </w:tcPr>
          <w:p w:rsidR="487DDC34" w:rsidP="487DDC34" w:rsidRDefault="487DDC34" w14:paraId="59FA2870" w14:textId="77777777">
            <w:pPr>
              <w:spacing w:before="40" w:after="40"/>
            </w:pPr>
            <w:r w:rsidRPr="487DDC34">
              <w:rPr>
                <w:rFonts w:ascii="Calibri" w:hAnsi="Calibri"/>
                <w:color w:val="000000" w:themeColor="text1"/>
                <w:sz w:val="20"/>
                <w:szCs w:val="20"/>
              </w:rPr>
              <w:t>Certificate in Procurement</w:t>
            </w:r>
          </w:p>
        </w:tc>
        <w:tc>
          <w:tcPr>
            <w:tcW w:w="1296" w:type="dxa"/>
            <w:tcMar/>
            <w:vAlign w:val="center"/>
          </w:tcPr>
          <w:p w:rsidR="487DDC34" w:rsidP="487DDC34" w:rsidRDefault="487DDC34" w14:paraId="25EB4553" w14:textId="77777777">
            <w:pPr>
              <w:spacing w:before="40" w:after="40"/>
            </w:pPr>
            <w:r w:rsidRPr="487DDC34">
              <w:rPr>
                <w:rFonts w:ascii="Calibri" w:hAnsi="Calibri"/>
                <w:color w:val="000000" w:themeColor="text1"/>
                <w:sz w:val="20"/>
                <w:szCs w:val="20"/>
              </w:rPr>
              <w:t>6</w:t>
            </w:r>
          </w:p>
        </w:tc>
        <w:tc>
          <w:tcPr>
            <w:tcW w:w="1296" w:type="dxa"/>
            <w:tcMar/>
            <w:vAlign w:val="center"/>
          </w:tcPr>
          <w:p w:rsidR="487DDC34" w:rsidP="487DDC34" w:rsidRDefault="487DDC34" w14:paraId="59993DD7" w14:textId="77777777">
            <w:pPr>
              <w:spacing w:before="40" w:after="40"/>
            </w:pPr>
            <w:r w:rsidRPr="487DDC34">
              <w:rPr>
                <w:rFonts w:ascii="Calibri" w:hAnsi="Calibri"/>
                <w:color w:val="000000" w:themeColor="text1"/>
                <w:sz w:val="20"/>
                <w:szCs w:val="20"/>
              </w:rPr>
              <w:t>P/T</w:t>
            </w:r>
          </w:p>
        </w:tc>
        <w:tc>
          <w:tcPr>
            <w:tcW w:w="1296" w:type="dxa"/>
            <w:tcMar/>
            <w:vAlign w:val="center"/>
          </w:tcPr>
          <w:p w:rsidR="487DDC34" w:rsidP="487DDC34" w:rsidRDefault="487DDC34" w14:paraId="0AFDB4CE" w14:textId="77777777">
            <w:pPr>
              <w:spacing w:before="40" w:after="40"/>
            </w:pPr>
            <w:r w:rsidRPr="487DDC34">
              <w:rPr>
                <w:rFonts w:ascii="Calibri" w:hAnsi="Calibri"/>
                <w:color w:val="000000" w:themeColor="text1"/>
                <w:sz w:val="20"/>
                <w:szCs w:val="20"/>
              </w:rPr>
              <w:t>60</w:t>
            </w:r>
          </w:p>
        </w:tc>
        <w:tc>
          <w:tcPr>
            <w:tcW w:w="1584" w:type="dxa"/>
            <w:tcMar/>
            <w:vAlign w:val="center"/>
          </w:tcPr>
          <w:p w:rsidR="487DDC34" w:rsidP="1030D1EF" w:rsidRDefault="487DDC34" w14:paraId="4714D007" w14:textId="77777777">
            <w:pPr>
              <w:spacing w:before="40" w:after="40"/>
              <w:jc w:val="center"/>
            </w:pPr>
            <w:r w:rsidRPr="1030D1EF" w:rsidR="487DDC34">
              <w:rPr>
                <w:rFonts w:ascii="Calibri" w:hAnsi="Calibri"/>
                <w:color w:val="000000" w:themeColor="text1" w:themeTint="FF" w:themeShade="FF"/>
                <w:sz w:val="20"/>
                <w:szCs w:val="20"/>
              </w:rPr>
              <w:t>2500</w:t>
            </w:r>
          </w:p>
        </w:tc>
        <w:tc>
          <w:tcPr>
            <w:tcW w:w="1728" w:type="dxa"/>
            <w:tcMar/>
            <w:vAlign w:val="center"/>
          </w:tcPr>
          <w:p w:rsidR="487DDC34" w:rsidP="487DDC34" w:rsidRDefault="487DDC34" w14:paraId="6A23A081" w14:textId="77777777">
            <w:pPr>
              <w:spacing w:before="40" w:after="40"/>
            </w:pPr>
            <w:r w:rsidRPr="487DDC34">
              <w:rPr>
                <w:rFonts w:ascii="Calibri" w:hAnsi="Calibri"/>
                <w:color w:val="000000" w:themeColor="text1"/>
                <w:sz w:val="20"/>
                <w:szCs w:val="20"/>
              </w:rPr>
              <w:t>One year</w:t>
            </w:r>
          </w:p>
        </w:tc>
      </w:tr>
      <w:tr w:rsidR="487DDC34" w:rsidTr="1030D1EF" w14:paraId="2C602627" w14:textId="77777777">
        <w:trPr>
          <w:trHeight w:val="300"/>
        </w:trPr>
        <w:tc>
          <w:tcPr>
            <w:tcW w:w="4608" w:type="dxa"/>
            <w:tcMar/>
            <w:vAlign w:val="center"/>
          </w:tcPr>
          <w:p w:rsidR="487DDC34" w:rsidP="487DDC34" w:rsidRDefault="487DDC34" w14:paraId="7479222D" w14:textId="77777777">
            <w:pPr>
              <w:spacing w:before="40" w:after="40"/>
            </w:pPr>
            <w:r w:rsidRPr="487DDC34">
              <w:rPr>
                <w:rFonts w:ascii="Calibri" w:hAnsi="Calibri"/>
                <w:color w:val="000000" w:themeColor="text1"/>
                <w:sz w:val="20"/>
                <w:szCs w:val="20"/>
              </w:rPr>
              <w:t>Higher Certificate in Business in Procurement, Logistics and Supply Chain Management Year 2</w:t>
            </w:r>
          </w:p>
        </w:tc>
        <w:tc>
          <w:tcPr>
            <w:tcW w:w="1296" w:type="dxa"/>
            <w:tcMar/>
            <w:vAlign w:val="center"/>
          </w:tcPr>
          <w:p w:rsidR="487DDC34" w:rsidP="487DDC34" w:rsidRDefault="487DDC34" w14:paraId="4941C4A1" w14:textId="77777777">
            <w:pPr>
              <w:spacing w:before="40" w:after="40"/>
            </w:pPr>
            <w:r w:rsidRPr="487DDC34">
              <w:rPr>
                <w:rFonts w:ascii="Calibri" w:hAnsi="Calibri"/>
                <w:color w:val="000000" w:themeColor="text1"/>
                <w:sz w:val="20"/>
                <w:szCs w:val="20"/>
              </w:rPr>
              <w:t>6</w:t>
            </w:r>
          </w:p>
        </w:tc>
        <w:tc>
          <w:tcPr>
            <w:tcW w:w="1296" w:type="dxa"/>
            <w:tcMar/>
            <w:vAlign w:val="center"/>
          </w:tcPr>
          <w:p w:rsidR="487DDC34" w:rsidP="487DDC34" w:rsidRDefault="487DDC34" w14:paraId="0EED7E96" w14:textId="77777777">
            <w:pPr>
              <w:spacing w:before="40" w:after="40"/>
            </w:pPr>
            <w:r w:rsidRPr="487DDC34">
              <w:rPr>
                <w:rFonts w:ascii="Calibri" w:hAnsi="Calibri"/>
                <w:color w:val="000000" w:themeColor="text1"/>
                <w:sz w:val="20"/>
                <w:szCs w:val="20"/>
              </w:rPr>
              <w:t>P/T</w:t>
            </w:r>
          </w:p>
        </w:tc>
        <w:tc>
          <w:tcPr>
            <w:tcW w:w="1296" w:type="dxa"/>
            <w:tcMar/>
            <w:vAlign w:val="center"/>
          </w:tcPr>
          <w:p w:rsidR="487DDC34" w:rsidP="487DDC34" w:rsidRDefault="487DDC34" w14:paraId="296FD203" w14:textId="77777777">
            <w:pPr>
              <w:spacing w:before="40" w:after="40"/>
            </w:pPr>
            <w:r w:rsidRPr="487DDC34">
              <w:rPr>
                <w:rFonts w:ascii="Calibri" w:hAnsi="Calibri"/>
                <w:color w:val="000000" w:themeColor="text1"/>
                <w:sz w:val="20"/>
                <w:szCs w:val="20"/>
              </w:rPr>
              <w:t>60</w:t>
            </w:r>
          </w:p>
        </w:tc>
        <w:tc>
          <w:tcPr>
            <w:tcW w:w="1584" w:type="dxa"/>
            <w:tcMar/>
            <w:vAlign w:val="center"/>
          </w:tcPr>
          <w:p w:rsidR="487DDC34" w:rsidP="1030D1EF" w:rsidRDefault="487DDC34" w14:paraId="12560D73" w14:textId="77777777">
            <w:pPr>
              <w:spacing w:before="40" w:after="40"/>
              <w:jc w:val="center"/>
            </w:pPr>
            <w:r w:rsidRPr="1030D1EF" w:rsidR="487DDC34">
              <w:rPr>
                <w:rFonts w:ascii="Calibri" w:hAnsi="Calibri"/>
                <w:color w:val="000000" w:themeColor="text1" w:themeTint="FF" w:themeShade="FF"/>
                <w:sz w:val="20"/>
                <w:szCs w:val="20"/>
              </w:rPr>
              <w:t>2500</w:t>
            </w:r>
          </w:p>
        </w:tc>
        <w:tc>
          <w:tcPr>
            <w:tcW w:w="1728" w:type="dxa"/>
            <w:tcMar/>
            <w:vAlign w:val="center"/>
          </w:tcPr>
          <w:p w:rsidR="487DDC34" w:rsidP="487DDC34" w:rsidRDefault="487DDC34" w14:paraId="371E4888" w14:textId="77777777">
            <w:pPr>
              <w:spacing w:before="40" w:after="40"/>
            </w:pPr>
            <w:r w:rsidRPr="487DDC34">
              <w:rPr>
                <w:rFonts w:ascii="Calibri" w:hAnsi="Calibri"/>
                <w:color w:val="000000" w:themeColor="text1"/>
                <w:sz w:val="20"/>
                <w:szCs w:val="20"/>
              </w:rPr>
              <w:t>One Year</w:t>
            </w:r>
          </w:p>
        </w:tc>
      </w:tr>
      <w:tr w:rsidR="0040090F" w:rsidTr="1030D1EF" w14:paraId="6B86C18F" w14:textId="77777777">
        <w:trPr/>
        <w:tc>
          <w:tcPr>
            <w:tcW w:w="4608" w:type="dxa"/>
            <w:tcMar/>
            <w:vAlign w:val="center"/>
          </w:tcPr>
          <w:p w:rsidR="0040090F" w:rsidRDefault="0085639A" w14:paraId="19C9AC1E" w14:textId="77777777">
            <w:pPr>
              <w:spacing w:before="40" w:after="40"/>
            </w:pPr>
            <w:r>
              <w:rPr>
                <w:rFonts w:ascii="Calibri" w:hAnsi="Calibri"/>
                <w:color w:val="000000"/>
                <w:sz w:val="20"/>
              </w:rPr>
              <w:t>Bachelor of Business in Sustainable Procurement, Logistics and Supply Chain Management Year 3 (add-on)</w:t>
            </w:r>
          </w:p>
        </w:tc>
        <w:tc>
          <w:tcPr>
            <w:tcW w:w="1296" w:type="dxa"/>
            <w:tcMar/>
            <w:vAlign w:val="center"/>
          </w:tcPr>
          <w:p w:rsidR="0040090F" w:rsidRDefault="0085639A" w14:paraId="68DCBE8E" w14:textId="77777777">
            <w:pPr>
              <w:spacing w:before="40" w:after="40"/>
            </w:pPr>
            <w:r>
              <w:rPr>
                <w:rFonts w:ascii="Calibri" w:hAnsi="Calibri"/>
                <w:color w:val="000000"/>
                <w:sz w:val="20"/>
              </w:rPr>
              <w:t>7</w:t>
            </w:r>
          </w:p>
        </w:tc>
        <w:tc>
          <w:tcPr>
            <w:tcW w:w="1296" w:type="dxa"/>
            <w:tcMar/>
            <w:vAlign w:val="center"/>
          </w:tcPr>
          <w:p w:rsidR="0040090F" w:rsidRDefault="0085639A" w14:paraId="77874E9C" w14:textId="77777777">
            <w:pPr>
              <w:spacing w:before="40" w:after="40"/>
            </w:pPr>
            <w:r>
              <w:rPr>
                <w:rFonts w:ascii="Calibri" w:hAnsi="Calibri"/>
                <w:color w:val="000000"/>
                <w:sz w:val="20"/>
              </w:rPr>
              <w:t>P/T</w:t>
            </w:r>
          </w:p>
        </w:tc>
        <w:tc>
          <w:tcPr>
            <w:tcW w:w="1296" w:type="dxa"/>
            <w:tcMar/>
            <w:vAlign w:val="center"/>
          </w:tcPr>
          <w:p w:rsidR="0040090F" w:rsidRDefault="0085639A" w14:paraId="1CDFAEA2" w14:textId="77777777">
            <w:pPr>
              <w:spacing w:before="40" w:after="40"/>
            </w:pPr>
            <w:r>
              <w:rPr>
                <w:rFonts w:ascii="Calibri" w:hAnsi="Calibri"/>
                <w:color w:val="000000"/>
                <w:sz w:val="20"/>
              </w:rPr>
              <w:t>60</w:t>
            </w:r>
          </w:p>
        </w:tc>
        <w:tc>
          <w:tcPr>
            <w:tcW w:w="1584" w:type="dxa"/>
            <w:tcMar/>
            <w:vAlign w:val="center"/>
          </w:tcPr>
          <w:p w:rsidR="0040090F" w:rsidP="1030D1EF" w:rsidRDefault="0085639A" w14:paraId="4C3B4F59"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1A5FE2A6" w14:textId="77777777">
            <w:pPr>
              <w:spacing w:before="40" w:after="40"/>
            </w:pPr>
            <w:r>
              <w:rPr>
                <w:rFonts w:ascii="Calibri" w:hAnsi="Calibri"/>
                <w:color w:val="000000"/>
                <w:sz w:val="20"/>
              </w:rPr>
              <w:t>One Year</w:t>
            </w:r>
          </w:p>
        </w:tc>
      </w:tr>
      <w:tr w:rsidR="0040090F" w:rsidTr="1030D1EF" w14:paraId="272CA0BB" w14:textId="77777777">
        <w:trPr/>
        <w:tc>
          <w:tcPr>
            <w:tcW w:w="4608" w:type="dxa"/>
            <w:tcMar/>
            <w:vAlign w:val="center"/>
          </w:tcPr>
          <w:p w:rsidR="0040090F" w:rsidRDefault="0085639A" w14:paraId="2BBC8130" w14:textId="77777777">
            <w:pPr>
              <w:spacing w:before="40" w:after="40"/>
            </w:pPr>
            <w:r>
              <w:rPr>
                <w:rFonts w:ascii="Calibri" w:hAnsi="Calibri"/>
                <w:color w:val="000000"/>
                <w:sz w:val="20"/>
              </w:rPr>
              <w:t>Bachelor of Business (</w:t>
            </w:r>
            <w:proofErr w:type="spellStart"/>
            <w:r>
              <w:rPr>
                <w:rFonts w:ascii="Calibri" w:hAnsi="Calibri"/>
                <w:color w:val="000000"/>
                <w:sz w:val="20"/>
              </w:rPr>
              <w:t>Honours</w:t>
            </w:r>
            <w:proofErr w:type="spellEnd"/>
            <w:r>
              <w:rPr>
                <w:rFonts w:ascii="Calibri" w:hAnsi="Calibri"/>
                <w:color w:val="000000"/>
                <w:sz w:val="20"/>
              </w:rPr>
              <w:t>) in Strategic Procurement, Logistics and Supply Chain Management Year 4 (add-on)</w:t>
            </w:r>
          </w:p>
        </w:tc>
        <w:tc>
          <w:tcPr>
            <w:tcW w:w="1296" w:type="dxa"/>
            <w:tcMar/>
            <w:vAlign w:val="center"/>
          </w:tcPr>
          <w:p w:rsidR="0040090F" w:rsidRDefault="0085639A" w14:paraId="79B4DA30" w14:textId="77777777">
            <w:pPr>
              <w:spacing w:before="40" w:after="40"/>
            </w:pPr>
            <w:r>
              <w:rPr>
                <w:rFonts w:ascii="Calibri" w:hAnsi="Calibri"/>
                <w:color w:val="000000"/>
                <w:sz w:val="20"/>
              </w:rPr>
              <w:t>8</w:t>
            </w:r>
          </w:p>
        </w:tc>
        <w:tc>
          <w:tcPr>
            <w:tcW w:w="1296" w:type="dxa"/>
            <w:tcMar/>
            <w:vAlign w:val="center"/>
          </w:tcPr>
          <w:p w:rsidR="0040090F" w:rsidRDefault="0085639A" w14:paraId="2A2355C8" w14:textId="77777777">
            <w:pPr>
              <w:spacing w:before="40" w:after="40"/>
            </w:pPr>
            <w:r>
              <w:rPr>
                <w:rFonts w:ascii="Calibri" w:hAnsi="Calibri"/>
                <w:color w:val="000000"/>
                <w:sz w:val="20"/>
              </w:rPr>
              <w:t>P/T</w:t>
            </w:r>
          </w:p>
        </w:tc>
        <w:tc>
          <w:tcPr>
            <w:tcW w:w="1296" w:type="dxa"/>
            <w:tcMar/>
            <w:vAlign w:val="center"/>
          </w:tcPr>
          <w:p w:rsidR="0040090F" w:rsidRDefault="0085639A" w14:paraId="289E9454"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6AD169B"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19492C13" w14:textId="77777777">
            <w:pPr>
              <w:spacing w:before="40" w:after="40"/>
            </w:pPr>
            <w:r>
              <w:rPr>
                <w:rFonts w:ascii="Calibri" w:hAnsi="Calibri"/>
                <w:color w:val="000000"/>
                <w:sz w:val="20"/>
              </w:rPr>
              <w:t>One Year</w:t>
            </w:r>
          </w:p>
        </w:tc>
      </w:tr>
      <w:tr w:rsidR="0040090F" w:rsidTr="1030D1EF" w14:paraId="6055831C" w14:textId="77777777">
        <w:trPr/>
        <w:tc>
          <w:tcPr>
            <w:tcW w:w="4608" w:type="dxa"/>
            <w:tcMar/>
            <w:vAlign w:val="center"/>
          </w:tcPr>
          <w:p w:rsidR="0040090F" w:rsidRDefault="0085639A" w14:paraId="761EF8E0" w14:textId="77777777">
            <w:pPr>
              <w:spacing w:before="40" w:after="40"/>
            </w:pPr>
            <w:r>
              <w:rPr>
                <w:rFonts w:ascii="Calibri" w:hAnsi="Calibri"/>
                <w:color w:val="000000"/>
                <w:sz w:val="20"/>
              </w:rPr>
              <w:t>Higher Diploma in Business Operations Management</w:t>
            </w:r>
          </w:p>
        </w:tc>
        <w:tc>
          <w:tcPr>
            <w:tcW w:w="1296" w:type="dxa"/>
            <w:tcMar/>
            <w:vAlign w:val="center"/>
          </w:tcPr>
          <w:p w:rsidR="0040090F" w:rsidRDefault="0085639A" w14:paraId="1D3EAC81" w14:textId="77777777">
            <w:pPr>
              <w:spacing w:before="40" w:after="40"/>
            </w:pPr>
            <w:r>
              <w:rPr>
                <w:rFonts w:ascii="Calibri" w:hAnsi="Calibri"/>
                <w:color w:val="000000"/>
                <w:sz w:val="20"/>
              </w:rPr>
              <w:t>8</w:t>
            </w:r>
          </w:p>
        </w:tc>
        <w:tc>
          <w:tcPr>
            <w:tcW w:w="1296" w:type="dxa"/>
            <w:tcMar/>
            <w:vAlign w:val="center"/>
          </w:tcPr>
          <w:p w:rsidR="0040090F" w:rsidRDefault="0085639A" w14:paraId="086C7F8C" w14:textId="77777777">
            <w:pPr>
              <w:spacing w:before="40" w:after="40"/>
            </w:pPr>
            <w:r>
              <w:rPr>
                <w:rFonts w:ascii="Calibri" w:hAnsi="Calibri"/>
                <w:color w:val="000000"/>
                <w:sz w:val="20"/>
              </w:rPr>
              <w:t>P/T</w:t>
            </w:r>
          </w:p>
        </w:tc>
        <w:tc>
          <w:tcPr>
            <w:tcW w:w="1296" w:type="dxa"/>
            <w:tcMar/>
            <w:vAlign w:val="center"/>
          </w:tcPr>
          <w:p w:rsidR="0040090F" w:rsidRDefault="0085639A" w14:paraId="4565D78E"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F0B372D" w14:textId="77777777">
            <w:pPr>
              <w:spacing w:before="40" w:after="40"/>
              <w:jc w:val="center"/>
            </w:pPr>
            <w:r w:rsidRPr="1030D1EF" w:rsidR="0085639A">
              <w:rPr>
                <w:rFonts w:ascii="Calibri" w:hAnsi="Calibri"/>
                <w:color w:val="000000" w:themeColor="text1" w:themeTint="FF" w:themeShade="FF"/>
                <w:sz w:val="20"/>
                <w:szCs w:val="20"/>
              </w:rPr>
              <w:t>2500</w:t>
            </w:r>
          </w:p>
        </w:tc>
        <w:tc>
          <w:tcPr>
            <w:tcW w:w="1728" w:type="dxa"/>
            <w:tcMar/>
            <w:vAlign w:val="center"/>
          </w:tcPr>
          <w:p w:rsidR="0040090F" w:rsidRDefault="0085639A" w14:paraId="1C50BC53" w14:textId="77777777">
            <w:pPr>
              <w:spacing w:before="40" w:after="40"/>
            </w:pPr>
            <w:r>
              <w:rPr>
                <w:rFonts w:ascii="Calibri" w:hAnsi="Calibri"/>
                <w:color w:val="000000"/>
                <w:sz w:val="20"/>
              </w:rPr>
              <w:t>One Year</w:t>
            </w:r>
          </w:p>
        </w:tc>
      </w:tr>
    </w:tbl>
    <w:p w:rsidR="1030D1EF" w:rsidRDefault="1030D1EF" w14:paraId="16CCC479" w14:textId="0F8B6055"/>
    <w:p w:rsidR="0040090F" w:rsidRDefault="0040090F" w14:paraId="2648341E" w14:textId="77777777"/>
    <w:p w:rsidR="0040090F" w:rsidP="7063EEBE" w:rsidRDefault="0040090F" w14:paraId="0AFF9406" w14:textId="77ABE866">
      <w:pPr>
        <w:pBdr>
          <w:bottom w:val="single" w:color="C9A227" w:sz="12" w:space="0"/>
        </w:pBdr>
        <w:rPr>
          <w:rFonts w:ascii="Calibri" w:hAnsi="Calibri"/>
          <w:b w:val="1"/>
          <w:bCs w:val="1"/>
          <w:color w:val="000000" w:themeColor="text1" w:themeTint="FF" w:themeShade="FF"/>
        </w:rPr>
      </w:pPr>
    </w:p>
    <w:p w:rsidR="0040090F" w:rsidP="7063EEBE" w:rsidRDefault="0040090F" w14:paraId="0C75D615" w14:textId="28CE665E">
      <w:pPr>
        <w:pBdr>
          <w:bottom w:val="single" w:color="C9A227" w:sz="12" w:space="0"/>
        </w:pBdr>
        <w:rPr>
          <w:rFonts w:ascii="Calibri" w:hAnsi="Calibri"/>
          <w:b w:val="1"/>
          <w:bCs w:val="1"/>
          <w:color w:val="000000" w:themeColor="text1" w:themeTint="FF" w:themeShade="FF"/>
        </w:rPr>
      </w:pPr>
    </w:p>
    <w:p w:rsidR="0040090F" w:rsidP="7063EEBE" w:rsidRDefault="0040090F" w14:paraId="367B7229" w14:textId="3FB5E8EF">
      <w:pPr>
        <w:pBdr>
          <w:bottom w:val="single" w:color="C9A227" w:sz="12" w:space="0"/>
        </w:pBdr>
        <w:rPr>
          <w:rFonts w:ascii="Calibri" w:hAnsi="Calibri"/>
          <w:b w:val="1"/>
          <w:bCs w:val="1"/>
          <w:color w:val="000000" w:themeColor="text1" w:themeTint="FF" w:themeShade="FF"/>
        </w:rPr>
      </w:pPr>
    </w:p>
    <w:p w:rsidR="0040090F" w:rsidP="7063EEBE" w:rsidRDefault="0040090F" w14:paraId="72608376" w14:textId="73EA84A3">
      <w:pPr>
        <w:pBdr>
          <w:bottom w:val="single" w:color="C9A227" w:sz="12" w:space="0"/>
        </w:pBdr>
        <w:rPr>
          <w:rFonts w:ascii="Calibri" w:hAnsi="Calibri"/>
          <w:b w:val="1"/>
          <w:bCs w:val="1"/>
          <w:color w:val="000000" w:themeColor="text1" w:themeTint="FF" w:themeShade="FF"/>
        </w:rPr>
      </w:pPr>
    </w:p>
    <w:p w:rsidR="0040090F" w:rsidP="7063EEBE" w:rsidRDefault="0040090F" w14:paraId="58D75658" w14:textId="2DB35C67">
      <w:pPr>
        <w:pBdr>
          <w:bottom w:val="single" w:color="C9A227" w:sz="12" w:space="0"/>
        </w:pBdr>
        <w:rPr>
          <w:rFonts w:ascii="Calibri" w:hAnsi="Calibri"/>
          <w:b w:val="1"/>
          <w:bCs w:val="1"/>
          <w:color w:val="000000" w:themeColor="text1" w:themeTint="FF" w:themeShade="FF"/>
        </w:rPr>
      </w:pPr>
    </w:p>
    <w:p w:rsidR="0040090F" w:rsidP="7063EEBE" w:rsidRDefault="0040090F" w14:paraId="3A6A5DAC" w14:textId="51E4FAE2">
      <w:pPr>
        <w:pBdr>
          <w:bottom w:val="single" w:color="C9A227" w:sz="12" w:space="0"/>
        </w:pBdr>
        <w:rPr>
          <w:rFonts w:ascii="Calibri" w:hAnsi="Calibri"/>
          <w:b w:val="1"/>
          <w:bCs w:val="1"/>
          <w:color w:val="000000" w:themeColor="text1" w:themeTint="FF" w:themeShade="FF"/>
        </w:rPr>
      </w:pPr>
    </w:p>
    <w:p w:rsidR="0040090F" w:rsidP="7063EEBE" w:rsidRDefault="0040090F" w14:paraId="3BB92E10" w14:textId="3619D90F">
      <w:pPr>
        <w:pBdr>
          <w:bottom w:val="single" w:color="C9A227" w:sz="12" w:space="0"/>
        </w:pBdr>
        <w:rPr>
          <w:rFonts w:ascii="Calibri" w:hAnsi="Calibri"/>
          <w:b w:val="1"/>
          <w:bCs w:val="1"/>
          <w:color w:val="000000" w:themeColor="text1" w:themeTint="FF" w:themeShade="FF"/>
        </w:rPr>
      </w:pPr>
    </w:p>
    <w:p w:rsidR="0040090F" w:rsidP="7063EEBE" w:rsidRDefault="0040090F" w14:paraId="04BD4F3A" w14:textId="7DD08C25">
      <w:pPr>
        <w:pBdr>
          <w:bottom w:val="single" w:color="C9A227" w:sz="12" w:space="0"/>
        </w:pBdr>
        <w:rPr>
          <w:rFonts w:ascii="Calibri" w:hAnsi="Calibri"/>
          <w:b w:val="1"/>
          <w:bCs w:val="1"/>
          <w:color w:val="000000" w:themeColor="text1" w:themeTint="FF" w:themeShade="FF"/>
        </w:rPr>
      </w:pPr>
      <w:r w:rsidRPr="7063EEBE" w:rsidR="5607DB1D">
        <w:rPr>
          <w:rFonts w:ascii="Calibri" w:hAnsi="Calibri"/>
          <w:b w:val="1"/>
          <w:bCs w:val="1"/>
          <w:color w:val="000000" w:themeColor="text1" w:themeTint="FF" w:themeShade="FF"/>
        </w:rPr>
        <w:t>SECTION 1.3 MICRO</w:t>
      </w:r>
      <w:r w:rsidRPr="7063EEBE" w:rsidR="1B3F0F9F">
        <w:rPr>
          <w:rFonts w:ascii="Calibri" w:hAnsi="Calibri"/>
          <w:b w:val="1"/>
          <w:bCs w:val="1"/>
          <w:color w:val="000000" w:themeColor="text1" w:themeTint="FF" w:themeShade="FF"/>
        </w:rPr>
        <w:t>-CREDENTIALS</w:t>
      </w:r>
      <w:r w:rsidRPr="7063EEBE" w:rsidR="5607DB1D">
        <w:rPr>
          <w:rFonts w:ascii="Calibri" w:hAnsi="Calibri"/>
          <w:b w:val="1"/>
          <w:bCs w:val="1"/>
          <w:color w:val="000000" w:themeColor="text1" w:themeTint="FF" w:themeShade="FF"/>
        </w:rPr>
        <w:t xml:space="preserve"> PART-TIME PROGRAMMES FOR 2026/2027 ACADEMIC YEAR-MIDLANDS</w:t>
      </w:r>
    </w:p>
    <w:tbl>
      <w:tblPr>
        <w:tblW w:w="0" w:type="auto"/>
        <w:jc w:val="center"/>
        <w:tblBorders>
          <w:top w:val="single" w:color="C9A227" w:sz="8"/>
          <w:left w:val="single" w:color="C9A227" w:sz="8"/>
          <w:bottom w:val="single" w:color="C9A227" w:sz="8"/>
          <w:right w:val="single" w:color="C9A227" w:sz="8"/>
          <w:insideH w:val="single" w:color="C9A227" w:sz="8"/>
          <w:insideV w:val="single" w:color="C9A227" w:sz="8"/>
        </w:tblBorders>
        <w:tblLook w:val="04A0" w:firstRow="1" w:lastRow="0" w:firstColumn="1" w:lastColumn="0" w:noHBand="0" w:noVBand="1"/>
      </w:tblPr>
      <w:tblGrid>
        <w:gridCol w:w="4608"/>
        <w:gridCol w:w="1296"/>
        <w:gridCol w:w="1296"/>
        <w:gridCol w:w="1296"/>
        <w:gridCol w:w="1584"/>
        <w:gridCol w:w="1728"/>
      </w:tblGrid>
      <w:tr w:rsidR="7063EEBE" w:rsidTr="34AAF34B" w14:paraId="750EDF4C">
        <w:trPr>
          <w:trHeight w:val="300"/>
        </w:trPr>
        <w:tc>
          <w:tcPr>
            <w:tcW w:w="4608" w:type="dxa"/>
            <w:shd w:val="clear" w:color="auto" w:fill="000000" w:themeFill="text1"/>
            <w:tcMar/>
            <w:vAlign w:val="center"/>
          </w:tcPr>
          <w:p w:rsidR="7063EEBE" w:rsidP="7063EEBE" w:rsidRDefault="7063EEBE" w14:paraId="7A398019" w14:textId="65D91131">
            <w:pPr>
              <w:spacing w:before="40" w:after="40"/>
              <w:jc w:val="center"/>
            </w:pPr>
            <w:r w:rsidRPr="7063EEBE" w:rsidR="7063EEBE">
              <w:rPr>
                <w:rFonts w:ascii="Calibri" w:hAnsi="Calibri"/>
                <w:b w:val="1"/>
                <w:bCs w:val="1"/>
                <w:color w:val="FFFFFF" w:themeColor="background1" w:themeTint="FF" w:themeShade="FF"/>
                <w:sz w:val="20"/>
                <w:szCs w:val="20"/>
              </w:rPr>
              <w:t>1.</w:t>
            </w:r>
            <w:r w:rsidRPr="7063EEBE" w:rsidR="0568F7AD">
              <w:rPr>
                <w:rFonts w:ascii="Calibri" w:hAnsi="Calibri"/>
                <w:b w:val="1"/>
                <w:bCs w:val="1"/>
                <w:color w:val="FFFFFF" w:themeColor="background1" w:themeTint="FF" w:themeShade="FF"/>
                <w:sz w:val="20"/>
                <w:szCs w:val="20"/>
              </w:rPr>
              <w:t>3</w:t>
            </w:r>
            <w:r w:rsidRPr="7063EEBE" w:rsidR="7063EEBE">
              <w:rPr>
                <w:rFonts w:ascii="Calibri" w:hAnsi="Calibri"/>
                <w:b w:val="1"/>
                <w:bCs w:val="1"/>
                <w:color w:val="FFFFFF" w:themeColor="background1" w:themeTint="FF" w:themeShade="FF"/>
                <w:sz w:val="20"/>
                <w:szCs w:val="20"/>
              </w:rPr>
              <w:t xml:space="preserve"> LIFELONG LEARNING</w:t>
            </w:r>
            <w:r w:rsidRPr="7063EEBE" w:rsidR="49EB22DE">
              <w:rPr>
                <w:rFonts w:ascii="Calibri" w:hAnsi="Calibri"/>
                <w:b w:val="1"/>
                <w:bCs w:val="1"/>
                <w:color w:val="FFFFFF" w:themeColor="background1" w:themeTint="FF" w:themeShade="FF"/>
                <w:sz w:val="20"/>
                <w:szCs w:val="20"/>
              </w:rPr>
              <w:t xml:space="preserve"> –MICO-CRED</w:t>
            </w:r>
            <w:r w:rsidRPr="7063EEBE" w:rsidR="7063EEBE">
              <w:rPr>
                <w:rFonts w:ascii="Calibri" w:hAnsi="Calibri"/>
                <w:b w:val="1"/>
                <w:bCs w:val="1"/>
                <w:color w:val="FFFFFF" w:themeColor="background1" w:themeTint="FF" w:themeShade="FF"/>
                <w:sz w:val="20"/>
                <w:szCs w:val="20"/>
              </w:rPr>
              <w:t xml:space="preserve"> PART-TIME PROGRAMMES-MIDLANDS 2026/2027</w:t>
            </w:r>
          </w:p>
        </w:tc>
        <w:tc>
          <w:tcPr>
            <w:tcW w:w="1296" w:type="dxa"/>
            <w:shd w:val="clear" w:color="auto" w:fill="000000" w:themeFill="text1"/>
            <w:tcMar/>
            <w:vAlign w:val="center"/>
          </w:tcPr>
          <w:p w:rsidR="7063EEBE" w:rsidP="7063EEBE" w:rsidRDefault="7063EEBE" w14:paraId="57AB4DB8" w14:textId="4B04A841">
            <w:pPr>
              <w:spacing w:before="40" w:after="40"/>
              <w:jc w:val="center"/>
              <w:rPr>
                <w:rFonts w:ascii="Calibri" w:hAnsi="Calibri"/>
                <w:b w:val="1"/>
                <w:bCs w:val="1"/>
                <w:color w:val="FFFFFF" w:themeColor="background1" w:themeTint="FF" w:themeShade="FF"/>
                <w:sz w:val="20"/>
                <w:szCs w:val="20"/>
              </w:rPr>
            </w:pPr>
          </w:p>
        </w:tc>
        <w:tc>
          <w:tcPr>
            <w:tcW w:w="1296" w:type="dxa"/>
            <w:shd w:val="clear" w:color="auto" w:fill="000000" w:themeFill="text1"/>
            <w:tcMar/>
            <w:vAlign w:val="center"/>
          </w:tcPr>
          <w:p w:rsidR="7063EEBE" w:rsidP="7063EEBE" w:rsidRDefault="7063EEBE" w14:paraId="1F692B70" w14:textId="2D6057BE">
            <w:pPr>
              <w:spacing w:before="40" w:after="40"/>
              <w:jc w:val="center"/>
              <w:rPr>
                <w:rFonts w:ascii="Calibri" w:hAnsi="Calibri"/>
                <w:b w:val="1"/>
                <w:bCs w:val="1"/>
                <w:color w:val="FFFFFF" w:themeColor="background1" w:themeTint="FF" w:themeShade="FF"/>
                <w:sz w:val="20"/>
                <w:szCs w:val="20"/>
              </w:rPr>
            </w:pPr>
          </w:p>
        </w:tc>
        <w:tc>
          <w:tcPr>
            <w:tcW w:w="1296" w:type="dxa"/>
            <w:shd w:val="clear" w:color="auto" w:fill="000000" w:themeFill="text1"/>
            <w:tcMar/>
            <w:vAlign w:val="center"/>
          </w:tcPr>
          <w:p w:rsidR="7063EEBE" w:rsidP="7063EEBE" w:rsidRDefault="7063EEBE" w14:paraId="3E4D8903" w14:textId="795D6C47">
            <w:pPr>
              <w:spacing w:before="40" w:after="40"/>
              <w:jc w:val="center"/>
              <w:rPr>
                <w:rFonts w:ascii="Calibri" w:hAnsi="Calibri"/>
                <w:b w:val="1"/>
                <w:bCs w:val="1"/>
                <w:color w:val="FFFFFF" w:themeColor="background1" w:themeTint="FF" w:themeShade="FF"/>
                <w:sz w:val="20"/>
                <w:szCs w:val="20"/>
              </w:rPr>
            </w:pPr>
          </w:p>
        </w:tc>
        <w:tc>
          <w:tcPr>
            <w:tcW w:w="1584" w:type="dxa"/>
            <w:shd w:val="clear" w:color="auto" w:fill="000000" w:themeFill="text1"/>
            <w:tcMar/>
            <w:vAlign w:val="center"/>
          </w:tcPr>
          <w:p w:rsidR="7063EEBE" w:rsidP="7063EEBE" w:rsidRDefault="7063EEBE" w14:paraId="36BB8583" w14:textId="33B27582">
            <w:pPr>
              <w:spacing w:before="40" w:after="40"/>
              <w:jc w:val="center"/>
              <w:rPr>
                <w:rFonts w:ascii="Calibri" w:hAnsi="Calibri"/>
                <w:b w:val="1"/>
                <w:bCs w:val="1"/>
                <w:color w:val="FFFFFF" w:themeColor="background1" w:themeTint="FF" w:themeShade="FF"/>
                <w:sz w:val="20"/>
                <w:szCs w:val="20"/>
              </w:rPr>
            </w:pPr>
          </w:p>
        </w:tc>
        <w:tc>
          <w:tcPr>
            <w:tcW w:w="1728" w:type="dxa"/>
            <w:shd w:val="clear" w:color="auto" w:fill="000000" w:themeFill="text1"/>
            <w:tcMar/>
            <w:vAlign w:val="center"/>
          </w:tcPr>
          <w:p w:rsidR="7063EEBE" w:rsidP="7063EEBE" w:rsidRDefault="7063EEBE" w14:paraId="0028F2BB" w14:textId="75606860">
            <w:pPr>
              <w:spacing w:before="40" w:after="40"/>
              <w:jc w:val="center"/>
            </w:pPr>
            <w:r w:rsidRPr="7063EEBE" w:rsidR="7063EEBE">
              <w:rPr>
                <w:rFonts w:ascii="Calibri" w:hAnsi="Calibri"/>
                <w:b w:val="1"/>
                <w:bCs w:val="1"/>
                <w:color w:val="FFFFFF" w:themeColor="background1" w:themeTint="FF" w:themeShade="FF"/>
                <w:sz w:val="20"/>
                <w:szCs w:val="20"/>
              </w:rPr>
              <w:t>1.3 LIFELONG LEARNING</w:t>
            </w:r>
            <w:r w:rsidRPr="7063EEBE" w:rsidR="0495733C">
              <w:rPr>
                <w:rFonts w:ascii="Calibri" w:hAnsi="Calibri"/>
                <w:b w:val="1"/>
                <w:bCs w:val="1"/>
                <w:color w:val="FFFFFF" w:themeColor="background1" w:themeTint="FF" w:themeShade="FF"/>
                <w:sz w:val="20"/>
                <w:szCs w:val="20"/>
              </w:rPr>
              <w:t xml:space="preserve"> –MICO-CRED</w:t>
            </w:r>
            <w:r w:rsidRPr="7063EEBE" w:rsidR="7063EEBE">
              <w:rPr>
                <w:rFonts w:ascii="Calibri" w:hAnsi="Calibri"/>
                <w:b w:val="1"/>
                <w:bCs w:val="1"/>
                <w:color w:val="FFFFFF" w:themeColor="background1" w:themeTint="FF" w:themeShade="FF"/>
                <w:sz w:val="20"/>
                <w:szCs w:val="20"/>
              </w:rPr>
              <w:t xml:space="preserve"> PART-TIME PROGRAMMES-MIDLANDS 2026/2027</w:t>
            </w:r>
          </w:p>
        </w:tc>
      </w:tr>
      <w:tr w:rsidR="7063EEBE" w:rsidTr="34AAF34B" w14:paraId="00A0C806">
        <w:trPr>
          <w:trHeight w:val="300"/>
        </w:trPr>
        <w:tc>
          <w:tcPr>
            <w:tcW w:w="4608" w:type="dxa"/>
            <w:tcMar/>
            <w:vAlign w:val="center"/>
          </w:tcPr>
          <w:p w:rsidR="7063EEBE" w:rsidP="7063EEBE" w:rsidRDefault="7063EEBE" w14:paraId="613E49D6">
            <w:pPr>
              <w:spacing w:before="40" w:after="40"/>
            </w:pPr>
            <w:r w:rsidRPr="7063EEBE" w:rsidR="7063EEBE">
              <w:rPr>
                <w:rFonts w:ascii="Calibri" w:hAnsi="Calibri"/>
                <w:color w:val="000000" w:themeColor="text1" w:themeTint="FF" w:themeShade="FF"/>
                <w:sz w:val="20"/>
                <w:szCs w:val="20"/>
              </w:rPr>
              <w:t>Faculty of Continuing, Professional, Online and Distance Learning- Part Time</w:t>
            </w:r>
          </w:p>
        </w:tc>
        <w:tc>
          <w:tcPr>
            <w:tcW w:w="1296" w:type="dxa"/>
            <w:tcMar/>
            <w:vAlign w:val="center"/>
          </w:tcPr>
          <w:p w:rsidR="7063EEBE" w:rsidP="7063EEBE" w:rsidRDefault="7063EEBE" w14:paraId="4A9863E0">
            <w:pPr>
              <w:spacing w:before="40" w:after="40"/>
            </w:pPr>
            <w:r w:rsidRPr="7063EEBE" w:rsidR="7063EEBE">
              <w:rPr>
                <w:rFonts w:ascii="Calibri" w:hAnsi="Calibri"/>
                <w:color w:val="000000" w:themeColor="text1" w:themeTint="FF" w:themeShade="FF"/>
                <w:sz w:val="20"/>
                <w:szCs w:val="20"/>
              </w:rPr>
              <w:t>Faculty of Continuing, Professional, Online and Distance Learning- Part Time</w:t>
            </w:r>
          </w:p>
        </w:tc>
        <w:tc>
          <w:tcPr>
            <w:tcW w:w="1296" w:type="dxa"/>
            <w:tcMar/>
            <w:vAlign w:val="center"/>
          </w:tcPr>
          <w:p w:rsidR="7063EEBE" w:rsidP="7063EEBE" w:rsidRDefault="7063EEBE" w14:paraId="7BCF8D54">
            <w:pPr>
              <w:spacing w:before="40" w:after="40"/>
            </w:pPr>
            <w:r w:rsidRPr="7063EEBE" w:rsidR="7063EEBE">
              <w:rPr>
                <w:rFonts w:ascii="Calibri" w:hAnsi="Calibri"/>
                <w:color w:val="000000" w:themeColor="text1" w:themeTint="FF" w:themeShade="FF"/>
                <w:sz w:val="20"/>
                <w:szCs w:val="20"/>
              </w:rPr>
              <w:t>Faculty of Continuing, Professional, Online and Distance Learning- Part Time</w:t>
            </w:r>
          </w:p>
        </w:tc>
        <w:tc>
          <w:tcPr>
            <w:tcW w:w="1296" w:type="dxa"/>
            <w:tcMar/>
            <w:vAlign w:val="center"/>
          </w:tcPr>
          <w:p w:rsidR="7063EEBE" w:rsidP="7063EEBE" w:rsidRDefault="7063EEBE" w14:paraId="2C0B1813">
            <w:pPr>
              <w:spacing w:before="40" w:after="40"/>
            </w:pPr>
            <w:r w:rsidRPr="7063EEBE" w:rsidR="7063EEBE">
              <w:rPr>
                <w:rFonts w:ascii="Calibri" w:hAnsi="Calibri"/>
                <w:color w:val="000000" w:themeColor="text1" w:themeTint="FF" w:themeShade="FF"/>
                <w:sz w:val="20"/>
                <w:szCs w:val="20"/>
              </w:rPr>
              <w:t>Faculty of Continuing, Professional, Online and Distance Learning- Part Time</w:t>
            </w:r>
          </w:p>
        </w:tc>
        <w:tc>
          <w:tcPr>
            <w:tcW w:w="1584" w:type="dxa"/>
            <w:tcMar/>
            <w:vAlign w:val="center"/>
          </w:tcPr>
          <w:p w:rsidR="7063EEBE" w:rsidP="7063EEBE" w:rsidRDefault="7063EEBE" w14:paraId="25A0D4C1">
            <w:pPr>
              <w:spacing w:before="40" w:after="40"/>
            </w:pPr>
            <w:r w:rsidRPr="7063EEBE" w:rsidR="7063EEBE">
              <w:rPr>
                <w:rFonts w:ascii="Calibri" w:hAnsi="Calibri"/>
                <w:color w:val="000000" w:themeColor="text1" w:themeTint="FF" w:themeShade="FF"/>
                <w:sz w:val="20"/>
                <w:szCs w:val="20"/>
              </w:rPr>
              <w:t>Faculty of Continuing, Professional, Online and Distance Learning- Part Time</w:t>
            </w:r>
          </w:p>
        </w:tc>
        <w:tc>
          <w:tcPr>
            <w:tcW w:w="1728" w:type="dxa"/>
            <w:tcMar/>
            <w:vAlign w:val="center"/>
          </w:tcPr>
          <w:p w:rsidR="7063EEBE" w:rsidP="7063EEBE" w:rsidRDefault="7063EEBE" w14:paraId="2326AB60">
            <w:pPr>
              <w:spacing w:before="40" w:after="40"/>
            </w:pPr>
            <w:r w:rsidRPr="7063EEBE" w:rsidR="7063EEBE">
              <w:rPr>
                <w:rFonts w:ascii="Calibri" w:hAnsi="Calibri"/>
                <w:color w:val="000000" w:themeColor="text1" w:themeTint="FF" w:themeShade="FF"/>
                <w:sz w:val="20"/>
                <w:szCs w:val="20"/>
              </w:rPr>
              <w:t>Faculty of Continuing, Professional, Online and Distance Learning- Part Time</w:t>
            </w:r>
          </w:p>
        </w:tc>
      </w:tr>
      <w:tr w:rsidR="7063EEBE" w:rsidTr="34AAF34B" w14:paraId="519D08F2">
        <w:trPr>
          <w:trHeight w:val="300"/>
        </w:trPr>
        <w:tc>
          <w:tcPr>
            <w:tcW w:w="4608" w:type="dxa"/>
            <w:tcMar/>
            <w:vAlign w:val="center"/>
          </w:tcPr>
          <w:p w:rsidR="7063EEBE" w:rsidP="7063EEBE" w:rsidRDefault="7063EEBE" w14:paraId="044816E1">
            <w:pPr>
              <w:spacing w:before="40" w:after="40"/>
            </w:pPr>
          </w:p>
        </w:tc>
        <w:tc>
          <w:tcPr>
            <w:tcW w:w="1296" w:type="dxa"/>
            <w:tcMar/>
            <w:vAlign w:val="center"/>
          </w:tcPr>
          <w:p w:rsidR="7063EEBE" w:rsidP="7063EEBE" w:rsidRDefault="7063EEBE" w14:paraId="32240B1E">
            <w:pPr>
              <w:spacing w:before="40" w:after="40"/>
              <w:rPr>
                <w:rFonts w:ascii="Calibri" w:hAnsi="Calibri"/>
                <w:b w:val="1"/>
                <w:bCs w:val="1"/>
                <w:color w:val="000000" w:themeColor="text1" w:themeTint="FF" w:themeShade="FF"/>
                <w:sz w:val="20"/>
                <w:szCs w:val="20"/>
              </w:rPr>
            </w:pPr>
            <w:r w:rsidRPr="7063EEBE" w:rsidR="7063EEBE">
              <w:rPr>
                <w:rFonts w:ascii="Calibri" w:hAnsi="Calibri"/>
                <w:b w:val="1"/>
                <w:bCs w:val="1"/>
                <w:color w:val="000000" w:themeColor="text1" w:themeTint="FF" w:themeShade="FF"/>
                <w:sz w:val="20"/>
                <w:szCs w:val="20"/>
              </w:rPr>
              <w:t>NFQ Level</w:t>
            </w:r>
          </w:p>
        </w:tc>
        <w:tc>
          <w:tcPr>
            <w:tcW w:w="1296" w:type="dxa"/>
            <w:tcMar/>
            <w:vAlign w:val="center"/>
          </w:tcPr>
          <w:p w:rsidR="7063EEBE" w:rsidP="7063EEBE" w:rsidRDefault="7063EEBE" w14:paraId="67E70962">
            <w:pPr>
              <w:spacing w:before="40" w:after="40"/>
              <w:rPr>
                <w:rFonts w:ascii="Calibri" w:hAnsi="Calibri"/>
                <w:b w:val="1"/>
                <w:bCs w:val="1"/>
                <w:color w:val="000000" w:themeColor="text1" w:themeTint="FF" w:themeShade="FF"/>
                <w:sz w:val="20"/>
                <w:szCs w:val="20"/>
              </w:rPr>
            </w:pPr>
            <w:r w:rsidRPr="7063EEBE" w:rsidR="7063EEBE">
              <w:rPr>
                <w:rFonts w:ascii="Calibri" w:hAnsi="Calibri"/>
                <w:b w:val="1"/>
                <w:bCs w:val="1"/>
                <w:color w:val="000000" w:themeColor="text1" w:themeTint="FF" w:themeShade="FF"/>
                <w:sz w:val="20"/>
                <w:szCs w:val="20"/>
              </w:rPr>
              <w:t>Mode</w:t>
            </w:r>
          </w:p>
        </w:tc>
        <w:tc>
          <w:tcPr>
            <w:tcW w:w="1296" w:type="dxa"/>
            <w:tcMar/>
            <w:vAlign w:val="center"/>
          </w:tcPr>
          <w:p w:rsidR="7063EEBE" w:rsidP="7063EEBE" w:rsidRDefault="7063EEBE" w14:paraId="105D48E4">
            <w:pPr>
              <w:spacing w:before="40" w:after="40"/>
              <w:rPr>
                <w:rFonts w:ascii="Calibri" w:hAnsi="Calibri"/>
                <w:b w:val="1"/>
                <w:bCs w:val="1"/>
                <w:color w:val="000000" w:themeColor="text1" w:themeTint="FF" w:themeShade="FF"/>
                <w:sz w:val="20"/>
                <w:szCs w:val="20"/>
              </w:rPr>
            </w:pPr>
            <w:r w:rsidRPr="7063EEBE" w:rsidR="7063EEBE">
              <w:rPr>
                <w:rFonts w:ascii="Calibri" w:hAnsi="Calibri"/>
                <w:b w:val="1"/>
                <w:bCs w:val="1"/>
                <w:color w:val="000000" w:themeColor="text1" w:themeTint="FF" w:themeShade="FF"/>
                <w:sz w:val="20"/>
                <w:szCs w:val="20"/>
              </w:rPr>
              <w:t>ECTS</w:t>
            </w:r>
          </w:p>
        </w:tc>
        <w:tc>
          <w:tcPr>
            <w:tcW w:w="1584" w:type="dxa"/>
            <w:tcMar/>
            <w:vAlign w:val="center"/>
          </w:tcPr>
          <w:p w:rsidR="7063EEBE" w:rsidP="7063EEBE" w:rsidRDefault="7063EEBE" w14:paraId="006AFD71">
            <w:pPr>
              <w:spacing w:before="40" w:after="40"/>
              <w:rPr>
                <w:rFonts w:ascii="Calibri" w:hAnsi="Calibri"/>
                <w:b w:val="1"/>
                <w:bCs w:val="1"/>
                <w:color w:val="000000" w:themeColor="text1" w:themeTint="FF" w:themeShade="FF"/>
                <w:sz w:val="20"/>
                <w:szCs w:val="20"/>
              </w:rPr>
            </w:pPr>
            <w:r w:rsidRPr="7063EEBE" w:rsidR="7063EEBE">
              <w:rPr>
                <w:rFonts w:ascii="Calibri" w:hAnsi="Calibri"/>
                <w:b w:val="1"/>
                <w:bCs w:val="1"/>
                <w:color w:val="000000" w:themeColor="text1" w:themeTint="FF" w:themeShade="FF"/>
                <w:sz w:val="20"/>
                <w:szCs w:val="20"/>
              </w:rPr>
              <w:t>Fee €</w:t>
            </w:r>
          </w:p>
        </w:tc>
        <w:tc>
          <w:tcPr>
            <w:tcW w:w="1728" w:type="dxa"/>
            <w:tcMar/>
            <w:vAlign w:val="center"/>
          </w:tcPr>
          <w:p w:rsidR="7063EEBE" w:rsidP="7063EEBE" w:rsidRDefault="7063EEBE" w14:paraId="14E8D489" w14:textId="7FE30931">
            <w:pPr>
              <w:spacing w:before="40" w:after="40"/>
              <w:rPr>
                <w:rFonts w:ascii="Calibri" w:hAnsi="Calibri"/>
                <w:b w:val="1"/>
                <w:bCs w:val="1"/>
                <w:color w:val="000000" w:themeColor="text1" w:themeTint="FF" w:themeShade="FF"/>
                <w:sz w:val="20"/>
                <w:szCs w:val="20"/>
              </w:rPr>
            </w:pPr>
            <w:r w:rsidRPr="7063EEBE" w:rsidR="7063EEBE">
              <w:rPr>
                <w:rFonts w:ascii="Calibri" w:hAnsi="Calibri"/>
                <w:b w:val="1"/>
                <w:bCs w:val="1"/>
                <w:color w:val="000000" w:themeColor="text1" w:themeTint="FF" w:themeShade="FF"/>
                <w:sz w:val="20"/>
                <w:szCs w:val="20"/>
              </w:rPr>
              <w:t>Duration</w:t>
            </w:r>
          </w:p>
        </w:tc>
      </w:tr>
      <w:tr w:rsidR="7063EEBE" w:rsidTr="34AAF34B" w14:paraId="782176D3">
        <w:trPr>
          <w:trHeight w:val="300"/>
        </w:trPr>
        <w:tc>
          <w:tcPr>
            <w:tcW w:w="4608" w:type="dxa"/>
            <w:tcMar/>
            <w:vAlign w:val="center"/>
          </w:tcPr>
          <w:p w:rsidR="7063EEBE" w:rsidP="7063EEBE" w:rsidRDefault="7063EEBE" w14:paraId="6AA291E7" w14:textId="5F0F5066">
            <w:pPr>
              <w:spacing w:before="0" w:beforeAutospacing="off" w:after="0" w:afterAutospacing="off"/>
              <w:rPr>
                <w:sz w:val="20"/>
                <w:szCs w:val="20"/>
              </w:rPr>
            </w:pPr>
            <w:r w:rsidRPr="7063EEBE" w:rsidR="7063EEBE">
              <w:rPr>
                <w:sz w:val="20"/>
                <w:szCs w:val="20"/>
              </w:rPr>
              <w:t>Certificate in Business English Language Acquisition for Professionals</w:t>
            </w:r>
          </w:p>
        </w:tc>
        <w:tc>
          <w:tcPr>
            <w:tcW w:w="1296" w:type="dxa"/>
            <w:tcMar/>
            <w:vAlign w:val="center"/>
          </w:tcPr>
          <w:p w:rsidR="7063EEBE" w:rsidP="7063EEBE" w:rsidRDefault="7063EEBE" w14:paraId="10330DF2" w14:textId="440C392E">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4D701D10" w14:textId="6C6E78DB">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403ED550" w14:textId="501AC7C7">
            <w:pPr>
              <w:spacing w:before="0" w:beforeAutospacing="off" w:after="0" w:afterAutospacing="off"/>
              <w:rPr>
                <w:sz w:val="20"/>
                <w:szCs w:val="20"/>
              </w:rPr>
            </w:pPr>
            <w:r w:rsidRPr="34AAF34B" w:rsidR="162192A6">
              <w:rPr>
                <w:sz w:val="20"/>
                <w:szCs w:val="20"/>
              </w:rPr>
              <w:t>20</w:t>
            </w:r>
          </w:p>
        </w:tc>
        <w:tc>
          <w:tcPr>
            <w:tcW w:w="1584" w:type="dxa"/>
            <w:tcMar/>
            <w:vAlign w:val="center"/>
          </w:tcPr>
          <w:p w:rsidR="7063EEBE" w:rsidP="1030D1EF" w:rsidRDefault="7063EEBE" w14:paraId="4E3A0A3F" w14:textId="7C658923">
            <w:pPr>
              <w:spacing w:before="0" w:beforeAutospacing="off" w:after="0" w:afterAutospacing="off"/>
              <w:jc w:val="center"/>
              <w:rPr>
                <w:sz w:val="20"/>
                <w:szCs w:val="20"/>
              </w:rPr>
            </w:pPr>
            <w:r w:rsidRPr="34AAF34B" w:rsidR="6C2D3CAE">
              <w:rPr>
                <w:sz w:val="20"/>
                <w:szCs w:val="20"/>
              </w:rPr>
              <w:t>12</w:t>
            </w:r>
            <w:r w:rsidRPr="34AAF34B" w:rsidR="7F921398">
              <w:rPr>
                <w:sz w:val="20"/>
                <w:szCs w:val="20"/>
              </w:rPr>
              <w:t>00</w:t>
            </w:r>
          </w:p>
        </w:tc>
        <w:tc>
          <w:tcPr>
            <w:tcW w:w="1728" w:type="dxa"/>
            <w:tcMar/>
            <w:vAlign w:val="center"/>
          </w:tcPr>
          <w:p w:rsidR="7063EEBE" w:rsidP="7063EEBE" w:rsidRDefault="7063EEBE" w14:paraId="5E06859D" w14:textId="233B60E3">
            <w:pPr>
              <w:spacing w:before="0" w:beforeAutospacing="off" w:after="0" w:afterAutospacing="off"/>
              <w:rPr>
                <w:sz w:val="20"/>
                <w:szCs w:val="20"/>
              </w:rPr>
            </w:pPr>
            <w:r w:rsidRPr="7063EEBE" w:rsidR="7063EEBE">
              <w:rPr>
                <w:sz w:val="20"/>
                <w:szCs w:val="20"/>
              </w:rPr>
              <w:t>One Semester</w:t>
            </w:r>
          </w:p>
        </w:tc>
      </w:tr>
      <w:tr w:rsidR="7063EEBE" w:rsidTr="34AAF34B" w14:paraId="421555F0">
        <w:trPr>
          <w:trHeight w:val="300"/>
        </w:trPr>
        <w:tc>
          <w:tcPr>
            <w:tcW w:w="4608" w:type="dxa"/>
            <w:tcMar/>
            <w:vAlign w:val="center"/>
          </w:tcPr>
          <w:p w:rsidR="7063EEBE" w:rsidP="7063EEBE" w:rsidRDefault="7063EEBE" w14:paraId="39527D76" w14:textId="4CFE2DE5">
            <w:pPr>
              <w:spacing w:before="0" w:beforeAutospacing="off" w:after="0" w:afterAutospacing="off"/>
              <w:rPr>
                <w:sz w:val="20"/>
                <w:szCs w:val="20"/>
              </w:rPr>
            </w:pPr>
            <w:r w:rsidRPr="7063EEBE" w:rsidR="7063EEBE">
              <w:rPr>
                <w:sz w:val="20"/>
                <w:szCs w:val="20"/>
              </w:rPr>
              <w:t>Certificate in Strategic Talent Leadership and Organisational Psychology</w:t>
            </w:r>
          </w:p>
        </w:tc>
        <w:tc>
          <w:tcPr>
            <w:tcW w:w="1296" w:type="dxa"/>
            <w:tcMar/>
            <w:vAlign w:val="center"/>
          </w:tcPr>
          <w:p w:rsidR="7063EEBE" w:rsidP="7063EEBE" w:rsidRDefault="7063EEBE" w14:paraId="7118AF41" w14:textId="0BED490B">
            <w:pPr>
              <w:spacing w:before="0" w:beforeAutospacing="off" w:after="0" w:afterAutospacing="off"/>
              <w:rPr>
                <w:sz w:val="20"/>
                <w:szCs w:val="20"/>
              </w:rPr>
            </w:pPr>
            <w:r w:rsidRPr="7063EEBE" w:rsidR="7063EEBE">
              <w:rPr>
                <w:sz w:val="20"/>
                <w:szCs w:val="20"/>
              </w:rPr>
              <w:t>9</w:t>
            </w:r>
          </w:p>
        </w:tc>
        <w:tc>
          <w:tcPr>
            <w:tcW w:w="1296" w:type="dxa"/>
            <w:tcMar/>
            <w:vAlign w:val="center"/>
          </w:tcPr>
          <w:p w:rsidR="7063EEBE" w:rsidP="7063EEBE" w:rsidRDefault="7063EEBE" w14:paraId="3AD3516A" w14:textId="1D93B288">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52D1947E" w14:textId="1D91CD75">
            <w:pPr>
              <w:spacing w:before="0" w:beforeAutospacing="off" w:after="0" w:afterAutospacing="off"/>
              <w:rPr>
                <w:sz w:val="20"/>
                <w:szCs w:val="20"/>
              </w:rPr>
            </w:pPr>
            <w:r w:rsidRPr="7063EEBE" w:rsidR="7063EEBE">
              <w:rPr>
                <w:sz w:val="20"/>
                <w:szCs w:val="20"/>
              </w:rPr>
              <w:t>20</w:t>
            </w:r>
          </w:p>
        </w:tc>
        <w:tc>
          <w:tcPr>
            <w:tcW w:w="1584" w:type="dxa"/>
            <w:tcMar/>
            <w:vAlign w:val="center"/>
          </w:tcPr>
          <w:p w:rsidR="7063EEBE" w:rsidP="1030D1EF" w:rsidRDefault="7063EEBE" w14:paraId="6D28B098" w14:textId="28EF131B">
            <w:pPr>
              <w:spacing w:before="0" w:beforeAutospacing="off" w:after="0" w:afterAutospacing="off"/>
              <w:jc w:val="center"/>
              <w:rPr>
                <w:sz w:val="20"/>
                <w:szCs w:val="20"/>
              </w:rPr>
            </w:pPr>
            <w:r w:rsidRPr="1030D1EF" w:rsidR="7F921398">
              <w:rPr>
                <w:sz w:val="20"/>
                <w:szCs w:val="20"/>
              </w:rPr>
              <w:t>1600</w:t>
            </w:r>
          </w:p>
        </w:tc>
        <w:tc>
          <w:tcPr>
            <w:tcW w:w="1728" w:type="dxa"/>
            <w:tcMar/>
            <w:vAlign w:val="center"/>
          </w:tcPr>
          <w:p w:rsidR="7063EEBE" w:rsidP="7063EEBE" w:rsidRDefault="7063EEBE" w14:paraId="2C3784B5" w14:textId="62A46FDB">
            <w:pPr>
              <w:spacing w:before="0" w:beforeAutospacing="off" w:after="0" w:afterAutospacing="off"/>
              <w:rPr>
                <w:sz w:val="20"/>
                <w:szCs w:val="20"/>
              </w:rPr>
            </w:pPr>
            <w:r w:rsidRPr="7063EEBE" w:rsidR="7063EEBE">
              <w:rPr>
                <w:sz w:val="20"/>
                <w:szCs w:val="20"/>
              </w:rPr>
              <w:t>One or Two Semester(s) TBD</w:t>
            </w:r>
          </w:p>
        </w:tc>
      </w:tr>
      <w:tr w:rsidR="7063EEBE" w:rsidTr="34AAF34B" w14:paraId="60B59BF9">
        <w:trPr>
          <w:trHeight w:val="300"/>
        </w:trPr>
        <w:tc>
          <w:tcPr>
            <w:tcW w:w="4608" w:type="dxa"/>
            <w:tcMar/>
            <w:vAlign w:val="center"/>
          </w:tcPr>
          <w:p w:rsidR="7063EEBE" w:rsidP="7063EEBE" w:rsidRDefault="7063EEBE" w14:paraId="080D6D73" w14:textId="025F0A49">
            <w:pPr>
              <w:spacing w:before="0" w:beforeAutospacing="off" w:after="0" w:afterAutospacing="off"/>
              <w:rPr>
                <w:sz w:val="20"/>
                <w:szCs w:val="20"/>
              </w:rPr>
            </w:pPr>
            <w:r w:rsidRPr="7063EEBE" w:rsidR="7063EEBE">
              <w:rPr>
                <w:sz w:val="20"/>
                <w:szCs w:val="20"/>
              </w:rPr>
              <w:t>Certificate in Quality Systems and Process Excellence</w:t>
            </w:r>
          </w:p>
        </w:tc>
        <w:tc>
          <w:tcPr>
            <w:tcW w:w="1296" w:type="dxa"/>
            <w:tcMar/>
            <w:vAlign w:val="center"/>
          </w:tcPr>
          <w:p w:rsidR="7063EEBE" w:rsidP="7063EEBE" w:rsidRDefault="7063EEBE" w14:paraId="28632250" w14:textId="7711003A">
            <w:pPr>
              <w:spacing w:before="0" w:beforeAutospacing="off" w:after="0" w:afterAutospacing="off"/>
              <w:rPr>
                <w:sz w:val="20"/>
                <w:szCs w:val="20"/>
              </w:rPr>
            </w:pPr>
            <w:r w:rsidRPr="7063EEBE" w:rsidR="7063EEBE">
              <w:rPr>
                <w:sz w:val="20"/>
                <w:szCs w:val="20"/>
              </w:rPr>
              <w:t>9</w:t>
            </w:r>
          </w:p>
        </w:tc>
        <w:tc>
          <w:tcPr>
            <w:tcW w:w="1296" w:type="dxa"/>
            <w:tcMar/>
            <w:vAlign w:val="center"/>
          </w:tcPr>
          <w:p w:rsidR="7063EEBE" w:rsidP="7063EEBE" w:rsidRDefault="7063EEBE" w14:paraId="1A6C3992" w14:textId="67157A04">
            <w:pPr>
              <w:spacing w:before="0" w:beforeAutospacing="off" w:after="0" w:afterAutospacing="off"/>
              <w:rPr>
                <w:sz w:val="20"/>
                <w:szCs w:val="20"/>
              </w:rPr>
            </w:pPr>
            <w:r w:rsidRPr="7063EEBE" w:rsidR="7063EEBE">
              <w:rPr>
                <w:sz w:val="20"/>
                <w:szCs w:val="20"/>
              </w:rPr>
              <w:t>P/T</w:t>
            </w:r>
          </w:p>
        </w:tc>
        <w:tc>
          <w:tcPr>
            <w:tcW w:w="1296" w:type="dxa"/>
            <w:tcMar/>
            <w:vAlign w:val="center"/>
          </w:tcPr>
          <w:p w:rsidR="1030D1EF" w:rsidP="1030D1EF" w:rsidRDefault="1030D1EF" w14:paraId="5B93C6A0" w14:textId="1D91CD75">
            <w:pPr>
              <w:spacing w:before="0" w:beforeAutospacing="off" w:after="0" w:afterAutospacing="off"/>
              <w:rPr>
                <w:sz w:val="20"/>
                <w:szCs w:val="20"/>
              </w:rPr>
            </w:pPr>
            <w:r w:rsidRPr="1030D1EF" w:rsidR="1030D1EF">
              <w:rPr>
                <w:sz w:val="20"/>
                <w:szCs w:val="20"/>
              </w:rPr>
              <w:t>20</w:t>
            </w:r>
          </w:p>
        </w:tc>
        <w:tc>
          <w:tcPr>
            <w:tcW w:w="1584" w:type="dxa"/>
            <w:tcMar/>
            <w:vAlign w:val="center"/>
          </w:tcPr>
          <w:p w:rsidR="1030D1EF" w:rsidP="1030D1EF" w:rsidRDefault="1030D1EF" w14:paraId="2507E0DB" w14:textId="3E8711F9">
            <w:pPr>
              <w:spacing w:before="0" w:beforeAutospacing="off" w:after="0" w:afterAutospacing="off"/>
              <w:jc w:val="center"/>
              <w:rPr>
                <w:sz w:val="20"/>
                <w:szCs w:val="20"/>
              </w:rPr>
            </w:pPr>
            <w:r w:rsidRPr="1030D1EF" w:rsidR="1030D1EF">
              <w:rPr>
                <w:sz w:val="20"/>
                <w:szCs w:val="20"/>
              </w:rPr>
              <w:t>1600</w:t>
            </w:r>
          </w:p>
        </w:tc>
        <w:tc>
          <w:tcPr>
            <w:tcW w:w="1728" w:type="dxa"/>
            <w:tcMar/>
            <w:vAlign w:val="center"/>
          </w:tcPr>
          <w:p w:rsidR="1030D1EF" w:rsidP="1030D1EF" w:rsidRDefault="1030D1EF" w14:paraId="5138AA07" w14:textId="62A46FDB">
            <w:pPr>
              <w:spacing w:before="0" w:beforeAutospacing="off" w:after="0" w:afterAutospacing="off"/>
              <w:rPr>
                <w:sz w:val="20"/>
                <w:szCs w:val="20"/>
              </w:rPr>
            </w:pPr>
            <w:r w:rsidRPr="1030D1EF" w:rsidR="1030D1EF">
              <w:rPr>
                <w:sz w:val="20"/>
                <w:szCs w:val="20"/>
              </w:rPr>
              <w:t>One or Two Semester(s) TBD</w:t>
            </w:r>
          </w:p>
        </w:tc>
      </w:tr>
      <w:tr w:rsidR="7063EEBE" w:rsidTr="34AAF34B" w14:paraId="0DD1E1CF">
        <w:trPr>
          <w:trHeight w:val="300"/>
        </w:trPr>
        <w:tc>
          <w:tcPr>
            <w:tcW w:w="4608" w:type="dxa"/>
            <w:tcMar/>
            <w:vAlign w:val="center"/>
          </w:tcPr>
          <w:p w:rsidR="7063EEBE" w:rsidP="7063EEBE" w:rsidRDefault="7063EEBE" w14:paraId="38BA4102" w14:textId="45808DE2">
            <w:pPr>
              <w:spacing w:before="0" w:beforeAutospacing="off" w:after="0" w:afterAutospacing="off"/>
              <w:rPr>
                <w:sz w:val="20"/>
                <w:szCs w:val="20"/>
              </w:rPr>
            </w:pPr>
            <w:r w:rsidRPr="7063EEBE" w:rsidR="7063EEBE">
              <w:rPr>
                <w:sz w:val="20"/>
                <w:szCs w:val="20"/>
              </w:rPr>
              <w:t>Certificate in Irish Language Proficiency (Reading/Writing)</w:t>
            </w:r>
          </w:p>
        </w:tc>
        <w:tc>
          <w:tcPr>
            <w:tcW w:w="1296" w:type="dxa"/>
            <w:tcMar/>
            <w:vAlign w:val="center"/>
          </w:tcPr>
          <w:p w:rsidR="7063EEBE" w:rsidP="7063EEBE" w:rsidRDefault="7063EEBE" w14:paraId="708FD074" w14:textId="01E011AB">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5C4708C8" w14:textId="2614CBC3">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0EF654DB" w14:textId="6A56F912">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318FD44A" w14:textId="756FC8FE">
            <w:pPr>
              <w:spacing w:before="0" w:beforeAutospacing="off" w:after="0" w:afterAutospacing="off"/>
              <w:jc w:val="center"/>
              <w:rPr>
                <w:sz w:val="20"/>
                <w:szCs w:val="20"/>
              </w:rPr>
            </w:pPr>
            <w:r w:rsidRPr="1030D1EF" w:rsidR="7F921398">
              <w:rPr>
                <w:sz w:val="20"/>
                <w:szCs w:val="20"/>
              </w:rPr>
              <w:t>700</w:t>
            </w:r>
          </w:p>
        </w:tc>
        <w:tc>
          <w:tcPr>
            <w:tcW w:w="1728" w:type="dxa"/>
            <w:tcMar/>
            <w:vAlign w:val="center"/>
          </w:tcPr>
          <w:p w:rsidR="7063EEBE" w:rsidP="7063EEBE" w:rsidRDefault="7063EEBE" w14:paraId="4A0C3089" w14:textId="6BAEAF9C">
            <w:pPr>
              <w:spacing w:before="0" w:beforeAutospacing="off" w:after="0" w:afterAutospacing="off"/>
              <w:rPr>
                <w:sz w:val="20"/>
                <w:szCs w:val="20"/>
              </w:rPr>
            </w:pPr>
            <w:r w:rsidRPr="7063EEBE" w:rsidR="7063EEBE">
              <w:rPr>
                <w:sz w:val="20"/>
                <w:szCs w:val="20"/>
              </w:rPr>
              <w:t>One Semester</w:t>
            </w:r>
          </w:p>
        </w:tc>
      </w:tr>
      <w:tr w:rsidR="7063EEBE" w:rsidTr="34AAF34B" w14:paraId="198C2342">
        <w:trPr>
          <w:trHeight w:val="300"/>
        </w:trPr>
        <w:tc>
          <w:tcPr>
            <w:tcW w:w="4608" w:type="dxa"/>
            <w:tcMar/>
            <w:vAlign w:val="center"/>
          </w:tcPr>
          <w:p w:rsidR="7063EEBE" w:rsidP="7063EEBE" w:rsidRDefault="7063EEBE" w14:paraId="42C62F62" w14:textId="5AE09146">
            <w:pPr>
              <w:spacing w:before="0" w:beforeAutospacing="off" w:after="0" w:afterAutospacing="off"/>
              <w:rPr>
                <w:sz w:val="20"/>
                <w:szCs w:val="20"/>
              </w:rPr>
            </w:pPr>
            <w:r w:rsidRPr="7063EEBE" w:rsidR="7063EEBE">
              <w:rPr>
                <w:sz w:val="20"/>
                <w:szCs w:val="20"/>
              </w:rPr>
              <w:t>Certificate in Irish Language Proficiency (Conversational/Listening)</w:t>
            </w:r>
          </w:p>
        </w:tc>
        <w:tc>
          <w:tcPr>
            <w:tcW w:w="1296" w:type="dxa"/>
            <w:tcMar/>
            <w:vAlign w:val="center"/>
          </w:tcPr>
          <w:p w:rsidR="7063EEBE" w:rsidP="7063EEBE" w:rsidRDefault="7063EEBE" w14:paraId="64D808D2" w14:textId="31DB0412">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19ECA2F4" w14:textId="064E8A2C">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7E11B091" w14:textId="2AB7B093">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47C854EE" w14:textId="7D5FAF22">
            <w:pPr>
              <w:spacing w:before="0" w:beforeAutospacing="off" w:after="0" w:afterAutospacing="off"/>
              <w:jc w:val="center"/>
              <w:rPr>
                <w:sz w:val="20"/>
                <w:szCs w:val="20"/>
              </w:rPr>
            </w:pPr>
            <w:r w:rsidRPr="1030D1EF" w:rsidR="7F921398">
              <w:rPr>
                <w:sz w:val="20"/>
                <w:szCs w:val="20"/>
              </w:rPr>
              <w:t>700</w:t>
            </w:r>
          </w:p>
        </w:tc>
        <w:tc>
          <w:tcPr>
            <w:tcW w:w="1728" w:type="dxa"/>
            <w:tcMar/>
            <w:vAlign w:val="center"/>
          </w:tcPr>
          <w:p w:rsidR="7063EEBE" w:rsidP="7063EEBE" w:rsidRDefault="7063EEBE" w14:paraId="24EDE268" w14:textId="2B7F4488">
            <w:pPr>
              <w:spacing w:before="0" w:beforeAutospacing="off" w:after="0" w:afterAutospacing="off"/>
              <w:rPr>
                <w:sz w:val="20"/>
                <w:szCs w:val="20"/>
              </w:rPr>
            </w:pPr>
            <w:r w:rsidRPr="7063EEBE" w:rsidR="7063EEBE">
              <w:rPr>
                <w:sz w:val="20"/>
                <w:szCs w:val="20"/>
              </w:rPr>
              <w:t>One Semester</w:t>
            </w:r>
          </w:p>
        </w:tc>
      </w:tr>
      <w:tr w:rsidR="7063EEBE" w:rsidTr="34AAF34B" w14:paraId="02F106A7">
        <w:trPr>
          <w:trHeight w:val="300"/>
        </w:trPr>
        <w:tc>
          <w:tcPr>
            <w:tcW w:w="4608" w:type="dxa"/>
            <w:tcMar/>
            <w:vAlign w:val="center"/>
          </w:tcPr>
          <w:p w:rsidR="7063EEBE" w:rsidP="7063EEBE" w:rsidRDefault="7063EEBE" w14:paraId="41005C83" w14:textId="3D542F55">
            <w:pPr>
              <w:spacing w:before="0" w:beforeAutospacing="off" w:after="0" w:afterAutospacing="off"/>
              <w:rPr>
                <w:sz w:val="20"/>
                <w:szCs w:val="20"/>
              </w:rPr>
            </w:pPr>
            <w:r w:rsidRPr="7063EEBE" w:rsidR="7063EEBE">
              <w:rPr>
                <w:sz w:val="20"/>
                <w:szCs w:val="20"/>
              </w:rPr>
              <w:t>Certificate in Strategic Risk, Governance and Financial Decision Making</w:t>
            </w:r>
          </w:p>
        </w:tc>
        <w:tc>
          <w:tcPr>
            <w:tcW w:w="1296" w:type="dxa"/>
            <w:tcMar/>
            <w:vAlign w:val="center"/>
          </w:tcPr>
          <w:p w:rsidR="7063EEBE" w:rsidP="7063EEBE" w:rsidRDefault="7063EEBE" w14:paraId="642C5F2E" w14:textId="12F78D17">
            <w:pPr>
              <w:spacing w:before="0" w:beforeAutospacing="off" w:after="0" w:afterAutospacing="off"/>
              <w:rPr>
                <w:sz w:val="20"/>
                <w:szCs w:val="20"/>
              </w:rPr>
            </w:pPr>
            <w:r w:rsidRPr="7063EEBE" w:rsidR="7063EEBE">
              <w:rPr>
                <w:sz w:val="20"/>
                <w:szCs w:val="20"/>
              </w:rPr>
              <w:t>9</w:t>
            </w:r>
          </w:p>
        </w:tc>
        <w:tc>
          <w:tcPr>
            <w:tcW w:w="1296" w:type="dxa"/>
            <w:tcMar/>
            <w:vAlign w:val="center"/>
          </w:tcPr>
          <w:p w:rsidR="7063EEBE" w:rsidP="7063EEBE" w:rsidRDefault="7063EEBE" w14:paraId="1A1C04EF" w14:textId="5E2D59E8">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3DAF2D2A" w14:textId="59B632D2">
            <w:pPr>
              <w:spacing w:before="0" w:beforeAutospacing="off" w:after="0" w:afterAutospacing="off"/>
              <w:rPr>
                <w:sz w:val="20"/>
                <w:szCs w:val="20"/>
              </w:rPr>
            </w:pPr>
            <w:r w:rsidRPr="7063EEBE" w:rsidR="7063EEBE">
              <w:rPr>
                <w:sz w:val="20"/>
                <w:szCs w:val="20"/>
              </w:rPr>
              <w:t>20</w:t>
            </w:r>
          </w:p>
        </w:tc>
        <w:tc>
          <w:tcPr>
            <w:tcW w:w="1584" w:type="dxa"/>
            <w:tcMar/>
            <w:vAlign w:val="center"/>
          </w:tcPr>
          <w:p w:rsidR="7063EEBE" w:rsidP="1030D1EF" w:rsidRDefault="7063EEBE" w14:paraId="1A46F1ED" w14:textId="4FDF72AF">
            <w:pPr>
              <w:spacing w:before="0" w:beforeAutospacing="off" w:after="0" w:afterAutospacing="off"/>
              <w:jc w:val="center"/>
              <w:rPr>
                <w:sz w:val="20"/>
                <w:szCs w:val="20"/>
              </w:rPr>
            </w:pPr>
            <w:r w:rsidRPr="1030D1EF" w:rsidR="7F921398">
              <w:rPr>
                <w:sz w:val="20"/>
                <w:szCs w:val="20"/>
              </w:rPr>
              <w:t>1,600</w:t>
            </w:r>
          </w:p>
        </w:tc>
        <w:tc>
          <w:tcPr>
            <w:tcW w:w="1728" w:type="dxa"/>
            <w:tcMar/>
            <w:vAlign w:val="center"/>
          </w:tcPr>
          <w:p w:rsidR="7063EEBE" w:rsidP="7063EEBE" w:rsidRDefault="7063EEBE" w14:paraId="048503FF" w14:textId="6022CA30">
            <w:pPr>
              <w:spacing w:before="0" w:beforeAutospacing="off" w:after="0" w:afterAutospacing="off"/>
              <w:rPr>
                <w:sz w:val="20"/>
                <w:szCs w:val="20"/>
              </w:rPr>
            </w:pPr>
            <w:r w:rsidRPr="7063EEBE" w:rsidR="7063EEBE">
              <w:rPr>
                <w:sz w:val="20"/>
                <w:szCs w:val="20"/>
              </w:rPr>
              <w:t>One or Two Semester(s) TBD</w:t>
            </w:r>
          </w:p>
        </w:tc>
      </w:tr>
      <w:tr w:rsidR="7063EEBE" w:rsidTr="34AAF34B" w14:paraId="41CECE7A">
        <w:trPr>
          <w:trHeight w:val="300"/>
        </w:trPr>
        <w:tc>
          <w:tcPr>
            <w:tcW w:w="4608" w:type="dxa"/>
            <w:tcMar/>
            <w:vAlign w:val="center"/>
          </w:tcPr>
          <w:p w:rsidR="7063EEBE" w:rsidP="7063EEBE" w:rsidRDefault="7063EEBE" w14:paraId="2EAB4BD7" w14:textId="362DE612">
            <w:pPr>
              <w:spacing w:before="0" w:beforeAutospacing="off" w:after="0" w:afterAutospacing="off"/>
              <w:rPr>
                <w:sz w:val="20"/>
                <w:szCs w:val="20"/>
              </w:rPr>
            </w:pPr>
            <w:r w:rsidRPr="7063EEBE" w:rsidR="7063EEBE">
              <w:rPr>
                <w:sz w:val="20"/>
                <w:szCs w:val="20"/>
              </w:rPr>
              <w:t>Certificate in Applied Entrepreneurship and the Irish Enterprise Ecosystem</w:t>
            </w:r>
          </w:p>
        </w:tc>
        <w:tc>
          <w:tcPr>
            <w:tcW w:w="1296" w:type="dxa"/>
            <w:tcMar/>
            <w:vAlign w:val="center"/>
          </w:tcPr>
          <w:p w:rsidR="7063EEBE" w:rsidP="7063EEBE" w:rsidRDefault="7063EEBE" w14:paraId="2605AF13" w14:textId="031727C4">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22CBF413" w14:textId="47468074">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3DA018DD" w14:textId="33E8CA55">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269D7ACC" w14:textId="0E666DD5">
            <w:pPr>
              <w:spacing w:before="0" w:beforeAutospacing="off" w:after="0" w:afterAutospacing="off"/>
              <w:jc w:val="center"/>
              <w:rPr>
                <w:sz w:val="20"/>
                <w:szCs w:val="20"/>
              </w:rPr>
            </w:pPr>
            <w:r w:rsidRPr="1030D1EF" w:rsidR="7F921398">
              <w:rPr>
                <w:sz w:val="20"/>
                <w:szCs w:val="20"/>
              </w:rPr>
              <w:t>700</w:t>
            </w:r>
          </w:p>
        </w:tc>
        <w:tc>
          <w:tcPr>
            <w:tcW w:w="1728" w:type="dxa"/>
            <w:tcMar/>
            <w:vAlign w:val="center"/>
          </w:tcPr>
          <w:p w:rsidR="7063EEBE" w:rsidP="7063EEBE" w:rsidRDefault="7063EEBE" w14:paraId="7B1F2E2A" w14:textId="6D053520">
            <w:pPr>
              <w:spacing w:before="0" w:beforeAutospacing="off" w:after="0" w:afterAutospacing="off"/>
              <w:rPr>
                <w:sz w:val="20"/>
                <w:szCs w:val="20"/>
              </w:rPr>
            </w:pPr>
            <w:r w:rsidRPr="7063EEBE" w:rsidR="7063EEBE">
              <w:rPr>
                <w:sz w:val="20"/>
                <w:szCs w:val="20"/>
              </w:rPr>
              <w:t>One Semester</w:t>
            </w:r>
          </w:p>
        </w:tc>
      </w:tr>
      <w:tr w:rsidR="7063EEBE" w:rsidTr="34AAF34B" w14:paraId="5901B3DA">
        <w:trPr>
          <w:trHeight w:val="300"/>
        </w:trPr>
        <w:tc>
          <w:tcPr>
            <w:tcW w:w="4608" w:type="dxa"/>
            <w:tcMar/>
            <w:vAlign w:val="center"/>
          </w:tcPr>
          <w:p w:rsidR="7063EEBE" w:rsidP="7063EEBE" w:rsidRDefault="7063EEBE" w14:paraId="436EC5D7" w14:textId="6DA407A4">
            <w:pPr>
              <w:spacing w:before="0" w:beforeAutospacing="off" w:after="0" w:afterAutospacing="off"/>
              <w:rPr>
                <w:sz w:val="20"/>
                <w:szCs w:val="20"/>
              </w:rPr>
            </w:pPr>
            <w:r w:rsidRPr="7063EEBE" w:rsidR="7063EEBE">
              <w:rPr>
                <w:sz w:val="20"/>
                <w:szCs w:val="20"/>
              </w:rPr>
              <w:t>Certificate in Applied Management Practice and Leadership in Education</w:t>
            </w:r>
          </w:p>
        </w:tc>
        <w:tc>
          <w:tcPr>
            <w:tcW w:w="1296" w:type="dxa"/>
            <w:tcMar/>
            <w:vAlign w:val="center"/>
          </w:tcPr>
          <w:p w:rsidR="7063EEBE" w:rsidP="7063EEBE" w:rsidRDefault="7063EEBE" w14:paraId="7979B652" w14:textId="4F221BBB">
            <w:pPr>
              <w:spacing w:before="0" w:beforeAutospacing="off" w:after="0" w:afterAutospacing="off"/>
              <w:rPr>
                <w:sz w:val="20"/>
                <w:szCs w:val="20"/>
              </w:rPr>
            </w:pPr>
            <w:r w:rsidRPr="7063EEBE" w:rsidR="7063EEBE">
              <w:rPr>
                <w:sz w:val="20"/>
                <w:szCs w:val="20"/>
              </w:rPr>
              <w:t>9</w:t>
            </w:r>
          </w:p>
        </w:tc>
        <w:tc>
          <w:tcPr>
            <w:tcW w:w="1296" w:type="dxa"/>
            <w:tcMar/>
            <w:vAlign w:val="center"/>
          </w:tcPr>
          <w:p w:rsidR="7063EEBE" w:rsidP="7063EEBE" w:rsidRDefault="7063EEBE" w14:paraId="51127FFC" w14:textId="7348D58E">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23AF4348" w14:textId="2FDE6E93">
            <w:pPr>
              <w:spacing w:before="0" w:beforeAutospacing="off" w:after="0" w:afterAutospacing="off"/>
              <w:rPr>
                <w:sz w:val="20"/>
                <w:szCs w:val="20"/>
              </w:rPr>
            </w:pPr>
            <w:r w:rsidRPr="7063EEBE" w:rsidR="7063EEBE">
              <w:rPr>
                <w:sz w:val="20"/>
                <w:szCs w:val="20"/>
              </w:rPr>
              <w:t>20</w:t>
            </w:r>
          </w:p>
        </w:tc>
        <w:tc>
          <w:tcPr>
            <w:tcW w:w="1584" w:type="dxa"/>
            <w:tcMar/>
            <w:vAlign w:val="center"/>
          </w:tcPr>
          <w:p w:rsidR="7063EEBE" w:rsidP="1030D1EF" w:rsidRDefault="7063EEBE" w14:paraId="20CF05A1" w14:textId="7BB80929">
            <w:pPr>
              <w:spacing w:before="0" w:beforeAutospacing="off" w:after="0" w:afterAutospacing="off"/>
              <w:jc w:val="center"/>
              <w:rPr>
                <w:sz w:val="20"/>
                <w:szCs w:val="20"/>
              </w:rPr>
            </w:pPr>
            <w:r w:rsidRPr="1030D1EF" w:rsidR="7F921398">
              <w:rPr>
                <w:sz w:val="20"/>
                <w:szCs w:val="20"/>
              </w:rPr>
              <w:t>1,600</w:t>
            </w:r>
          </w:p>
        </w:tc>
        <w:tc>
          <w:tcPr>
            <w:tcW w:w="1728" w:type="dxa"/>
            <w:tcMar/>
            <w:vAlign w:val="center"/>
          </w:tcPr>
          <w:p w:rsidR="7063EEBE" w:rsidP="7063EEBE" w:rsidRDefault="7063EEBE" w14:paraId="3AF9709A" w14:textId="1C6D2013">
            <w:pPr>
              <w:spacing w:before="0" w:beforeAutospacing="off" w:after="0" w:afterAutospacing="off"/>
              <w:rPr>
                <w:sz w:val="20"/>
                <w:szCs w:val="20"/>
              </w:rPr>
            </w:pPr>
            <w:r w:rsidRPr="7063EEBE" w:rsidR="7063EEBE">
              <w:rPr>
                <w:sz w:val="20"/>
                <w:szCs w:val="20"/>
              </w:rPr>
              <w:t>One or Two Semester(s) TBD</w:t>
            </w:r>
          </w:p>
        </w:tc>
      </w:tr>
      <w:tr w:rsidR="7063EEBE" w:rsidTr="34AAF34B" w14:paraId="5C68AB8A">
        <w:trPr>
          <w:trHeight w:val="300"/>
        </w:trPr>
        <w:tc>
          <w:tcPr>
            <w:tcW w:w="4608" w:type="dxa"/>
            <w:tcMar/>
            <w:vAlign w:val="center"/>
          </w:tcPr>
          <w:p w:rsidR="7063EEBE" w:rsidP="7063EEBE" w:rsidRDefault="7063EEBE" w14:paraId="3A6A530B" w14:textId="7DB00902">
            <w:pPr>
              <w:spacing w:before="0" w:beforeAutospacing="off" w:after="0" w:afterAutospacing="off"/>
              <w:rPr>
                <w:sz w:val="20"/>
                <w:szCs w:val="20"/>
              </w:rPr>
            </w:pPr>
            <w:r w:rsidRPr="7063EEBE" w:rsidR="7063EEBE">
              <w:rPr>
                <w:sz w:val="20"/>
                <w:szCs w:val="20"/>
              </w:rPr>
              <w:t>Certificate in Therapeutic and Creative Play Skills</w:t>
            </w:r>
          </w:p>
        </w:tc>
        <w:tc>
          <w:tcPr>
            <w:tcW w:w="1296" w:type="dxa"/>
            <w:tcMar/>
            <w:vAlign w:val="center"/>
          </w:tcPr>
          <w:p w:rsidR="7063EEBE" w:rsidP="7063EEBE" w:rsidRDefault="7063EEBE" w14:paraId="234A8913" w14:textId="3F363278">
            <w:pPr>
              <w:spacing w:before="0" w:beforeAutospacing="off" w:after="0" w:afterAutospacing="off"/>
              <w:rPr>
                <w:sz w:val="20"/>
                <w:szCs w:val="20"/>
              </w:rPr>
            </w:pPr>
            <w:r w:rsidRPr="7063EEBE" w:rsidR="7063EEBE">
              <w:rPr>
                <w:sz w:val="20"/>
                <w:szCs w:val="20"/>
              </w:rPr>
              <w:t>9</w:t>
            </w:r>
          </w:p>
        </w:tc>
        <w:tc>
          <w:tcPr>
            <w:tcW w:w="1296" w:type="dxa"/>
            <w:tcMar/>
            <w:vAlign w:val="center"/>
          </w:tcPr>
          <w:p w:rsidR="7063EEBE" w:rsidP="7063EEBE" w:rsidRDefault="7063EEBE" w14:paraId="717F8B1C" w14:textId="42FBF9A5">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27681B55" w14:textId="061A1931">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780BF062" w14:textId="2C3D7051">
            <w:pPr>
              <w:spacing w:before="0" w:beforeAutospacing="off" w:after="0" w:afterAutospacing="off"/>
              <w:jc w:val="center"/>
              <w:rPr>
                <w:sz w:val="20"/>
                <w:szCs w:val="20"/>
              </w:rPr>
            </w:pPr>
            <w:r w:rsidRPr="1030D1EF" w:rsidR="7F921398">
              <w:rPr>
                <w:sz w:val="20"/>
                <w:szCs w:val="20"/>
              </w:rPr>
              <w:t>900</w:t>
            </w:r>
          </w:p>
        </w:tc>
        <w:tc>
          <w:tcPr>
            <w:tcW w:w="1728" w:type="dxa"/>
            <w:tcMar/>
            <w:vAlign w:val="center"/>
          </w:tcPr>
          <w:p w:rsidR="7063EEBE" w:rsidP="7063EEBE" w:rsidRDefault="7063EEBE" w14:paraId="57F82A59" w14:textId="65DCA361">
            <w:pPr>
              <w:spacing w:before="0" w:beforeAutospacing="off" w:after="0" w:afterAutospacing="off"/>
              <w:rPr>
                <w:sz w:val="20"/>
                <w:szCs w:val="20"/>
              </w:rPr>
            </w:pPr>
            <w:r w:rsidRPr="7063EEBE" w:rsidR="7063EEBE">
              <w:rPr>
                <w:sz w:val="20"/>
                <w:szCs w:val="20"/>
              </w:rPr>
              <w:t>One Semester</w:t>
            </w:r>
          </w:p>
        </w:tc>
      </w:tr>
      <w:tr w:rsidR="7063EEBE" w:rsidTr="34AAF34B" w14:paraId="24ED1804">
        <w:trPr>
          <w:trHeight w:val="300"/>
        </w:trPr>
        <w:tc>
          <w:tcPr>
            <w:tcW w:w="4608" w:type="dxa"/>
            <w:tcMar/>
            <w:vAlign w:val="center"/>
          </w:tcPr>
          <w:p w:rsidR="7063EEBE" w:rsidP="7063EEBE" w:rsidRDefault="7063EEBE" w14:paraId="5AE38076" w14:textId="19C81DBA">
            <w:pPr>
              <w:spacing w:before="0" w:beforeAutospacing="off" w:after="0" w:afterAutospacing="off"/>
              <w:rPr>
                <w:sz w:val="20"/>
                <w:szCs w:val="20"/>
              </w:rPr>
            </w:pPr>
            <w:r w:rsidRPr="7063EEBE" w:rsidR="7063EEBE">
              <w:rPr>
                <w:sz w:val="20"/>
                <w:szCs w:val="20"/>
              </w:rPr>
              <w:t>Certificate in Foundations of Nutrition for Health and Fitness</w:t>
            </w:r>
          </w:p>
        </w:tc>
        <w:tc>
          <w:tcPr>
            <w:tcW w:w="1296" w:type="dxa"/>
            <w:tcMar/>
            <w:vAlign w:val="center"/>
          </w:tcPr>
          <w:p w:rsidR="7063EEBE" w:rsidP="7063EEBE" w:rsidRDefault="7063EEBE" w14:paraId="545A7B25" w14:textId="2AF88AEC">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3B862E91" w14:textId="61D07EB7">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47C7E722" w14:textId="6B536B28">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6BD8C9F3" w14:textId="0FC1BFE7">
            <w:pPr>
              <w:spacing w:before="0" w:beforeAutospacing="off" w:after="0" w:afterAutospacing="off"/>
              <w:jc w:val="center"/>
              <w:rPr>
                <w:sz w:val="20"/>
                <w:szCs w:val="20"/>
              </w:rPr>
            </w:pPr>
            <w:r w:rsidRPr="1030D1EF" w:rsidR="7F921398">
              <w:rPr>
                <w:sz w:val="20"/>
                <w:szCs w:val="20"/>
              </w:rPr>
              <w:t>700</w:t>
            </w:r>
          </w:p>
        </w:tc>
        <w:tc>
          <w:tcPr>
            <w:tcW w:w="1728" w:type="dxa"/>
            <w:tcMar/>
            <w:vAlign w:val="center"/>
          </w:tcPr>
          <w:p w:rsidR="7063EEBE" w:rsidP="7063EEBE" w:rsidRDefault="7063EEBE" w14:paraId="3517D572" w14:textId="59514E9B">
            <w:pPr>
              <w:spacing w:before="0" w:beforeAutospacing="off" w:after="0" w:afterAutospacing="off"/>
              <w:rPr>
                <w:sz w:val="20"/>
                <w:szCs w:val="20"/>
              </w:rPr>
            </w:pPr>
            <w:r w:rsidRPr="7063EEBE" w:rsidR="7063EEBE">
              <w:rPr>
                <w:sz w:val="20"/>
                <w:szCs w:val="20"/>
              </w:rPr>
              <w:t>One Semester</w:t>
            </w:r>
          </w:p>
        </w:tc>
      </w:tr>
      <w:tr w:rsidR="7063EEBE" w:rsidTr="34AAF34B" w14:paraId="48543C99">
        <w:trPr>
          <w:trHeight w:val="300"/>
        </w:trPr>
        <w:tc>
          <w:tcPr>
            <w:tcW w:w="4608" w:type="dxa"/>
            <w:tcMar/>
            <w:vAlign w:val="center"/>
          </w:tcPr>
          <w:p w:rsidR="7063EEBE" w:rsidP="7063EEBE" w:rsidRDefault="7063EEBE" w14:paraId="134D2250" w14:textId="5A55E668">
            <w:pPr>
              <w:spacing w:before="0" w:beforeAutospacing="off" w:after="0" w:afterAutospacing="off"/>
              <w:rPr>
                <w:sz w:val="20"/>
                <w:szCs w:val="20"/>
              </w:rPr>
            </w:pPr>
            <w:r w:rsidRPr="7063EEBE" w:rsidR="7063EEBE">
              <w:rPr>
                <w:sz w:val="20"/>
                <w:szCs w:val="20"/>
              </w:rPr>
              <w:t>Certificate in Volunteering</w:t>
            </w:r>
          </w:p>
        </w:tc>
        <w:tc>
          <w:tcPr>
            <w:tcW w:w="1296" w:type="dxa"/>
            <w:tcMar/>
            <w:vAlign w:val="center"/>
          </w:tcPr>
          <w:p w:rsidR="7063EEBE" w:rsidP="7063EEBE" w:rsidRDefault="7063EEBE" w14:paraId="4FBE8E48" w14:textId="6C770D2B">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07C4931C" w14:textId="7F8B5896">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79169F57" w14:textId="50A0B56B">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417401FB" w14:textId="6DCF95DB">
            <w:pPr>
              <w:spacing w:before="0" w:beforeAutospacing="off" w:after="0" w:afterAutospacing="off"/>
              <w:jc w:val="center"/>
              <w:rPr>
                <w:sz w:val="20"/>
                <w:szCs w:val="20"/>
              </w:rPr>
            </w:pPr>
            <w:r w:rsidRPr="1030D1EF" w:rsidR="7F921398">
              <w:rPr>
                <w:sz w:val="20"/>
                <w:szCs w:val="20"/>
              </w:rPr>
              <w:t>700</w:t>
            </w:r>
          </w:p>
        </w:tc>
        <w:tc>
          <w:tcPr>
            <w:tcW w:w="1728" w:type="dxa"/>
            <w:tcMar/>
            <w:vAlign w:val="center"/>
          </w:tcPr>
          <w:p w:rsidR="7063EEBE" w:rsidP="7063EEBE" w:rsidRDefault="7063EEBE" w14:paraId="331D62D9" w14:textId="7688EF25">
            <w:pPr>
              <w:spacing w:before="0" w:beforeAutospacing="off" w:after="0" w:afterAutospacing="off"/>
              <w:rPr>
                <w:sz w:val="20"/>
                <w:szCs w:val="20"/>
              </w:rPr>
            </w:pPr>
            <w:r w:rsidRPr="7063EEBE" w:rsidR="7063EEBE">
              <w:rPr>
                <w:sz w:val="20"/>
                <w:szCs w:val="20"/>
              </w:rPr>
              <w:t>One Semester</w:t>
            </w:r>
          </w:p>
        </w:tc>
      </w:tr>
      <w:tr w:rsidR="7063EEBE" w:rsidTr="34AAF34B" w14:paraId="48E5C237">
        <w:trPr>
          <w:trHeight w:val="300"/>
        </w:trPr>
        <w:tc>
          <w:tcPr>
            <w:tcW w:w="4608" w:type="dxa"/>
            <w:tcMar/>
            <w:vAlign w:val="center"/>
          </w:tcPr>
          <w:p w:rsidR="7063EEBE" w:rsidP="7063EEBE" w:rsidRDefault="7063EEBE" w14:paraId="62254A3E" w14:textId="07CCB375">
            <w:pPr>
              <w:spacing w:before="0" w:beforeAutospacing="off" w:after="0" w:afterAutospacing="off"/>
              <w:rPr>
                <w:sz w:val="20"/>
                <w:szCs w:val="20"/>
              </w:rPr>
            </w:pPr>
            <w:r w:rsidRPr="7063EEBE" w:rsidR="7063EEBE">
              <w:rPr>
                <w:sz w:val="20"/>
                <w:szCs w:val="20"/>
              </w:rPr>
              <w:t>Certificate in Artificial Intelligence and Emerging Technologies</w:t>
            </w:r>
          </w:p>
        </w:tc>
        <w:tc>
          <w:tcPr>
            <w:tcW w:w="1296" w:type="dxa"/>
            <w:tcMar/>
            <w:vAlign w:val="center"/>
          </w:tcPr>
          <w:p w:rsidR="7063EEBE" w:rsidP="7063EEBE" w:rsidRDefault="7063EEBE" w14:paraId="23C46AE3" w14:textId="3F0B2574">
            <w:pPr>
              <w:spacing w:before="0" w:beforeAutospacing="off" w:after="0" w:afterAutospacing="off"/>
              <w:rPr>
                <w:sz w:val="20"/>
                <w:szCs w:val="20"/>
              </w:rPr>
            </w:pPr>
            <w:r w:rsidRPr="7063EEBE" w:rsidR="7063EEBE">
              <w:rPr>
                <w:sz w:val="20"/>
                <w:szCs w:val="20"/>
              </w:rPr>
              <w:t>6</w:t>
            </w:r>
          </w:p>
        </w:tc>
        <w:tc>
          <w:tcPr>
            <w:tcW w:w="1296" w:type="dxa"/>
            <w:tcMar/>
            <w:vAlign w:val="center"/>
          </w:tcPr>
          <w:p w:rsidR="7063EEBE" w:rsidP="7063EEBE" w:rsidRDefault="7063EEBE" w14:paraId="52226FA8" w14:textId="18D4B1A5">
            <w:pPr>
              <w:spacing w:before="0" w:beforeAutospacing="off" w:after="0" w:afterAutospacing="off"/>
              <w:rPr>
                <w:sz w:val="20"/>
                <w:szCs w:val="20"/>
              </w:rPr>
            </w:pPr>
            <w:r w:rsidRPr="7063EEBE" w:rsidR="7063EEBE">
              <w:rPr>
                <w:sz w:val="20"/>
                <w:szCs w:val="20"/>
              </w:rPr>
              <w:t>P/T</w:t>
            </w:r>
          </w:p>
        </w:tc>
        <w:tc>
          <w:tcPr>
            <w:tcW w:w="1296" w:type="dxa"/>
            <w:tcMar/>
            <w:vAlign w:val="center"/>
          </w:tcPr>
          <w:p w:rsidR="7063EEBE" w:rsidP="7063EEBE" w:rsidRDefault="7063EEBE" w14:paraId="56939ACD" w14:textId="148A255A">
            <w:pPr>
              <w:spacing w:before="0" w:beforeAutospacing="off" w:after="0" w:afterAutospacing="off"/>
              <w:rPr>
                <w:sz w:val="20"/>
                <w:szCs w:val="20"/>
              </w:rPr>
            </w:pPr>
            <w:r w:rsidRPr="7063EEBE" w:rsidR="7063EEBE">
              <w:rPr>
                <w:sz w:val="20"/>
                <w:szCs w:val="20"/>
              </w:rPr>
              <w:t>10</w:t>
            </w:r>
          </w:p>
        </w:tc>
        <w:tc>
          <w:tcPr>
            <w:tcW w:w="1584" w:type="dxa"/>
            <w:tcMar/>
            <w:vAlign w:val="center"/>
          </w:tcPr>
          <w:p w:rsidR="7063EEBE" w:rsidP="1030D1EF" w:rsidRDefault="7063EEBE" w14:paraId="1A2D86FF" w14:textId="769BC1EF">
            <w:pPr>
              <w:spacing w:before="0" w:beforeAutospacing="off" w:after="0" w:afterAutospacing="off"/>
              <w:jc w:val="center"/>
              <w:rPr>
                <w:sz w:val="20"/>
                <w:szCs w:val="20"/>
              </w:rPr>
            </w:pPr>
            <w:r w:rsidRPr="1030D1EF" w:rsidR="7F921398">
              <w:rPr>
                <w:sz w:val="20"/>
                <w:szCs w:val="20"/>
              </w:rPr>
              <w:t>700</w:t>
            </w:r>
          </w:p>
        </w:tc>
        <w:tc>
          <w:tcPr>
            <w:tcW w:w="1728" w:type="dxa"/>
            <w:tcMar/>
            <w:vAlign w:val="center"/>
          </w:tcPr>
          <w:p w:rsidR="7063EEBE" w:rsidP="7063EEBE" w:rsidRDefault="7063EEBE" w14:paraId="3C827304" w14:textId="4083E68F">
            <w:pPr>
              <w:spacing w:before="0" w:beforeAutospacing="off" w:after="0" w:afterAutospacing="off"/>
              <w:rPr>
                <w:sz w:val="20"/>
                <w:szCs w:val="20"/>
              </w:rPr>
            </w:pPr>
            <w:r w:rsidRPr="7063EEBE" w:rsidR="7063EEBE">
              <w:rPr>
                <w:sz w:val="20"/>
                <w:szCs w:val="20"/>
              </w:rPr>
              <w:t>One Semester</w:t>
            </w:r>
          </w:p>
        </w:tc>
      </w:tr>
      <w:tr w:rsidR="1030D1EF" w:rsidTr="34AAF34B" w14:paraId="1D42FBB2">
        <w:trPr>
          <w:trHeight w:val="300"/>
        </w:trPr>
        <w:tc>
          <w:tcPr>
            <w:tcW w:w="4608" w:type="dxa"/>
            <w:tcMar/>
            <w:vAlign w:val="center"/>
          </w:tcPr>
          <w:p w:rsidR="3D8C17DF" w:rsidP="1030D1EF" w:rsidRDefault="3D8C17DF" w14:paraId="68EBCF61" w14:textId="4A908239">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1030D1EF" w:rsidR="3D8C17DF">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Fundamentals of Cybersecurity</w:t>
            </w:r>
          </w:p>
          <w:p w:rsidR="1030D1EF" w:rsidP="1030D1EF" w:rsidRDefault="1030D1EF" w14:paraId="707CF591" w14:textId="2D4AF7E5">
            <w:pPr>
              <w:pStyle w:val="Normal"/>
              <w:rPr>
                <w:sz w:val="20"/>
                <w:szCs w:val="20"/>
              </w:rPr>
            </w:pPr>
          </w:p>
        </w:tc>
        <w:tc>
          <w:tcPr>
            <w:tcW w:w="1296" w:type="dxa"/>
            <w:tcMar/>
            <w:vAlign w:val="center"/>
          </w:tcPr>
          <w:p w:rsidR="1030D1EF" w:rsidP="1030D1EF" w:rsidRDefault="1030D1EF" w14:paraId="6E2D57AB" w14:textId="6C770D2B">
            <w:pPr>
              <w:spacing w:before="0" w:beforeAutospacing="off" w:after="0" w:afterAutospacing="off"/>
              <w:rPr>
                <w:sz w:val="20"/>
                <w:szCs w:val="20"/>
              </w:rPr>
            </w:pPr>
            <w:r w:rsidRPr="1030D1EF" w:rsidR="1030D1EF">
              <w:rPr>
                <w:sz w:val="20"/>
                <w:szCs w:val="20"/>
              </w:rPr>
              <w:t>6</w:t>
            </w:r>
          </w:p>
        </w:tc>
        <w:tc>
          <w:tcPr>
            <w:tcW w:w="1296" w:type="dxa"/>
            <w:tcMar/>
            <w:vAlign w:val="center"/>
          </w:tcPr>
          <w:p w:rsidR="1030D1EF" w:rsidP="1030D1EF" w:rsidRDefault="1030D1EF" w14:paraId="233C291A" w14:textId="7F8B5896">
            <w:pPr>
              <w:spacing w:before="0" w:beforeAutospacing="off" w:after="0" w:afterAutospacing="off"/>
              <w:rPr>
                <w:sz w:val="20"/>
                <w:szCs w:val="20"/>
              </w:rPr>
            </w:pPr>
            <w:r w:rsidRPr="1030D1EF" w:rsidR="1030D1EF">
              <w:rPr>
                <w:sz w:val="20"/>
                <w:szCs w:val="20"/>
              </w:rPr>
              <w:t>P/T</w:t>
            </w:r>
          </w:p>
        </w:tc>
        <w:tc>
          <w:tcPr>
            <w:tcW w:w="1296" w:type="dxa"/>
            <w:tcMar/>
            <w:vAlign w:val="center"/>
          </w:tcPr>
          <w:p w:rsidR="1030D1EF" w:rsidP="1030D1EF" w:rsidRDefault="1030D1EF" w14:paraId="571E9ADA" w14:textId="50A0B56B">
            <w:pPr>
              <w:spacing w:before="0" w:beforeAutospacing="off" w:after="0" w:afterAutospacing="off"/>
              <w:rPr>
                <w:sz w:val="20"/>
                <w:szCs w:val="20"/>
              </w:rPr>
            </w:pPr>
            <w:r w:rsidRPr="1030D1EF" w:rsidR="1030D1EF">
              <w:rPr>
                <w:sz w:val="20"/>
                <w:szCs w:val="20"/>
              </w:rPr>
              <w:t>10</w:t>
            </w:r>
          </w:p>
        </w:tc>
        <w:tc>
          <w:tcPr>
            <w:tcW w:w="1584" w:type="dxa"/>
            <w:tcMar/>
            <w:vAlign w:val="center"/>
          </w:tcPr>
          <w:p w:rsidR="1030D1EF" w:rsidP="1030D1EF" w:rsidRDefault="1030D1EF" w14:paraId="6B01D042" w14:textId="6DCF95DB">
            <w:pPr>
              <w:spacing w:before="0" w:beforeAutospacing="off" w:after="0" w:afterAutospacing="off"/>
              <w:jc w:val="center"/>
              <w:rPr>
                <w:sz w:val="20"/>
                <w:szCs w:val="20"/>
              </w:rPr>
            </w:pPr>
            <w:r w:rsidRPr="1030D1EF" w:rsidR="1030D1EF">
              <w:rPr>
                <w:sz w:val="20"/>
                <w:szCs w:val="20"/>
              </w:rPr>
              <w:t>700</w:t>
            </w:r>
          </w:p>
        </w:tc>
        <w:tc>
          <w:tcPr>
            <w:tcW w:w="1728" w:type="dxa"/>
            <w:tcMar/>
            <w:vAlign w:val="center"/>
          </w:tcPr>
          <w:p w:rsidR="1030D1EF" w:rsidP="1030D1EF" w:rsidRDefault="1030D1EF" w14:paraId="307A75E0" w14:textId="7688EF25">
            <w:pPr>
              <w:spacing w:before="0" w:beforeAutospacing="off" w:after="0" w:afterAutospacing="off"/>
              <w:rPr>
                <w:sz w:val="20"/>
                <w:szCs w:val="20"/>
              </w:rPr>
            </w:pPr>
            <w:r w:rsidRPr="1030D1EF" w:rsidR="1030D1EF">
              <w:rPr>
                <w:sz w:val="20"/>
                <w:szCs w:val="20"/>
              </w:rPr>
              <w:t>One Semester</w:t>
            </w:r>
          </w:p>
        </w:tc>
      </w:tr>
    </w:tbl>
    <w:p w:rsidR="1030D1EF" w:rsidRDefault="1030D1EF" w14:paraId="725C5D78" w14:textId="0DAB670E"/>
    <w:p w:rsidR="0040090F" w:rsidRDefault="0040090F" w14:paraId="3B0419F9" w14:textId="17B82F75"/>
    <w:p w:rsidR="487DDC34" w:rsidRDefault="487DDC34" w14:paraId="0DE94AC8" w14:textId="077313B1">
      <w:r>
        <w:br w:type="page"/>
      </w:r>
    </w:p>
    <w:p w:rsidR="487DDC34" w:rsidP="487DDC34" w:rsidRDefault="487DDC34" w14:paraId="40CCECF9" w14:textId="497120C5"/>
    <w:p w:rsidR="0040090F" w:rsidP="49DDAEFC" w:rsidRDefault="53C06C58" w14:paraId="27652C57" w14:textId="77777777">
      <w:pPr>
        <w:pBdr>
          <w:bottom w:val="single" w:color="C9A227" w:sz="12" w:space="0"/>
        </w:pBdr>
        <w:rPr>
          <w:rFonts w:ascii="Calibri" w:hAnsi="Calibri"/>
          <w:b/>
          <w:bCs/>
          <w:color w:val="000000" w:themeColor="text1"/>
        </w:rPr>
      </w:pPr>
      <w:r w:rsidRPr="49DDAEFC">
        <w:rPr>
          <w:rFonts w:ascii="Calibri" w:hAnsi="Calibri"/>
          <w:b/>
          <w:bCs/>
          <w:color w:val="000000" w:themeColor="text1"/>
        </w:rPr>
        <w:t>1.4 SUSI PROGRAMMES FOR 2026/2027 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9360"/>
      </w:tblGrid>
      <w:tr w:rsidR="0040090F" w14:paraId="3E2BB535" w14:textId="77777777">
        <w:trPr>
          <w:jc w:val="center"/>
        </w:trPr>
        <w:tc>
          <w:tcPr>
            <w:tcW w:w="9360" w:type="dxa"/>
            <w:shd w:val="clear" w:color="auto" w:fill="000000"/>
            <w:vAlign w:val="center"/>
          </w:tcPr>
          <w:p w:rsidR="0040090F" w:rsidRDefault="0085639A" w14:paraId="6F62D900" w14:textId="77777777">
            <w:pPr>
              <w:spacing w:before="40" w:after="40"/>
              <w:jc w:val="center"/>
            </w:pPr>
            <w:r>
              <w:rPr>
                <w:rFonts w:ascii="Calibri" w:hAnsi="Calibri"/>
                <w:b/>
                <w:color w:val="FFFFFF"/>
                <w:sz w:val="20"/>
              </w:rPr>
              <w:t>1.4 SUSI PROGRAMMES- MIDLANDS</w:t>
            </w:r>
          </w:p>
        </w:tc>
      </w:tr>
      <w:tr w:rsidR="0040090F" w14:paraId="28FFB764" w14:textId="77777777">
        <w:trPr>
          <w:jc w:val="center"/>
        </w:trPr>
        <w:tc>
          <w:tcPr>
            <w:tcW w:w="9360" w:type="dxa"/>
            <w:vAlign w:val="center"/>
          </w:tcPr>
          <w:p w:rsidR="0040090F" w:rsidRDefault="0085639A" w14:paraId="2DD394C9" w14:textId="77777777">
            <w:pPr>
              <w:spacing w:before="40" w:after="40"/>
            </w:pPr>
            <w:r>
              <w:rPr>
                <w:rFonts w:ascii="Calibri" w:hAnsi="Calibri"/>
                <w:color w:val="000000"/>
                <w:sz w:val="20"/>
              </w:rPr>
              <w:t>Faculty of Continuing, Professional, Online and Distance Learning – Part Time</w:t>
            </w:r>
          </w:p>
        </w:tc>
      </w:tr>
    </w:tbl>
    <w:p w:rsidR="0040090F" w:rsidRDefault="0040090F" w14:paraId="752B3F08" w14:textId="77777777"/>
    <w:p w:rsidR="0040090F" w:rsidP="49DDAEFC" w:rsidRDefault="53C06C58" w14:paraId="7748ED18" w14:textId="783F2E85">
      <w:pPr>
        <w:rPr>
          <w:rFonts w:ascii="Calibri" w:hAnsi="Calibri"/>
          <w:b/>
          <w:bCs/>
          <w:color w:val="000000" w:themeColor="text1"/>
        </w:rPr>
      </w:pPr>
      <w:r w:rsidRPr="49DDAEFC">
        <w:rPr>
          <w:rFonts w:ascii="Calibri" w:hAnsi="Calibri"/>
          <w:b/>
          <w:bCs/>
          <w:color w:val="000000" w:themeColor="text1"/>
        </w:rPr>
        <w:t xml:space="preserve">Funding for Part-Time Undergraduate </w:t>
      </w:r>
      <w:proofErr w:type="spellStart"/>
      <w:r w:rsidRPr="49DDAEFC">
        <w:rPr>
          <w:rFonts w:ascii="Calibri" w:hAnsi="Calibri"/>
          <w:b/>
          <w:bCs/>
          <w:color w:val="000000" w:themeColor="text1"/>
        </w:rPr>
        <w:t>Programmes</w:t>
      </w:r>
      <w:proofErr w:type="spellEnd"/>
    </w:p>
    <w:p w:rsidR="0040090F" w:rsidRDefault="0085639A" w14:paraId="43BC985F" w14:textId="77777777">
      <w:r>
        <w:rPr>
          <w:rFonts w:ascii="Calibri" w:hAnsi="Calibri"/>
          <w:color w:val="000000"/>
        </w:rPr>
        <w:t xml:space="preserve">Fee contribution grants may be available to eligible students undertaking approved part-time undergraduate </w:t>
      </w:r>
      <w:proofErr w:type="spellStart"/>
      <w:r>
        <w:rPr>
          <w:rFonts w:ascii="Calibri" w:hAnsi="Calibri"/>
          <w:color w:val="000000"/>
        </w:rPr>
        <w:t>programmes</w:t>
      </w:r>
      <w:proofErr w:type="spellEnd"/>
      <w:r>
        <w:rPr>
          <w:rFonts w:ascii="Calibri" w:hAnsi="Calibri"/>
          <w:color w:val="000000"/>
        </w:rPr>
        <w:t xml:space="preserve"> at Technological University of the Shannon (TUS) under the SUSI Part-Time Fee Scheme.</w:t>
      </w:r>
    </w:p>
    <w:p w:rsidR="0040090F" w:rsidRDefault="0085639A" w14:paraId="352E48A8" w14:textId="77777777">
      <w:r>
        <w:rPr>
          <w:rFonts w:ascii="Calibri" w:hAnsi="Calibri"/>
          <w:color w:val="000000"/>
        </w:rPr>
        <w:t xml:space="preserve">Approved part-time undergraduate </w:t>
      </w:r>
      <w:proofErr w:type="spellStart"/>
      <w:r>
        <w:rPr>
          <w:rFonts w:ascii="Calibri" w:hAnsi="Calibri"/>
          <w:color w:val="000000"/>
        </w:rPr>
        <w:t>programmes</w:t>
      </w:r>
      <w:proofErr w:type="spellEnd"/>
      <w:r>
        <w:rPr>
          <w:rFonts w:ascii="Calibri" w:hAnsi="Calibri"/>
          <w:color w:val="000000"/>
        </w:rPr>
        <w:t xml:space="preserve"> are offered at the following award levels:</w:t>
      </w:r>
    </w:p>
    <w:p w:rsidR="0040090F" w:rsidRDefault="0085639A" w14:paraId="4BA62E32" w14:textId="77777777">
      <w:r>
        <w:rPr>
          <w:rFonts w:ascii="Calibri" w:hAnsi="Calibri"/>
          <w:color w:val="000000"/>
        </w:rPr>
        <w:t>Level 6 – Higher Certificate</w:t>
      </w:r>
    </w:p>
    <w:p w:rsidR="0040090F" w:rsidP="49DDAEFC" w:rsidRDefault="53C06C58" w14:paraId="414713D9" w14:textId="626C6230">
      <w:pPr>
        <w:rPr>
          <w:rFonts w:ascii="Calibri" w:hAnsi="Calibri"/>
          <w:color w:val="000000" w:themeColor="text1"/>
        </w:rPr>
      </w:pPr>
      <w:r w:rsidRPr="49DDAEFC">
        <w:rPr>
          <w:rFonts w:ascii="Calibri" w:hAnsi="Calibri"/>
          <w:color w:val="000000" w:themeColor="text1"/>
        </w:rPr>
        <w:t xml:space="preserve">Level 7 – Ordinary </w:t>
      </w:r>
      <w:r w:rsidRPr="49DDAEFC" w:rsidR="5B289986">
        <w:rPr>
          <w:rFonts w:ascii="Calibri" w:hAnsi="Calibri"/>
          <w:color w:val="000000" w:themeColor="text1"/>
        </w:rPr>
        <w:t>bachelor's degree</w:t>
      </w:r>
    </w:p>
    <w:p w:rsidR="0040090F" w:rsidP="49DDAEFC" w:rsidRDefault="53C06C58" w14:paraId="5ED143F2" w14:textId="36F1B853">
      <w:pPr>
        <w:rPr>
          <w:rFonts w:ascii="Calibri" w:hAnsi="Calibri"/>
          <w:color w:val="000000" w:themeColor="text1"/>
        </w:rPr>
      </w:pPr>
      <w:r w:rsidRPr="49DDAEFC">
        <w:rPr>
          <w:rFonts w:ascii="Calibri" w:hAnsi="Calibri"/>
          <w:color w:val="000000" w:themeColor="text1"/>
        </w:rPr>
        <w:t xml:space="preserve">Level 8 – </w:t>
      </w:r>
      <w:proofErr w:type="spellStart"/>
      <w:r w:rsidRPr="49DDAEFC">
        <w:rPr>
          <w:rFonts w:ascii="Calibri" w:hAnsi="Calibri"/>
          <w:color w:val="000000" w:themeColor="text1"/>
        </w:rPr>
        <w:t>Honours</w:t>
      </w:r>
      <w:proofErr w:type="spellEnd"/>
      <w:r w:rsidRPr="49DDAEFC">
        <w:rPr>
          <w:rFonts w:ascii="Calibri" w:hAnsi="Calibri"/>
          <w:color w:val="000000" w:themeColor="text1"/>
        </w:rPr>
        <w:t xml:space="preserve"> </w:t>
      </w:r>
      <w:r w:rsidRPr="49DDAEFC" w:rsidR="5B5891C0">
        <w:rPr>
          <w:rFonts w:ascii="Calibri" w:hAnsi="Calibri"/>
          <w:color w:val="000000" w:themeColor="text1"/>
        </w:rPr>
        <w:t>bachelor's degree</w:t>
      </w:r>
    </w:p>
    <w:p w:rsidR="0040090F" w:rsidRDefault="0582E7F5" w14:paraId="1D288C22" w14:textId="6713CAAF">
      <w:r w:rsidRPr="487DDC34">
        <w:rPr>
          <w:rFonts w:ascii="Calibri" w:hAnsi="Calibri"/>
          <w:color w:val="000000" w:themeColor="text1"/>
        </w:rPr>
        <w:t xml:space="preserve">Under the SUSI Part-Time Fee Scheme, the value of the fee contribution is calculated based on the number of European Credit Transfer System (ECTS) credits undertaken by the student during the relevant academic </w:t>
      </w:r>
      <w:r w:rsidRPr="487DDC34" w:rsidR="6298B5EA">
        <w:rPr>
          <w:rFonts w:ascii="Calibri" w:hAnsi="Calibri"/>
          <w:color w:val="000000" w:themeColor="text1"/>
        </w:rPr>
        <w:t>year. For</w:t>
      </w:r>
      <w:r w:rsidRPr="487DDC34" w:rsidR="57D6DC8A">
        <w:rPr>
          <w:rFonts w:ascii="Calibri" w:hAnsi="Calibri"/>
          <w:color w:val="000000" w:themeColor="text1"/>
        </w:rPr>
        <w:t xml:space="preserve"> current Susi purposes this is calculated on a pro-rata basis. </w:t>
      </w:r>
    </w:p>
    <w:p w:rsidR="0040090F" w:rsidRDefault="0085639A" w14:paraId="3794B970" w14:textId="77777777">
      <w:r>
        <w:rPr>
          <w:rFonts w:ascii="Calibri" w:hAnsi="Calibri"/>
          <w:color w:val="000000"/>
        </w:rPr>
        <w:t>To qualify for funding, students must:</w:t>
      </w:r>
    </w:p>
    <w:p w:rsidR="0040090F" w:rsidRDefault="0085639A" w14:paraId="5F9AC34B" w14:textId="77777777">
      <w:r>
        <w:rPr>
          <w:rFonts w:ascii="Calibri" w:hAnsi="Calibri"/>
          <w:color w:val="000000"/>
        </w:rPr>
        <w:t>Meet all eligibility criteria as determined by SUSI and income thresholds.</w:t>
      </w:r>
    </w:p>
    <w:p w:rsidR="0040090F" w:rsidRDefault="0085639A" w14:paraId="4F430AA2" w14:textId="77777777">
      <w:r>
        <w:rPr>
          <w:rFonts w:ascii="Calibri" w:hAnsi="Calibri"/>
          <w:color w:val="000000"/>
        </w:rPr>
        <w:t>The level of funding awarded is subject to approval by SUSI and is dependent on the student’s assessed eligibility and the total number of ECTS credits registered.</w:t>
      </w:r>
    </w:p>
    <w:p w:rsidR="0040090F" w:rsidP="49DDAEFC" w:rsidRDefault="07BFD53C" w14:paraId="59FBC264" w14:textId="77777777">
      <w:pPr>
        <w:rPr>
          <w:rFonts w:ascii="Calibri" w:hAnsi="Calibri"/>
          <w:color w:val="000000" w:themeColor="text1"/>
        </w:rPr>
      </w:pPr>
      <w:r w:rsidRPr="487DDC34">
        <w:rPr>
          <w:rFonts w:ascii="Calibri" w:hAnsi="Calibri"/>
          <w:color w:val="000000" w:themeColor="text1"/>
        </w:rPr>
        <w:t>Students must apply directly to SUSI and receive formal approval prior to the applicable fee deadline. TUS is not responsible for determinations regarding eligibility or grant award amounts made by SUSI.</w:t>
      </w:r>
    </w:p>
    <w:p w:rsidR="7D35C03B" w:rsidP="487DDC34" w:rsidRDefault="7D35C03B" w14:paraId="680A73CE" w14:textId="049CA029">
      <w:pPr>
        <w:rPr>
          <w:rFonts w:ascii="Calibri" w:hAnsi="Calibri"/>
          <w:color w:val="000000" w:themeColor="text1"/>
        </w:rPr>
      </w:pPr>
      <w:r w:rsidRPr="487DDC34">
        <w:rPr>
          <w:rFonts w:ascii="Calibri" w:hAnsi="Calibri"/>
          <w:color w:val="000000" w:themeColor="text1"/>
        </w:rPr>
        <w:t>On application</w:t>
      </w:r>
      <w:r w:rsidRPr="487DDC34" w:rsidR="0A8C83E8">
        <w:rPr>
          <w:rFonts w:ascii="Calibri" w:hAnsi="Calibri"/>
          <w:color w:val="000000" w:themeColor="text1"/>
        </w:rPr>
        <w:t>,</w:t>
      </w:r>
      <w:r w:rsidRPr="487DDC34">
        <w:rPr>
          <w:rFonts w:ascii="Calibri" w:hAnsi="Calibri"/>
          <w:color w:val="000000" w:themeColor="text1"/>
        </w:rPr>
        <w:t xml:space="preserve"> students must supply their Susi </w:t>
      </w:r>
      <w:r w:rsidRPr="487DDC34" w:rsidR="3FE7B53F">
        <w:rPr>
          <w:rFonts w:ascii="Calibri" w:hAnsi="Calibri"/>
          <w:color w:val="000000" w:themeColor="text1"/>
        </w:rPr>
        <w:t xml:space="preserve">application number as an alternative to fee payment. </w:t>
      </w:r>
    </w:p>
    <w:p w:rsidR="49DDAEFC" w:rsidP="49DDAEFC" w:rsidRDefault="49DDAEFC" w14:paraId="3E4A5A43" w14:textId="7A72979E">
      <w:pPr>
        <w:rPr>
          <w:rFonts w:ascii="Calibri" w:hAnsi="Calibri"/>
          <w:color w:val="000000" w:themeColor="text1"/>
        </w:rPr>
      </w:pPr>
    </w:p>
    <w:p w:rsidR="487DDC34" w:rsidRDefault="487DDC34" w14:paraId="50AB3D1B" w14:textId="744CA7AB">
      <w:r>
        <w:br w:type="page"/>
      </w:r>
    </w:p>
    <w:p w:rsidR="487DDC34" w:rsidP="487DDC34" w:rsidRDefault="487DDC34" w14:paraId="0D4055C8" w14:textId="48745C36">
      <w:pPr>
        <w:rPr>
          <w:rFonts w:ascii="Calibri" w:hAnsi="Calibri"/>
          <w:color w:val="000000" w:themeColor="text1"/>
        </w:rPr>
      </w:pPr>
    </w:p>
    <w:p w:rsidR="0040090F" w:rsidP="49DDAEFC" w:rsidRDefault="53C06C58" w14:paraId="2A5D527E" w14:textId="77777777">
      <w:pPr>
        <w:pBdr>
          <w:bottom w:val="single" w:color="C9A227" w:sz="12" w:space="0"/>
        </w:pBdr>
        <w:rPr>
          <w:rFonts w:ascii="Calibri" w:hAnsi="Calibri"/>
          <w:b/>
          <w:bCs/>
          <w:color w:val="000000" w:themeColor="text1"/>
        </w:rPr>
      </w:pPr>
      <w:r w:rsidRPr="49DDAEFC">
        <w:rPr>
          <w:rFonts w:ascii="Calibri" w:hAnsi="Calibri"/>
          <w:b/>
          <w:bCs/>
          <w:color w:val="000000" w:themeColor="text1"/>
        </w:rPr>
        <w:t>1.5 SKILLNET PROGRAMMES FOR 2026/2027 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9360"/>
      </w:tblGrid>
      <w:tr w:rsidR="0040090F" w14:paraId="7EE4103E" w14:textId="77777777">
        <w:trPr>
          <w:jc w:val="center"/>
        </w:trPr>
        <w:tc>
          <w:tcPr>
            <w:tcW w:w="9360" w:type="dxa"/>
            <w:shd w:val="clear" w:color="auto" w:fill="000000"/>
            <w:vAlign w:val="center"/>
          </w:tcPr>
          <w:p w:rsidR="0040090F" w:rsidRDefault="0085639A" w14:paraId="59326F48" w14:textId="77777777">
            <w:pPr>
              <w:spacing w:before="40" w:after="40"/>
              <w:jc w:val="center"/>
            </w:pPr>
            <w:r>
              <w:rPr>
                <w:rFonts w:ascii="Calibri" w:hAnsi="Calibri"/>
                <w:b/>
                <w:color w:val="FFFFFF"/>
                <w:sz w:val="20"/>
              </w:rPr>
              <w:t>1.5 SKILL NET PROGRAMMES- MIDLANDS</w:t>
            </w:r>
          </w:p>
        </w:tc>
      </w:tr>
      <w:tr w:rsidR="0040090F" w14:paraId="321E2351" w14:textId="77777777">
        <w:trPr>
          <w:jc w:val="center"/>
        </w:trPr>
        <w:tc>
          <w:tcPr>
            <w:tcW w:w="9360" w:type="dxa"/>
            <w:vAlign w:val="center"/>
          </w:tcPr>
          <w:p w:rsidR="0040090F" w:rsidRDefault="0085639A" w14:paraId="0E501ABB" w14:textId="77777777">
            <w:pPr>
              <w:spacing w:before="40" w:after="40"/>
            </w:pPr>
            <w:r>
              <w:rPr>
                <w:rFonts w:ascii="Calibri" w:hAnsi="Calibri"/>
                <w:color w:val="000000"/>
                <w:sz w:val="20"/>
              </w:rPr>
              <w:t>Faculty of Continuing, Professional, Online and Distance Learning – Part Time</w:t>
            </w:r>
          </w:p>
        </w:tc>
      </w:tr>
    </w:tbl>
    <w:p w:rsidR="0040090F" w:rsidRDefault="0040090F" w14:paraId="493DBAC9" w14:textId="77777777"/>
    <w:p w:rsidR="0040090F" w:rsidRDefault="0040090F" w14:paraId="60337B1F" w14:textId="77777777"/>
    <w:p w:rsidR="0040090F" w:rsidP="49DDAEFC" w:rsidRDefault="53C06C58" w14:paraId="320746C1" w14:textId="77777777">
      <w:pPr>
        <w:rPr>
          <w:rFonts w:ascii="Calibri" w:hAnsi="Calibri"/>
          <w:b/>
          <w:bCs/>
          <w:color w:val="000000" w:themeColor="text1"/>
        </w:rPr>
      </w:pPr>
      <w:proofErr w:type="spellStart"/>
      <w:r w:rsidRPr="49DDAEFC">
        <w:rPr>
          <w:rFonts w:ascii="Calibri" w:hAnsi="Calibri"/>
          <w:b/>
          <w:bCs/>
          <w:color w:val="000000" w:themeColor="text1"/>
        </w:rPr>
        <w:t>Skillnets</w:t>
      </w:r>
      <w:proofErr w:type="spellEnd"/>
      <w:r w:rsidRPr="49DDAEFC">
        <w:rPr>
          <w:rFonts w:ascii="Calibri" w:hAnsi="Calibri"/>
          <w:b/>
          <w:bCs/>
          <w:color w:val="000000" w:themeColor="text1"/>
        </w:rPr>
        <w:t xml:space="preserve"> Funding and Fee Subsidy</w:t>
      </w:r>
    </w:p>
    <w:p w:rsidR="0040090F" w:rsidRDefault="0085639A" w14:paraId="5C322291" w14:textId="77777777">
      <w:r>
        <w:rPr>
          <w:rFonts w:ascii="Calibri" w:hAnsi="Calibri"/>
          <w:color w:val="000000"/>
        </w:rPr>
        <w:t xml:space="preserve">Technological University of the Shannon (TUS) collaborates with a number of </w:t>
      </w:r>
      <w:proofErr w:type="spellStart"/>
      <w:r>
        <w:rPr>
          <w:rFonts w:ascii="Calibri" w:hAnsi="Calibri"/>
          <w:color w:val="000000"/>
        </w:rPr>
        <w:t>Skillnet</w:t>
      </w:r>
      <w:proofErr w:type="spellEnd"/>
      <w:r>
        <w:rPr>
          <w:rFonts w:ascii="Calibri" w:hAnsi="Calibri"/>
          <w:color w:val="000000"/>
        </w:rPr>
        <w:t xml:space="preserve"> networks nationally to support employer-sponsored learners.</w:t>
      </w:r>
    </w:p>
    <w:p w:rsidR="0040090F" w:rsidRDefault="0085639A" w14:paraId="0A650752" w14:textId="77777777">
      <w:r>
        <w:rPr>
          <w:rFonts w:ascii="Calibri" w:hAnsi="Calibri"/>
          <w:color w:val="000000"/>
        </w:rPr>
        <w:t xml:space="preserve">Individual </w:t>
      </w:r>
      <w:proofErr w:type="spellStart"/>
      <w:r>
        <w:rPr>
          <w:rFonts w:ascii="Calibri" w:hAnsi="Calibri"/>
          <w:color w:val="000000"/>
        </w:rPr>
        <w:t>Skillnets</w:t>
      </w:r>
      <w:proofErr w:type="spellEnd"/>
      <w:r>
        <w:rPr>
          <w:rFonts w:ascii="Calibri" w:hAnsi="Calibri"/>
          <w:color w:val="000000"/>
        </w:rPr>
        <w:t xml:space="preserve"> may provide a fee subsidy for specific </w:t>
      </w:r>
      <w:proofErr w:type="spellStart"/>
      <w:r>
        <w:rPr>
          <w:rFonts w:ascii="Calibri" w:hAnsi="Calibri"/>
          <w:color w:val="000000"/>
        </w:rPr>
        <w:t>programmes</w:t>
      </w:r>
      <w:proofErr w:type="spellEnd"/>
      <w:r>
        <w:rPr>
          <w:rFonts w:ascii="Calibri" w:hAnsi="Calibri"/>
          <w:color w:val="000000"/>
        </w:rPr>
        <w:t xml:space="preserve">. The level of subsidy available is determined by the relevant </w:t>
      </w:r>
      <w:proofErr w:type="spellStart"/>
      <w:r>
        <w:rPr>
          <w:rFonts w:ascii="Calibri" w:hAnsi="Calibri"/>
          <w:color w:val="000000"/>
        </w:rPr>
        <w:t>Skillnet</w:t>
      </w:r>
      <w:proofErr w:type="spellEnd"/>
      <w:r>
        <w:rPr>
          <w:rFonts w:ascii="Calibri" w:hAnsi="Calibri"/>
          <w:color w:val="000000"/>
        </w:rPr>
        <w:t xml:space="preserve"> and may vary depending on the </w:t>
      </w:r>
      <w:proofErr w:type="spellStart"/>
      <w:r>
        <w:rPr>
          <w:rFonts w:ascii="Calibri" w:hAnsi="Calibri"/>
          <w:color w:val="000000"/>
        </w:rPr>
        <w:t>programme</w:t>
      </w:r>
      <w:proofErr w:type="spellEnd"/>
      <w:r>
        <w:rPr>
          <w:rFonts w:ascii="Calibri" w:hAnsi="Calibri"/>
          <w:color w:val="000000"/>
        </w:rPr>
        <w:t xml:space="preserve"> and funding allocation for the academic year.</w:t>
      </w:r>
    </w:p>
    <w:p w:rsidR="0040090F" w:rsidRDefault="0085639A" w14:paraId="60D684D1" w14:textId="77777777">
      <w:r>
        <w:rPr>
          <w:rFonts w:ascii="Calibri" w:hAnsi="Calibri"/>
          <w:color w:val="000000"/>
        </w:rPr>
        <w:t xml:space="preserve">To avail of a </w:t>
      </w:r>
      <w:proofErr w:type="spellStart"/>
      <w:r>
        <w:rPr>
          <w:rFonts w:ascii="Calibri" w:hAnsi="Calibri"/>
          <w:color w:val="000000"/>
        </w:rPr>
        <w:t>Skillnet</w:t>
      </w:r>
      <w:proofErr w:type="spellEnd"/>
      <w:r>
        <w:rPr>
          <w:rFonts w:ascii="Calibri" w:hAnsi="Calibri"/>
          <w:color w:val="000000"/>
        </w:rPr>
        <w:t xml:space="preserve"> subsidy, applicants must apply directly to the relevant </w:t>
      </w:r>
      <w:proofErr w:type="spellStart"/>
      <w:r>
        <w:rPr>
          <w:rFonts w:ascii="Calibri" w:hAnsi="Calibri"/>
          <w:color w:val="000000"/>
        </w:rPr>
        <w:t>Skillnet</w:t>
      </w:r>
      <w:proofErr w:type="spellEnd"/>
      <w:r>
        <w:rPr>
          <w:rFonts w:ascii="Calibri" w:hAnsi="Calibri"/>
          <w:color w:val="000000"/>
        </w:rPr>
        <w:t xml:space="preserve"> network and satisfy all eligibility criteria as set out by that </w:t>
      </w:r>
      <w:proofErr w:type="spellStart"/>
      <w:r>
        <w:rPr>
          <w:rFonts w:ascii="Calibri" w:hAnsi="Calibri"/>
          <w:color w:val="000000"/>
        </w:rPr>
        <w:t>Skillnet</w:t>
      </w:r>
      <w:proofErr w:type="spellEnd"/>
      <w:r>
        <w:rPr>
          <w:rFonts w:ascii="Calibri" w:hAnsi="Calibri"/>
          <w:color w:val="000000"/>
        </w:rPr>
        <w:t xml:space="preserve">. Approval of funding is at the sole discretion of the </w:t>
      </w:r>
      <w:proofErr w:type="spellStart"/>
      <w:r>
        <w:rPr>
          <w:rFonts w:ascii="Calibri" w:hAnsi="Calibri"/>
          <w:color w:val="000000"/>
        </w:rPr>
        <w:t>Skillnet</w:t>
      </w:r>
      <w:proofErr w:type="spellEnd"/>
      <w:r>
        <w:rPr>
          <w:rFonts w:ascii="Calibri" w:hAnsi="Calibri"/>
          <w:color w:val="000000"/>
        </w:rPr>
        <w:t>.</w:t>
      </w:r>
    </w:p>
    <w:p w:rsidR="0040090F" w:rsidRDefault="0085639A" w14:paraId="20B23054" w14:textId="77777777">
      <w:r>
        <w:rPr>
          <w:rFonts w:ascii="Calibri" w:hAnsi="Calibri"/>
          <w:color w:val="000000"/>
        </w:rPr>
        <w:t xml:space="preserve">Where a student is approved for </w:t>
      </w:r>
      <w:proofErr w:type="spellStart"/>
      <w:r>
        <w:rPr>
          <w:rFonts w:ascii="Calibri" w:hAnsi="Calibri"/>
          <w:color w:val="000000"/>
        </w:rPr>
        <w:t>Skillnet</w:t>
      </w:r>
      <w:proofErr w:type="spellEnd"/>
      <w:r>
        <w:rPr>
          <w:rFonts w:ascii="Calibri" w:hAnsi="Calibri"/>
          <w:color w:val="000000"/>
        </w:rPr>
        <w:t xml:space="preserve"> funding, the student’s fee liability must be discharged in accordance with the payment arrangements stipulated by the relevant </w:t>
      </w:r>
      <w:proofErr w:type="spellStart"/>
      <w:r>
        <w:rPr>
          <w:rFonts w:ascii="Calibri" w:hAnsi="Calibri"/>
          <w:color w:val="000000"/>
        </w:rPr>
        <w:t>Skillnet</w:t>
      </w:r>
      <w:proofErr w:type="spellEnd"/>
      <w:r>
        <w:rPr>
          <w:rFonts w:ascii="Calibri" w:hAnsi="Calibri"/>
          <w:color w:val="000000"/>
        </w:rPr>
        <w:t xml:space="preserve">. Students are responsible for ensuring that all required documentation and payments are submitted within the deadlines specified by the </w:t>
      </w:r>
      <w:proofErr w:type="spellStart"/>
      <w:r>
        <w:rPr>
          <w:rFonts w:ascii="Calibri" w:hAnsi="Calibri"/>
          <w:color w:val="000000"/>
        </w:rPr>
        <w:t>Skillnet</w:t>
      </w:r>
      <w:proofErr w:type="spellEnd"/>
      <w:r>
        <w:rPr>
          <w:rFonts w:ascii="Calibri" w:hAnsi="Calibri"/>
          <w:color w:val="000000"/>
        </w:rPr>
        <w:t>.</w:t>
      </w:r>
    </w:p>
    <w:p w:rsidR="0040090F" w:rsidRDefault="53C06C58" w14:paraId="6EF4B74B" w14:textId="77777777">
      <w:r w:rsidRPr="49DDAEFC">
        <w:rPr>
          <w:rFonts w:ascii="Calibri" w:hAnsi="Calibri"/>
          <w:color w:val="000000" w:themeColor="text1"/>
        </w:rPr>
        <w:t xml:space="preserve">TUS is not responsible for decisions regarding eligibility, subsidy levels, or payment schedules determined by the </w:t>
      </w:r>
      <w:proofErr w:type="spellStart"/>
      <w:r w:rsidRPr="49DDAEFC">
        <w:rPr>
          <w:rFonts w:ascii="Calibri" w:hAnsi="Calibri"/>
          <w:color w:val="000000" w:themeColor="text1"/>
        </w:rPr>
        <w:t>Skillnet</w:t>
      </w:r>
      <w:proofErr w:type="spellEnd"/>
      <w:r w:rsidRPr="49DDAEFC">
        <w:rPr>
          <w:rFonts w:ascii="Calibri" w:hAnsi="Calibri"/>
          <w:color w:val="000000" w:themeColor="text1"/>
        </w:rPr>
        <w:t>.</w:t>
      </w:r>
    </w:p>
    <w:p w:rsidR="49DDAEFC" w:rsidP="49DDAEFC" w:rsidRDefault="49DDAEFC" w14:paraId="1E21AD4A" w14:textId="61072ED2">
      <w:pPr>
        <w:rPr>
          <w:rFonts w:ascii="Calibri" w:hAnsi="Calibri"/>
          <w:color w:val="000000" w:themeColor="text1"/>
        </w:rPr>
      </w:pPr>
    </w:p>
    <w:p w:rsidR="487DDC34" w:rsidRDefault="487DDC34" w14:paraId="13AD4185" w14:textId="0164053C">
      <w:r>
        <w:br w:type="page"/>
      </w:r>
    </w:p>
    <w:p w:rsidR="487DDC34" w:rsidP="487DDC34" w:rsidRDefault="487DDC34" w14:paraId="735C2946" w14:textId="48D50BFF">
      <w:pPr>
        <w:rPr>
          <w:rFonts w:ascii="Calibri" w:hAnsi="Calibri"/>
          <w:color w:val="000000" w:themeColor="text1"/>
        </w:rPr>
      </w:pP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9360"/>
      </w:tblGrid>
      <w:tr w:rsidR="0040090F" w14:paraId="59E63763" w14:textId="77777777">
        <w:trPr>
          <w:jc w:val="center"/>
        </w:trPr>
        <w:tc>
          <w:tcPr>
            <w:tcW w:w="9360" w:type="dxa"/>
            <w:shd w:val="clear" w:color="auto" w:fill="000000"/>
            <w:vAlign w:val="center"/>
          </w:tcPr>
          <w:p w:rsidR="0040090F" w:rsidRDefault="0085639A" w14:paraId="3D289B9A" w14:textId="77777777">
            <w:pPr>
              <w:spacing w:before="40" w:after="40"/>
              <w:jc w:val="center"/>
            </w:pPr>
            <w:r>
              <w:rPr>
                <w:rFonts w:ascii="Calibri" w:hAnsi="Calibri"/>
                <w:b/>
                <w:color w:val="FFFFFF"/>
                <w:sz w:val="20"/>
              </w:rPr>
              <w:t>1.6 SPRINGBOARD+</w:t>
            </w:r>
          </w:p>
        </w:tc>
      </w:tr>
      <w:tr w:rsidR="0040090F" w14:paraId="29A3E390" w14:textId="77777777">
        <w:trPr>
          <w:jc w:val="center"/>
        </w:trPr>
        <w:tc>
          <w:tcPr>
            <w:tcW w:w="9360" w:type="dxa"/>
            <w:vAlign w:val="center"/>
          </w:tcPr>
          <w:p w:rsidR="0040090F" w:rsidRDefault="0085639A" w14:paraId="6FE7C600" w14:textId="77777777">
            <w:pPr>
              <w:spacing w:before="40" w:after="40"/>
            </w:pPr>
            <w:r>
              <w:rPr>
                <w:rFonts w:ascii="Calibri" w:hAnsi="Calibri"/>
                <w:color w:val="000000"/>
                <w:sz w:val="20"/>
              </w:rPr>
              <w:t>Various Faculties – Part Time</w:t>
            </w:r>
          </w:p>
        </w:tc>
      </w:tr>
    </w:tbl>
    <w:p w:rsidR="0040090F" w:rsidP="49DDAEFC" w:rsidRDefault="0040090F" w14:paraId="20271B1A" w14:textId="532FBB25"/>
    <w:p w:rsidR="0040090F" w:rsidP="49DDAEFC" w:rsidRDefault="53C06C58" w14:paraId="17476FB7" w14:textId="77777777">
      <w:pPr>
        <w:rPr>
          <w:rFonts w:ascii="Calibri" w:hAnsi="Calibri"/>
          <w:b/>
          <w:bCs/>
          <w:color w:val="000000" w:themeColor="text1"/>
        </w:rPr>
      </w:pPr>
      <w:r w:rsidRPr="49DDAEFC">
        <w:rPr>
          <w:rFonts w:ascii="Calibri" w:hAnsi="Calibri"/>
          <w:b/>
          <w:bCs/>
          <w:color w:val="000000" w:themeColor="text1"/>
        </w:rPr>
        <w:t xml:space="preserve">Springboard+ Funded </w:t>
      </w:r>
      <w:proofErr w:type="spellStart"/>
      <w:r w:rsidRPr="49DDAEFC">
        <w:rPr>
          <w:rFonts w:ascii="Calibri" w:hAnsi="Calibri"/>
          <w:b/>
          <w:bCs/>
          <w:color w:val="000000" w:themeColor="text1"/>
        </w:rPr>
        <w:t>Programmes</w:t>
      </w:r>
      <w:proofErr w:type="spellEnd"/>
    </w:p>
    <w:p w:rsidR="0040090F" w:rsidRDefault="0085639A" w14:paraId="2A958CF5" w14:textId="77777777">
      <w:r>
        <w:rPr>
          <w:rFonts w:ascii="Calibri" w:hAnsi="Calibri"/>
          <w:color w:val="000000"/>
        </w:rPr>
        <w:t xml:space="preserve">Certain </w:t>
      </w:r>
      <w:proofErr w:type="spellStart"/>
      <w:r>
        <w:rPr>
          <w:rFonts w:ascii="Calibri" w:hAnsi="Calibri"/>
          <w:color w:val="000000"/>
        </w:rPr>
        <w:t>programmes</w:t>
      </w:r>
      <w:proofErr w:type="spellEnd"/>
      <w:r>
        <w:rPr>
          <w:rFonts w:ascii="Calibri" w:hAnsi="Calibri"/>
          <w:color w:val="000000"/>
        </w:rPr>
        <w:t xml:space="preserve"> are funded, either fully or partially, by the Higher Education Authority (HEA) under the Springboard+ initiative.</w:t>
      </w:r>
    </w:p>
    <w:p w:rsidR="0040090F" w:rsidRDefault="0085639A" w14:paraId="464D65CD" w14:textId="77777777">
      <w:r>
        <w:rPr>
          <w:rFonts w:ascii="Calibri" w:hAnsi="Calibri"/>
          <w:color w:val="000000"/>
        </w:rPr>
        <w:t>Funding eligibility and contribution requirements are determined in accordance with Springboard+ criteria and are subject to HEA approval.</w:t>
      </w:r>
    </w:p>
    <w:p w:rsidR="0040090F" w:rsidRDefault="0085639A" w14:paraId="2247384D" w14:textId="77777777">
      <w:r>
        <w:rPr>
          <w:rFonts w:ascii="Calibri" w:hAnsi="Calibri"/>
          <w:color w:val="000000"/>
        </w:rPr>
        <w:t>The funding structure is as follows:</w:t>
      </w:r>
    </w:p>
    <w:p w:rsidR="0040090F" w:rsidRDefault="0085639A" w14:paraId="214798BF" w14:textId="77777777">
      <w:r>
        <w:rPr>
          <w:rFonts w:ascii="Calibri" w:hAnsi="Calibri"/>
          <w:color w:val="000000"/>
        </w:rPr>
        <w:t xml:space="preserve">NFQ Level 6 </w:t>
      </w:r>
      <w:proofErr w:type="spellStart"/>
      <w:r>
        <w:rPr>
          <w:rFonts w:ascii="Calibri" w:hAnsi="Calibri"/>
          <w:color w:val="000000"/>
        </w:rPr>
        <w:t>Programmes</w:t>
      </w:r>
      <w:proofErr w:type="spellEnd"/>
      <w:r>
        <w:rPr>
          <w:rFonts w:ascii="Calibri" w:hAnsi="Calibri"/>
          <w:color w:val="000000"/>
        </w:rPr>
        <w:br/>
      </w:r>
      <w:r>
        <w:rPr>
          <w:rFonts w:ascii="Calibri" w:hAnsi="Calibri"/>
          <w:color w:val="000000"/>
        </w:rPr>
        <w:t>Eligible employed participants are fully funded (100%) by the HEA and have no fee liability to TUS.</w:t>
      </w:r>
    </w:p>
    <w:p w:rsidR="0040090F" w:rsidRDefault="0085639A" w14:paraId="52BBA8C2" w14:textId="77777777">
      <w:r>
        <w:rPr>
          <w:rFonts w:ascii="Calibri" w:hAnsi="Calibri"/>
          <w:color w:val="000000"/>
        </w:rPr>
        <w:t xml:space="preserve">NFQ Levels 7–9 </w:t>
      </w:r>
      <w:proofErr w:type="spellStart"/>
      <w:r>
        <w:rPr>
          <w:rFonts w:ascii="Calibri" w:hAnsi="Calibri"/>
          <w:color w:val="000000"/>
        </w:rPr>
        <w:t>Programmes</w:t>
      </w:r>
      <w:proofErr w:type="spellEnd"/>
      <w:r>
        <w:rPr>
          <w:rFonts w:ascii="Calibri" w:hAnsi="Calibri"/>
          <w:color w:val="000000"/>
        </w:rPr>
        <w:br/>
      </w:r>
      <w:r>
        <w:rPr>
          <w:rFonts w:ascii="Calibri" w:hAnsi="Calibri"/>
          <w:color w:val="000000"/>
        </w:rPr>
        <w:t xml:space="preserve">Eligible employed participants are required to pay a 10% participant contribution directly to TUS. The remaining 90% of the </w:t>
      </w:r>
      <w:proofErr w:type="spellStart"/>
      <w:r>
        <w:rPr>
          <w:rFonts w:ascii="Calibri" w:hAnsi="Calibri"/>
          <w:color w:val="000000"/>
        </w:rPr>
        <w:t>programme</w:t>
      </w:r>
      <w:proofErr w:type="spellEnd"/>
      <w:r>
        <w:rPr>
          <w:rFonts w:ascii="Calibri" w:hAnsi="Calibri"/>
          <w:color w:val="000000"/>
        </w:rPr>
        <w:t xml:space="preserve"> fee is funded by the HEA.</w:t>
      </w:r>
    </w:p>
    <w:p w:rsidR="0040090F" w:rsidRDefault="0085639A" w14:paraId="0445FE5C" w14:textId="77777777">
      <w:r>
        <w:rPr>
          <w:rFonts w:ascii="Calibri" w:hAnsi="Calibri"/>
          <w:color w:val="000000"/>
        </w:rPr>
        <w:t>Unemployed Participants and Returners</w:t>
      </w:r>
      <w:r>
        <w:rPr>
          <w:rFonts w:ascii="Calibri" w:hAnsi="Calibri"/>
          <w:color w:val="000000"/>
        </w:rPr>
        <w:br/>
      </w:r>
      <w:r>
        <w:rPr>
          <w:rFonts w:ascii="Calibri" w:hAnsi="Calibri"/>
          <w:color w:val="000000"/>
        </w:rPr>
        <w:t xml:space="preserve">Eligible unemployed applicants and </w:t>
      </w:r>
      <w:proofErr w:type="spellStart"/>
      <w:r>
        <w:rPr>
          <w:rFonts w:ascii="Calibri" w:hAnsi="Calibri"/>
          <w:color w:val="000000"/>
        </w:rPr>
        <w:t>recognised</w:t>
      </w:r>
      <w:proofErr w:type="spellEnd"/>
      <w:r>
        <w:rPr>
          <w:rFonts w:ascii="Calibri" w:hAnsi="Calibri"/>
          <w:color w:val="000000"/>
        </w:rPr>
        <w:t xml:space="preserve"> returners are fully funded (100%) by the HEA and have no fee liability to TUS.</w:t>
      </w:r>
    </w:p>
    <w:p w:rsidR="0040090F" w:rsidRDefault="0085639A" w14:paraId="0C3BC7C5" w14:textId="77777777">
      <w:r>
        <w:rPr>
          <w:rFonts w:ascii="Calibri" w:hAnsi="Calibri"/>
          <w:color w:val="000000"/>
        </w:rPr>
        <w:t>All applicants must apply through the approved Springboard+ application process and meet the eligibility criteria set by the HEA. Funding is subject to confirmation and compliance with all Springboard+ conditions.</w:t>
      </w:r>
    </w:p>
    <w:p w:rsidR="0040090F" w:rsidRDefault="53C06C58" w14:paraId="6C6B9AD1" w14:textId="77777777">
      <w:r w:rsidRPr="49DDAEFC">
        <w:rPr>
          <w:rFonts w:ascii="Calibri" w:hAnsi="Calibri"/>
          <w:color w:val="000000" w:themeColor="text1"/>
        </w:rPr>
        <w:t xml:space="preserve">Students who fail to meet Springboard+ attendance, engagement or progression requirements may become liable for </w:t>
      </w:r>
      <w:proofErr w:type="spellStart"/>
      <w:r w:rsidRPr="49DDAEFC">
        <w:rPr>
          <w:rFonts w:ascii="Calibri" w:hAnsi="Calibri"/>
          <w:color w:val="000000" w:themeColor="text1"/>
        </w:rPr>
        <w:t>programme</w:t>
      </w:r>
      <w:proofErr w:type="spellEnd"/>
      <w:r w:rsidRPr="49DDAEFC">
        <w:rPr>
          <w:rFonts w:ascii="Calibri" w:hAnsi="Calibri"/>
          <w:color w:val="000000" w:themeColor="text1"/>
        </w:rPr>
        <w:t xml:space="preserve"> fees in accordance with HEA guidelines.</w:t>
      </w:r>
    </w:p>
    <w:p w:rsidR="49DDAEFC" w:rsidP="49DDAEFC" w:rsidRDefault="49DDAEFC" w14:paraId="34157D3D" w14:textId="6D4C0CD0">
      <w:pPr>
        <w:rPr>
          <w:rFonts w:ascii="Calibri" w:hAnsi="Calibri"/>
          <w:color w:val="000000" w:themeColor="text1"/>
        </w:rPr>
      </w:pPr>
    </w:p>
    <w:p w:rsidR="49DDAEFC" w:rsidP="49DDAEFC" w:rsidRDefault="49DDAEFC" w14:paraId="0AC02049" w14:textId="667084F3">
      <w:r>
        <w:br w:type="page"/>
      </w:r>
    </w:p>
    <w:p w:rsidR="49DDAEFC" w:rsidP="487DDC34" w:rsidRDefault="49DDAEFC" w14:paraId="29450619" w14:textId="47F57E02">
      <w:pPr>
        <w:rPr>
          <w:rFonts w:ascii="Calibri" w:hAnsi="Calibri"/>
          <w:color w:val="000000" w:themeColor="text1"/>
        </w:rPr>
      </w:pPr>
    </w:p>
    <w:p w:rsidR="49DDAEFC" w:rsidP="487DDC34" w:rsidRDefault="49DDAEFC" w14:paraId="178C549C" w14:textId="7E90029C"/>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08"/>
        <w:gridCol w:w="1296"/>
        <w:gridCol w:w="1296"/>
        <w:gridCol w:w="1296"/>
        <w:gridCol w:w="1584"/>
        <w:gridCol w:w="1728"/>
      </w:tblGrid>
      <w:tr w:rsidR="0040090F" w:rsidTr="34AAF34B" w14:paraId="6F0C1D1C" w14:textId="77777777">
        <w:trPr/>
        <w:tc>
          <w:tcPr>
            <w:tcW w:w="4608" w:type="dxa"/>
            <w:shd w:val="clear" w:color="auto" w:fill="000000" w:themeFill="text1"/>
            <w:tcMar/>
            <w:vAlign w:val="center"/>
          </w:tcPr>
          <w:p w:rsidR="0040090F" w:rsidP="49DDAEFC" w:rsidRDefault="3F8AA7E6" w14:paraId="771F445A" w14:textId="392F7AD9">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1.6 SPRINGBOARD</w:t>
            </w:r>
            <w:r w:rsidRPr="49DDAEFC" w:rsidR="53C06C58">
              <w:rPr>
                <w:rFonts w:ascii="Calibri" w:hAnsi="Calibri"/>
                <w:b/>
                <w:bCs/>
                <w:color w:val="FFFFFF" w:themeColor="background1"/>
                <w:sz w:val="20"/>
                <w:szCs w:val="20"/>
              </w:rPr>
              <w:t>+ FUNDED PROGRAMMES- Various Faculties - Midlands</w:t>
            </w:r>
          </w:p>
        </w:tc>
        <w:tc>
          <w:tcPr>
            <w:tcW w:w="1296" w:type="dxa"/>
            <w:shd w:val="clear" w:color="auto" w:fill="000000" w:themeFill="text1"/>
            <w:tcMar/>
            <w:vAlign w:val="center"/>
          </w:tcPr>
          <w:p w:rsidR="0040090F" w:rsidP="49DDAEFC" w:rsidRDefault="467652A3" w14:paraId="058E176D" w14:textId="16FF0BED">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1.6 SPRINGBOARD</w:t>
            </w:r>
            <w:r w:rsidRPr="49DDAEFC" w:rsidR="53C06C58">
              <w:rPr>
                <w:rFonts w:ascii="Calibri" w:hAnsi="Calibri"/>
                <w:b/>
                <w:bCs/>
                <w:color w:val="FFFFFF" w:themeColor="background1"/>
                <w:sz w:val="20"/>
                <w:szCs w:val="20"/>
              </w:rPr>
              <w:t>+ FUNDED PROGRAMMES- Various Faculties - Midlands</w:t>
            </w:r>
          </w:p>
        </w:tc>
        <w:tc>
          <w:tcPr>
            <w:tcW w:w="1296" w:type="dxa"/>
            <w:shd w:val="clear" w:color="auto" w:fill="000000" w:themeFill="text1"/>
            <w:tcMar/>
            <w:vAlign w:val="center"/>
          </w:tcPr>
          <w:p w:rsidR="0040090F" w:rsidP="49DDAEFC" w:rsidRDefault="37C02CE3" w14:paraId="37256546" w14:textId="1822EA82">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1.6 SPRINGBOARD</w:t>
            </w:r>
            <w:r w:rsidRPr="49DDAEFC" w:rsidR="53C06C58">
              <w:rPr>
                <w:rFonts w:ascii="Calibri" w:hAnsi="Calibri"/>
                <w:b/>
                <w:bCs/>
                <w:color w:val="FFFFFF" w:themeColor="background1"/>
                <w:sz w:val="20"/>
                <w:szCs w:val="20"/>
              </w:rPr>
              <w:t>+ FUNDED PROGRAMMES- Various Faculties - Midlands</w:t>
            </w:r>
          </w:p>
        </w:tc>
        <w:tc>
          <w:tcPr>
            <w:tcW w:w="1296" w:type="dxa"/>
            <w:shd w:val="clear" w:color="auto" w:fill="000000" w:themeFill="text1"/>
            <w:tcMar/>
            <w:vAlign w:val="center"/>
          </w:tcPr>
          <w:p w:rsidR="0040090F" w:rsidP="49DDAEFC" w:rsidRDefault="420207E8" w14:paraId="30AAFC82" w14:textId="0C241005">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1.6 SPRINGBOARD</w:t>
            </w:r>
            <w:r w:rsidRPr="49DDAEFC" w:rsidR="53C06C58">
              <w:rPr>
                <w:rFonts w:ascii="Calibri" w:hAnsi="Calibri"/>
                <w:b/>
                <w:bCs/>
                <w:color w:val="FFFFFF" w:themeColor="background1"/>
                <w:sz w:val="20"/>
                <w:szCs w:val="20"/>
              </w:rPr>
              <w:t>+ FUNDED PROGRAMMES- Various Faculties - Midlands</w:t>
            </w:r>
          </w:p>
        </w:tc>
        <w:tc>
          <w:tcPr>
            <w:tcW w:w="1584" w:type="dxa"/>
            <w:shd w:val="clear" w:color="auto" w:fill="000000" w:themeFill="text1"/>
            <w:tcMar/>
            <w:vAlign w:val="center"/>
          </w:tcPr>
          <w:p w:rsidR="0040090F" w:rsidP="49DDAEFC" w:rsidRDefault="69DC4A47" w14:paraId="2AA5C50B" w14:textId="3995D147">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1.6 SPRINGBOARD</w:t>
            </w:r>
            <w:r w:rsidRPr="49DDAEFC" w:rsidR="53C06C58">
              <w:rPr>
                <w:rFonts w:ascii="Calibri" w:hAnsi="Calibri"/>
                <w:b/>
                <w:bCs/>
                <w:color w:val="FFFFFF" w:themeColor="background1"/>
                <w:sz w:val="20"/>
                <w:szCs w:val="20"/>
              </w:rPr>
              <w:t>+ FUNDED PROGRAMMES- Various Faculties - Midlands</w:t>
            </w:r>
          </w:p>
        </w:tc>
        <w:tc>
          <w:tcPr>
            <w:tcW w:w="1728" w:type="dxa"/>
            <w:shd w:val="clear" w:color="auto" w:fill="000000" w:themeFill="text1"/>
            <w:tcMar/>
            <w:vAlign w:val="center"/>
          </w:tcPr>
          <w:p w:rsidR="0040090F" w:rsidP="49DDAEFC" w:rsidRDefault="79C6F6F5" w14:paraId="34850B37" w14:textId="41E044B7">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1.6 SPRINGBOARD</w:t>
            </w:r>
            <w:r w:rsidRPr="49DDAEFC" w:rsidR="53C06C58">
              <w:rPr>
                <w:rFonts w:ascii="Calibri" w:hAnsi="Calibri"/>
                <w:b/>
                <w:bCs/>
                <w:color w:val="FFFFFF" w:themeColor="background1"/>
                <w:sz w:val="20"/>
                <w:szCs w:val="20"/>
              </w:rPr>
              <w:t>+ FUNDED PROGRAMMES- Various Faculties - Midlands</w:t>
            </w:r>
          </w:p>
        </w:tc>
      </w:tr>
      <w:tr w:rsidR="0040090F" w:rsidTr="34AAF34B" w14:paraId="6DEA1DFC" w14:textId="77777777">
        <w:trPr/>
        <w:tc>
          <w:tcPr>
            <w:tcW w:w="4608" w:type="dxa"/>
            <w:tcMar/>
            <w:vAlign w:val="center"/>
          </w:tcPr>
          <w:p w:rsidR="0040090F" w:rsidP="49DDAEFC" w:rsidRDefault="53C06C58" w14:paraId="3EC5BD19" w14:textId="4D52BC35">
            <w:pPr>
              <w:spacing w:before="40" w:after="40"/>
              <w:rPr>
                <w:rFonts w:ascii="Calibri" w:hAnsi="Calibri"/>
                <w:color w:val="000000" w:themeColor="text1"/>
                <w:sz w:val="20"/>
                <w:szCs w:val="20"/>
              </w:rPr>
            </w:pPr>
            <w:r w:rsidRPr="34AAF34B" w:rsidR="53C06C58">
              <w:rPr>
                <w:rFonts w:ascii="Calibri" w:hAnsi="Calibri"/>
                <w:color w:val="000000" w:themeColor="text1" w:themeTint="FF" w:themeShade="FF"/>
                <w:sz w:val="20"/>
                <w:szCs w:val="20"/>
              </w:rPr>
              <w:t>Programme</w:t>
            </w:r>
            <w:r w:rsidRPr="34AAF34B" w:rsidR="569C442C">
              <w:rPr>
                <w:rFonts w:ascii="Calibri" w:hAnsi="Calibri"/>
                <w:color w:val="000000" w:themeColor="text1" w:themeTint="FF" w:themeShade="FF"/>
                <w:sz w:val="20"/>
                <w:szCs w:val="20"/>
              </w:rPr>
              <w:t xml:space="preserve">  (</w:t>
            </w:r>
            <w:r w:rsidRPr="34AAF34B" w:rsidR="53C06C58">
              <w:rPr>
                <w:rFonts w:ascii="Calibri" w:hAnsi="Calibri"/>
                <w:color w:val="000000" w:themeColor="text1" w:themeTint="FF" w:themeShade="FF"/>
                <w:sz w:val="20"/>
                <w:szCs w:val="20"/>
              </w:rPr>
              <w:t xml:space="preserve">All </w:t>
            </w:r>
            <w:r w:rsidRPr="34AAF34B" w:rsidR="53C06C58">
              <w:rPr>
                <w:rFonts w:ascii="Calibri" w:hAnsi="Calibri"/>
                <w:color w:val="000000" w:themeColor="text1" w:themeTint="FF" w:themeShade="FF"/>
                <w:sz w:val="20"/>
                <w:szCs w:val="20"/>
              </w:rPr>
              <w:t>Programmes</w:t>
            </w:r>
            <w:r w:rsidRPr="34AAF34B" w:rsidR="53C06C58">
              <w:rPr>
                <w:rFonts w:ascii="Calibri" w:hAnsi="Calibri"/>
                <w:color w:val="000000" w:themeColor="text1" w:themeTint="FF" w:themeShade="FF"/>
                <w:sz w:val="20"/>
                <w:szCs w:val="20"/>
              </w:rPr>
              <w:t xml:space="preserve"> are one year)</w:t>
            </w:r>
          </w:p>
        </w:tc>
        <w:tc>
          <w:tcPr>
            <w:tcW w:w="1296" w:type="dxa"/>
            <w:tcMar/>
            <w:vAlign w:val="center"/>
          </w:tcPr>
          <w:p w:rsidR="0040090F" w:rsidRDefault="0085639A" w14:paraId="42F440B9" w14:textId="77777777">
            <w:pPr>
              <w:spacing w:before="40" w:after="40"/>
            </w:pPr>
            <w:r>
              <w:rPr>
                <w:rFonts w:ascii="Calibri" w:hAnsi="Calibri"/>
                <w:color w:val="000000"/>
                <w:sz w:val="20"/>
              </w:rPr>
              <w:t>NFQ Level</w:t>
            </w:r>
          </w:p>
        </w:tc>
        <w:tc>
          <w:tcPr>
            <w:tcW w:w="1296" w:type="dxa"/>
            <w:tcMar/>
            <w:vAlign w:val="center"/>
          </w:tcPr>
          <w:p w:rsidR="0040090F" w:rsidRDefault="0085639A" w14:paraId="2F63CE7A" w14:textId="77777777">
            <w:pPr>
              <w:spacing w:before="40" w:after="40"/>
            </w:pPr>
            <w:r>
              <w:rPr>
                <w:rFonts w:ascii="Calibri" w:hAnsi="Calibri"/>
                <w:color w:val="000000"/>
                <w:sz w:val="20"/>
              </w:rPr>
              <w:t>Mode</w:t>
            </w:r>
          </w:p>
        </w:tc>
        <w:tc>
          <w:tcPr>
            <w:tcW w:w="1296" w:type="dxa"/>
            <w:tcMar/>
            <w:vAlign w:val="center"/>
          </w:tcPr>
          <w:p w:rsidR="0040090F" w:rsidRDefault="0085639A" w14:paraId="22F4ECEC" w14:textId="77777777">
            <w:pPr>
              <w:spacing w:before="40" w:after="40"/>
            </w:pPr>
            <w:r>
              <w:rPr>
                <w:rFonts w:ascii="Calibri" w:hAnsi="Calibri"/>
                <w:color w:val="000000"/>
                <w:sz w:val="20"/>
              </w:rPr>
              <w:t>ECTS</w:t>
            </w:r>
          </w:p>
        </w:tc>
        <w:tc>
          <w:tcPr>
            <w:tcW w:w="1584" w:type="dxa"/>
            <w:tcMar/>
            <w:vAlign w:val="center"/>
          </w:tcPr>
          <w:p w:rsidR="0040090F" w:rsidRDefault="0582E7F5" w14:paraId="2931E1F8" w14:textId="05134AD3">
            <w:pPr>
              <w:spacing w:before="40" w:after="40"/>
            </w:pPr>
            <w:r w:rsidRPr="487DDC34">
              <w:rPr>
                <w:rFonts w:ascii="Calibri" w:hAnsi="Calibri"/>
                <w:color w:val="000000" w:themeColor="text1"/>
                <w:sz w:val="20"/>
                <w:szCs w:val="20"/>
              </w:rPr>
              <w:t>Fee</w:t>
            </w:r>
            <w:r w:rsidRPr="487DDC34" w:rsidR="080460E7">
              <w:rPr>
                <w:rFonts w:ascii="Calibri" w:hAnsi="Calibri"/>
                <w:color w:val="000000" w:themeColor="text1"/>
                <w:sz w:val="20"/>
                <w:szCs w:val="20"/>
              </w:rPr>
              <w:t xml:space="preserve"> *</w:t>
            </w:r>
          </w:p>
        </w:tc>
        <w:tc>
          <w:tcPr>
            <w:tcW w:w="1728" w:type="dxa"/>
            <w:tcMar/>
            <w:vAlign w:val="center"/>
          </w:tcPr>
          <w:p w:rsidR="0040090F" w:rsidRDefault="0085639A" w14:paraId="79B69E76" w14:textId="77777777">
            <w:pPr>
              <w:spacing w:before="40" w:after="40"/>
            </w:pPr>
            <w:r>
              <w:rPr>
                <w:rFonts w:ascii="Calibri" w:hAnsi="Calibri"/>
                <w:color w:val="000000"/>
                <w:sz w:val="20"/>
              </w:rPr>
              <w:t>10% contribution for employed students</w:t>
            </w:r>
          </w:p>
        </w:tc>
      </w:tr>
      <w:tr w:rsidR="0040090F" w:rsidTr="34AAF34B" w14:paraId="16C6E4B6" w14:textId="77777777">
        <w:trPr/>
        <w:tc>
          <w:tcPr>
            <w:tcW w:w="4608" w:type="dxa"/>
            <w:tcMar/>
            <w:vAlign w:val="center"/>
          </w:tcPr>
          <w:p w:rsidR="0040090F" w:rsidRDefault="0085639A" w14:paraId="498D35F9" w14:textId="77777777">
            <w:pPr>
              <w:spacing w:before="40" w:after="40"/>
            </w:pPr>
            <w:r>
              <w:rPr>
                <w:rFonts w:ascii="Calibri" w:hAnsi="Calibri"/>
                <w:color w:val="000000"/>
                <w:sz w:val="20"/>
              </w:rPr>
              <w:t>Certificate in Culinary Skills</w:t>
            </w:r>
          </w:p>
        </w:tc>
        <w:tc>
          <w:tcPr>
            <w:tcW w:w="1296" w:type="dxa"/>
            <w:tcMar/>
            <w:vAlign w:val="center"/>
          </w:tcPr>
          <w:p w:rsidR="0040090F" w:rsidRDefault="0085639A" w14:paraId="495C5AD0" w14:textId="77777777">
            <w:pPr>
              <w:spacing w:before="40" w:after="40"/>
            </w:pPr>
            <w:r>
              <w:rPr>
                <w:rFonts w:ascii="Calibri" w:hAnsi="Calibri"/>
                <w:color w:val="000000"/>
                <w:sz w:val="20"/>
              </w:rPr>
              <w:t>6</w:t>
            </w:r>
          </w:p>
        </w:tc>
        <w:tc>
          <w:tcPr>
            <w:tcW w:w="1296" w:type="dxa"/>
            <w:tcMar/>
            <w:vAlign w:val="center"/>
          </w:tcPr>
          <w:p w:rsidR="0040090F" w:rsidRDefault="0085639A" w14:paraId="7714B0BB" w14:textId="77777777">
            <w:pPr>
              <w:spacing w:before="40" w:after="40"/>
            </w:pPr>
            <w:r>
              <w:rPr>
                <w:rFonts w:ascii="Calibri" w:hAnsi="Calibri"/>
                <w:color w:val="000000"/>
                <w:sz w:val="20"/>
              </w:rPr>
              <w:t>P/T</w:t>
            </w:r>
          </w:p>
        </w:tc>
        <w:tc>
          <w:tcPr>
            <w:tcW w:w="1296" w:type="dxa"/>
            <w:tcMar/>
            <w:vAlign w:val="center"/>
          </w:tcPr>
          <w:p w:rsidR="0040090F" w:rsidRDefault="0085639A" w14:paraId="6FCCE799" w14:textId="77777777">
            <w:pPr>
              <w:spacing w:before="40" w:after="40"/>
            </w:pPr>
            <w:r>
              <w:rPr>
                <w:rFonts w:ascii="Calibri" w:hAnsi="Calibri"/>
                <w:color w:val="000000"/>
                <w:sz w:val="20"/>
              </w:rPr>
              <w:t>60</w:t>
            </w:r>
          </w:p>
        </w:tc>
        <w:tc>
          <w:tcPr>
            <w:tcW w:w="1584" w:type="dxa"/>
            <w:tcMar/>
            <w:vAlign w:val="center"/>
          </w:tcPr>
          <w:p w:rsidR="0040090F" w:rsidP="1030D1EF" w:rsidRDefault="0085639A" w14:paraId="22DDC78E" w14:textId="77777777">
            <w:pPr>
              <w:spacing w:before="40" w:after="40"/>
              <w:jc w:val="center"/>
            </w:pPr>
            <w:r w:rsidRPr="1030D1EF" w:rsidR="0085639A">
              <w:rPr>
                <w:rFonts w:ascii="Calibri" w:hAnsi="Calibri"/>
                <w:color w:val="000000" w:themeColor="text1" w:themeTint="FF" w:themeShade="FF"/>
                <w:sz w:val="20"/>
                <w:szCs w:val="20"/>
              </w:rPr>
              <w:t>7000</w:t>
            </w:r>
          </w:p>
        </w:tc>
        <w:tc>
          <w:tcPr>
            <w:tcW w:w="1728" w:type="dxa"/>
            <w:tcMar/>
            <w:vAlign w:val="center"/>
          </w:tcPr>
          <w:p w:rsidR="0040090F" w:rsidRDefault="0085639A" w14:paraId="313D4683" w14:textId="77777777">
            <w:pPr>
              <w:spacing w:before="40" w:after="40"/>
            </w:pPr>
            <w:r>
              <w:rPr>
                <w:rFonts w:ascii="Calibri" w:hAnsi="Calibri"/>
                <w:color w:val="000000"/>
                <w:sz w:val="20"/>
              </w:rPr>
              <w:t>n/a</w:t>
            </w:r>
          </w:p>
        </w:tc>
      </w:tr>
      <w:tr w:rsidR="0040090F" w:rsidTr="34AAF34B" w14:paraId="766EB745" w14:textId="77777777">
        <w:trPr/>
        <w:tc>
          <w:tcPr>
            <w:tcW w:w="4608" w:type="dxa"/>
            <w:tcMar/>
            <w:vAlign w:val="center"/>
          </w:tcPr>
          <w:p w:rsidR="0040090F" w:rsidRDefault="0085639A" w14:paraId="6740DAC7" w14:textId="77777777">
            <w:pPr>
              <w:spacing w:before="40" w:after="40"/>
            </w:pPr>
            <w:r>
              <w:rPr>
                <w:rFonts w:ascii="Calibri" w:hAnsi="Calibri"/>
                <w:color w:val="000000"/>
                <w:sz w:val="20"/>
              </w:rPr>
              <w:t>Certificate in Financial Accounting and Payroll</w:t>
            </w:r>
          </w:p>
        </w:tc>
        <w:tc>
          <w:tcPr>
            <w:tcW w:w="1296" w:type="dxa"/>
            <w:tcMar/>
            <w:vAlign w:val="center"/>
          </w:tcPr>
          <w:p w:rsidR="0040090F" w:rsidRDefault="0085639A" w14:paraId="3E15FB21" w14:textId="77777777">
            <w:pPr>
              <w:spacing w:before="40" w:after="40"/>
            </w:pPr>
            <w:r>
              <w:rPr>
                <w:rFonts w:ascii="Calibri" w:hAnsi="Calibri"/>
                <w:color w:val="000000"/>
                <w:sz w:val="20"/>
              </w:rPr>
              <w:t>6</w:t>
            </w:r>
          </w:p>
        </w:tc>
        <w:tc>
          <w:tcPr>
            <w:tcW w:w="1296" w:type="dxa"/>
            <w:tcMar/>
            <w:vAlign w:val="center"/>
          </w:tcPr>
          <w:p w:rsidR="0040090F" w:rsidRDefault="0085639A" w14:paraId="6C4FFDF9" w14:textId="77777777">
            <w:pPr>
              <w:spacing w:before="40" w:after="40"/>
            </w:pPr>
            <w:r>
              <w:rPr>
                <w:rFonts w:ascii="Calibri" w:hAnsi="Calibri"/>
                <w:color w:val="000000"/>
                <w:sz w:val="20"/>
              </w:rPr>
              <w:t>P/T</w:t>
            </w:r>
          </w:p>
        </w:tc>
        <w:tc>
          <w:tcPr>
            <w:tcW w:w="1296" w:type="dxa"/>
            <w:tcMar/>
            <w:vAlign w:val="center"/>
          </w:tcPr>
          <w:p w:rsidR="0040090F" w:rsidRDefault="0085639A" w14:paraId="53CF2341" w14:textId="77777777">
            <w:pPr>
              <w:spacing w:before="40" w:after="40"/>
            </w:pPr>
            <w:r>
              <w:rPr>
                <w:rFonts w:ascii="Calibri" w:hAnsi="Calibri"/>
                <w:color w:val="000000"/>
                <w:sz w:val="20"/>
              </w:rPr>
              <w:t>60</w:t>
            </w:r>
          </w:p>
        </w:tc>
        <w:tc>
          <w:tcPr>
            <w:tcW w:w="1584" w:type="dxa"/>
            <w:tcMar/>
            <w:vAlign w:val="center"/>
          </w:tcPr>
          <w:p w:rsidR="0040090F" w:rsidP="1030D1EF" w:rsidRDefault="0085639A" w14:paraId="4C8860BC" w14:textId="77777777">
            <w:pPr>
              <w:spacing w:before="40" w:after="40"/>
              <w:jc w:val="center"/>
            </w:pPr>
            <w:r w:rsidRPr="1030D1EF" w:rsidR="0085639A">
              <w:rPr>
                <w:rFonts w:ascii="Calibri" w:hAnsi="Calibri"/>
                <w:color w:val="000000" w:themeColor="text1" w:themeTint="FF" w:themeShade="FF"/>
                <w:sz w:val="20"/>
                <w:szCs w:val="20"/>
              </w:rPr>
              <w:t>4500</w:t>
            </w:r>
          </w:p>
        </w:tc>
        <w:tc>
          <w:tcPr>
            <w:tcW w:w="1728" w:type="dxa"/>
            <w:tcMar/>
            <w:vAlign w:val="center"/>
          </w:tcPr>
          <w:p w:rsidR="0040090F" w:rsidRDefault="0085639A" w14:paraId="26F3EA42" w14:textId="77777777">
            <w:pPr>
              <w:spacing w:before="40" w:after="40"/>
            </w:pPr>
            <w:r>
              <w:rPr>
                <w:rFonts w:ascii="Calibri" w:hAnsi="Calibri"/>
                <w:color w:val="000000"/>
                <w:sz w:val="20"/>
              </w:rPr>
              <w:t>n/a</w:t>
            </w:r>
          </w:p>
        </w:tc>
      </w:tr>
      <w:tr w:rsidR="0040090F" w:rsidTr="34AAF34B" w14:paraId="32BC6751" w14:textId="77777777">
        <w:trPr/>
        <w:tc>
          <w:tcPr>
            <w:tcW w:w="4608" w:type="dxa"/>
            <w:tcMar/>
            <w:vAlign w:val="center"/>
          </w:tcPr>
          <w:p w:rsidR="0040090F" w:rsidRDefault="0085639A" w14:paraId="1079D558" w14:textId="77777777">
            <w:pPr>
              <w:spacing w:before="40" w:after="40"/>
            </w:pPr>
            <w:r>
              <w:rPr>
                <w:rFonts w:ascii="Calibri" w:hAnsi="Calibri"/>
                <w:color w:val="000000"/>
                <w:sz w:val="20"/>
              </w:rPr>
              <w:t>Certificate in Human Resources Management</w:t>
            </w:r>
          </w:p>
        </w:tc>
        <w:tc>
          <w:tcPr>
            <w:tcW w:w="1296" w:type="dxa"/>
            <w:tcMar/>
            <w:vAlign w:val="center"/>
          </w:tcPr>
          <w:p w:rsidR="0040090F" w:rsidRDefault="0085639A" w14:paraId="2CFA4D70" w14:textId="77777777">
            <w:pPr>
              <w:spacing w:before="40" w:after="40"/>
            </w:pPr>
            <w:r>
              <w:rPr>
                <w:rFonts w:ascii="Calibri" w:hAnsi="Calibri"/>
                <w:color w:val="000000"/>
                <w:sz w:val="20"/>
              </w:rPr>
              <w:t>6</w:t>
            </w:r>
          </w:p>
        </w:tc>
        <w:tc>
          <w:tcPr>
            <w:tcW w:w="1296" w:type="dxa"/>
            <w:tcMar/>
            <w:vAlign w:val="center"/>
          </w:tcPr>
          <w:p w:rsidR="0040090F" w:rsidRDefault="0085639A" w14:paraId="19798B92" w14:textId="77777777">
            <w:pPr>
              <w:spacing w:before="40" w:after="40"/>
            </w:pPr>
            <w:r>
              <w:rPr>
                <w:rFonts w:ascii="Calibri" w:hAnsi="Calibri"/>
                <w:color w:val="000000"/>
                <w:sz w:val="20"/>
              </w:rPr>
              <w:t>P/T</w:t>
            </w:r>
          </w:p>
        </w:tc>
        <w:tc>
          <w:tcPr>
            <w:tcW w:w="1296" w:type="dxa"/>
            <w:tcMar/>
            <w:vAlign w:val="center"/>
          </w:tcPr>
          <w:p w:rsidR="0040090F" w:rsidRDefault="0085639A" w14:paraId="66EC1742" w14:textId="77777777">
            <w:pPr>
              <w:spacing w:before="40" w:after="40"/>
            </w:pPr>
            <w:r>
              <w:rPr>
                <w:rFonts w:ascii="Calibri" w:hAnsi="Calibri"/>
                <w:color w:val="000000"/>
                <w:sz w:val="20"/>
              </w:rPr>
              <w:t>60</w:t>
            </w:r>
          </w:p>
        </w:tc>
        <w:tc>
          <w:tcPr>
            <w:tcW w:w="1584" w:type="dxa"/>
            <w:tcMar/>
            <w:vAlign w:val="center"/>
          </w:tcPr>
          <w:p w:rsidR="0040090F" w:rsidP="1030D1EF" w:rsidRDefault="0085639A" w14:paraId="0A453A2A" w14:textId="77777777">
            <w:pPr>
              <w:spacing w:before="40" w:after="40"/>
              <w:jc w:val="center"/>
            </w:pPr>
            <w:r w:rsidRPr="1030D1EF" w:rsidR="0085639A">
              <w:rPr>
                <w:rFonts w:ascii="Calibri" w:hAnsi="Calibri"/>
                <w:color w:val="000000" w:themeColor="text1" w:themeTint="FF" w:themeShade="FF"/>
                <w:sz w:val="20"/>
                <w:szCs w:val="20"/>
              </w:rPr>
              <w:t>4500</w:t>
            </w:r>
          </w:p>
        </w:tc>
        <w:tc>
          <w:tcPr>
            <w:tcW w:w="1728" w:type="dxa"/>
            <w:tcMar/>
            <w:vAlign w:val="center"/>
          </w:tcPr>
          <w:p w:rsidR="0040090F" w:rsidRDefault="0085639A" w14:paraId="1CD5020D" w14:textId="77777777">
            <w:pPr>
              <w:spacing w:before="40" w:after="40"/>
            </w:pPr>
            <w:r>
              <w:rPr>
                <w:rFonts w:ascii="Calibri" w:hAnsi="Calibri"/>
                <w:color w:val="000000"/>
                <w:sz w:val="20"/>
              </w:rPr>
              <w:t>n/a</w:t>
            </w:r>
          </w:p>
        </w:tc>
      </w:tr>
      <w:tr w:rsidR="0040090F" w:rsidTr="34AAF34B" w14:paraId="439989B7" w14:textId="77777777">
        <w:trPr/>
        <w:tc>
          <w:tcPr>
            <w:tcW w:w="4608" w:type="dxa"/>
            <w:tcMar/>
            <w:vAlign w:val="center"/>
          </w:tcPr>
          <w:p w:rsidR="0040090F" w:rsidRDefault="0085639A" w14:paraId="00D469EB" w14:textId="77777777">
            <w:pPr>
              <w:spacing w:before="40" w:after="40"/>
            </w:pPr>
            <w:r>
              <w:rPr>
                <w:rFonts w:ascii="Calibri" w:hAnsi="Calibri"/>
                <w:color w:val="000000"/>
                <w:sz w:val="20"/>
              </w:rPr>
              <w:t>Certificate in Logistics and Supply Chain Management</w:t>
            </w:r>
          </w:p>
        </w:tc>
        <w:tc>
          <w:tcPr>
            <w:tcW w:w="1296" w:type="dxa"/>
            <w:tcMar/>
            <w:vAlign w:val="center"/>
          </w:tcPr>
          <w:p w:rsidR="0040090F" w:rsidRDefault="0085639A" w14:paraId="6FF00787" w14:textId="77777777">
            <w:pPr>
              <w:spacing w:before="40" w:after="40"/>
            </w:pPr>
            <w:r>
              <w:rPr>
                <w:rFonts w:ascii="Calibri" w:hAnsi="Calibri"/>
                <w:color w:val="000000"/>
                <w:sz w:val="20"/>
              </w:rPr>
              <w:t>6</w:t>
            </w:r>
          </w:p>
        </w:tc>
        <w:tc>
          <w:tcPr>
            <w:tcW w:w="1296" w:type="dxa"/>
            <w:tcMar/>
            <w:vAlign w:val="center"/>
          </w:tcPr>
          <w:p w:rsidR="0040090F" w:rsidRDefault="0085639A" w14:paraId="665DB7DC" w14:textId="77777777">
            <w:pPr>
              <w:spacing w:before="40" w:after="40"/>
            </w:pPr>
            <w:r>
              <w:rPr>
                <w:rFonts w:ascii="Calibri" w:hAnsi="Calibri"/>
                <w:color w:val="000000"/>
                <w:sz w:val="20"/>
              </w:rPr>
              <w:t>P/T</w:t>
            </w:r>
          </w:p>
        </w:tc>
        <w:tc>
          <w:tcPr>
            <w:tcW w:w="1296" w:type="dxa"/>
            <w:tcMar/>
            <w:vAlign w:val="center"/>
          </w:tcPr>
          <w:p w:rsidR="0040090F" w:rsidRDefault="0085639A" w14:paraId="34635501"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1C0D849" w14:textId="77777777">
            <w:pPr>
              <w:spacing w:before="40" w:after="40"/>
              <w:jc w:val="center"/>
            </w:pPr>
            <w:r w:rsidRPr="1030D1EF" w:rsidR="0085639A">
              <w:rPr>
                <w:rFonts w:ascii="Calibri" w:hAnsi="Calibri"/>
                <w:color w:val="000000" w:themeColor="text1" w:themeTint="FF" w:themeShade="FF"/>
                <w:sz w:val="20"/>
                <w:szCs w:val="20"/>
              </w:rPr>
              <w:t>4500</w:t>
            </w:r>
          </w:p>
        </w:tc>
        <w:tc>
          <w:tcPr>
            <w:tcW w:w="1728" w:type="dxa"/>
            <w:tcMar/>
            <w:vAlign w:val="center"/>
          </w:tcPr>
          <w:p w:rsidR="0040090F" w:rsidRDefault="0085639A" w14:paraId="3E3648F4" w14:textId="77777777">
            <w:pPr>
              <w:spacing w:before="40" w:after="40"/>
            </w:pPr>
            <w:r>
              <w:rPr>
                <w:rFonts w:ascii="Calibri" w:hAnsi="Calibri"/>
                <w:color w:val="000000"/>
                <w:sz w:val="20"/>
              </w:rPr>
              <w:t>n/a</w:t>
            </w:r>
          </w:p>
        </w:tc>
      </w:tr>
      <w:tr w:rsidR="0040090F" w:rsidTr="34AAF34B" w14:paraId="6C131E7D" w14:textId="77777777">
        <w:trPr/>
        <w:tc>
          <w:tcPr>
            <w:tcW w:w="4608" w:type="dxa"/>
            <w:tcMar/>
            <w:vAlign w:val="center"/>
          </w:tcPr>
          <w:p w:rsidR="0040090F" w:rsidRDefault="0085639A" w14:paraId="7444F97C" w14:textId="77777777">
            <w:pPr>
              <w:spacing w:before="40" w:after="40"/>
            </w:pPr>
            <w:r>
              <w:rPr>
                <w:rFonts w:ascii="Calibri" w:hAnsi="Calibri"/>
                <w:color w:val="000000"/>
                <w:sz w:val="20"/>
              </w:rPr>
              <w:t>Certificate in Operations, Quality and Lean Management</w:t>
            </w:r>
          </w:p>
        </w:tc>
        <w:tc>
          <w:tcPr>
            <w:tcW w:w="1296" w:type="dxa"/>
            <w:tcMar/>
            <w:vAlign w:val="center"/>
          </w:tcPr>
          <w:p w:rsidR="0040090F" w:rsidRDefault="0085639A" w14:paraId="1523F93E" w14:textId="77777777">
            <w:pPr>
              <w:spacing w:before="40" w:after="40"/>
            </w:pPr>
            <w:r>
              <w:rPr>
                <w:rFonts w:ascii="Calibri" w:hAnsi="Calibri"/>
                <w:color w:val="000000"/>
                <w:sz w:val="20"/>
              </w:rPr>
              <w:t>6</w:t>
            </w:r>
          </w:p>
        </w:tc>
        <w:tc>
          <w:tcPr>
            <w:tcW w:w="1296" w:type="dxa"/>
            <w:tcMar/>
            <w:vAlign w:val="center"/>
          </w:tcPr>
          <w:p w:rsidR="0040090F" w:rsidRDefault="0085639A" w14:paraId="201D8848" w14:textId="77777777">
            <w:pPr>
              <w:spacing w:before="40" w:after="40"/>
            </w:pPr>
            <w:r>
              <w:rPr>
                <w:rFonts w:ascii="Calibri" w:hAnsi="Calibri"/>
                <w:color w:val="000000"/>
                <w:sz w:val="20"/>
              </w:rPr>
              <w:t>P/T</w:t>
            </w:r>
          </w:p>
        </w:tc>
        <w:tc>
          <w:tcPr>
            <w:tcW w:w="1296" w:type="dxa"/>
            <w:tcMar/>
            <w:vAlign w:val="center"/>
          </w:tcPr>
          <w:p w:rsidR="0040090F" w:rsidRDefault="0085639A" w14:paraId="2801F3F2"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DF850D2" w14:textId="77777777">
            <w:pPr>
              <w:spacing w:before="40" w:after="40"/>
              <w:jc w:val="center"/>
            </w:pPr>
            <w:r w:rsidRPr="1030D1EF" w:rsidR="0085639A">
              <w:rPr>
                <w:rFonts w:ascii="Calibri" w:hAnsi="Calibri"/>
                <w:color w:val="000000" w:themeColor="text1" w:themeTint="FF" w:themeShade="FF"/>
                <w:sz w:val="20"/>
                <w:szCs w:val="20"/>
              </w:rPr>
              <w:t>4500</w:t>
            </w:r>
          </w:p>
        </w:tc>
        <w:tc>
          <w:tcPr>
            <w:tcW w:w="1728" w:type="dxa"/>
            <w:tcMar/>
            <w:vAlign w:val="center"/>
          </w:tcPr>
          <w:p w:rsidR="0040090F" w:rsidRDefault="0085639A" w14:paraId="6A41742F" w14:textId="77777777">
            <w:pPr>
              <w:spacing w:before="40" w:after="40"/>
            </w:pPr>
            <w:r>
              <w:rPr>
                <w:rFonts w:ascii="Calibri" w:hAnsi="Calibri"/>
                <w:color w:val="000000"/>
                <w:sz w:val="20"/>
              </w:rPr>
              <w:t>n/a</w:t>
            </w:r>
          </w:p>
        </w:tc>
      </w:tr>
      <w:tr w:rsidR="0040090F" w:rsidTr="34AAF34B" w14:paraId="08AF2E46" w14:textId="77777777">
        <w:trPr/>
        <w:tc>
          <w:tcPr>
            <w:tcW w:w="4608" w:type="dxa"/>
            <w:tcMar/>
            <w:vAlign w:val="center"/>
          </w:tcPr>
          <w:p w:rsidR="0040090F" w:rsidRDefault="0085639A" w14:paraId="3485A56F" w14:textId="77777777">
            <w:pPr>
              <w:spacing w:before="40" w:after="40"/>
            </w:pPr>
            <w:r>
              <w:rPr>
                <w:rFonts w:ascii="Calibri" w:hAnsi="Calibri"/>
                <w:color w:val="000000"/>
                <w:sz w:val="20"/>
              </w:rPr>
              <w:t>Certificate in Supervisory Management and Team Leadership</w:t>
            </w:r>
          </w:p>
        </w:tc>
        <w:tc>
          <w:tcPr>
            <w:tcW w:w="1296" w:type="dxa"/>
            <w:tcMar/>
            <w:vAlign w:val="center"/>
          </w:tcPr>
          <w:p w:rsidR="0040090F" w:rsidRDefault="0085639A" w14:paraId="06286F44" w14:textId="77777777">
            <w:pPr>
              <w:spacing w:before="40" w:after="40"/>
            </w:pPr>
            <w:r>
              <w:rPr>
                <w:rFonts w:ascii="Calibri" w:hAnsi="Calibri"/>
                <w:color w:val="000000"/>
                <w:sz w:val="20"/>
              </w:rPr>
              <w:t>6</w:t>
            </w:r>
          </w:p>
        </w:tc>
        <w:tc>
          <w:tcPr>
            <w:tcW w:w="1296" w:type="dxa"/>
            <w:tcMar/>
            <w:vAlign w:val="center"/>
          </w:tcPr>
          <w:p w:rsidR="0040090F" w:rsidRDefault="0085639A" w14:paraId="5841324F" w14:textId="77777777">
            <w:pPr>
              <w:spacing w:before="40" w:after="40"/>
            </w:pPr>
            <w:r>
              <w:rPr>
                <w:rFonts w:ascii="Calibri" w:hAnsi="Calibri"/>
                <w:color w:val="000000"/>
                <w:sz w:val="20"/>
              </w:rPr>
              <w:t>P/T</w:t>
            </w:r>
          </w:p>
        </w:tc>
        <w:tc>
          <w:tcPr>
            <w:tcW w:w="1296" w:type="dxa"/>
            <w:tcMar/>
            <w:vAlign w:val="center"/>
          </w:tcPr>
          <w:p w:rsidR="0040090F" w:rsidRDefault="0085639A" w14:paraId="5833D9CA" w14:textId="77777777">
            <w:pPr>
              <w:spacing w:before="40" w:after="40"/>
            </w:pPr>
            <w:r>
              <w:rPr>
                <w:rFonts w:ascii="Calibri" w:hAnsi="Calibri"/>
                <w:color w:val="000000"/>
                <w:sz w:val="20"/>
              </w:rPr>
              <w:t>60</w:t>
            </w:r>
          </w:p>
        </w:tc>
        <w:tc>
          <w:tcPr>
            <w:tcW w:w="1584" w:type="dxa"/>
            <w:tcMar/>
            <w:vAlign w:val="center"/>
          </w:tcPr>
          <w:p w:rsidR="0040090F" w:rsidP="1030D1EF" w:rsidRDefault="0085639A" w14:paraId="5836F319" w14:textId="77777777">
            <w:pPr>
              <w:spacing w:before="40" w:after="40"/>
              <w:jc w:val="center"/>
            </w:pPr>
            <w:r w:rsidRPr="1030D1EF" w:rsidR="0085639A">
              <w:rPr>
                <w:rFonts w:ascii="Calibri" w:hAnsi="Calibri"/>
                <w:color w:val="000000" w:themeColor="text1" w:themeTint="FF" w:themeShade="FF"/>
                <w:sz w:val="20"/>
                <w:szCs w:val="20"/>
              </w:rPr>
              <w:t>4500</w:t>
            </w:r>
          </w:p>
        </w:tc>
        <w:tc>
          <w:tcPr>
            <w:tcW w:w="1728" w:type="dxa"/>
            <w:tcMar/>
            <w:vAlign w:val="center"/>
          </w:tcPr>
          <w:p w:rsidR="0040090F" w:rsidRDefault="0085639A" w14:paraId="4F18E251" w14:textId="77777777">
            <w:pPr>
              <w:spacing w:before="40" w:after="40"/>
            </w:pPr>
            <w:r>
              <w:rPr>
                <w:rFonts w:ascii="Calibri" w:hAnsi="Calibri"/>
                <w:color w:val="000000"/>
                <w:sz w:val="20"/>
              </w:rPr>
              <w:t>n/a</w:t>
            </w:r>
          </w:p>
        </w:tc>
      </w:tr>
      <w:tr w:rsidR="0040090F" w:rsidTr="34AAF34B" w14:paraId="22477161" w14:textId="77777777">
        <w:trPr/>
        <w:tc>
          <w:tcPr>
            <w:tcW w:w="4608" w:type="dxa"/>
            <w:tcMar/>
            <w:vAlign w:val="center"/>
          </w:tcPr>
          <w:p w:rsidR="0040090F" w:rsidRDefault="0085639A" w14:paraId="438ED5AC" w14:textId="77777777">
            <w:pPr>
              <w:spacing w:before="40" w:after="40"/>
            </w:pPr>
            <w:r>
              <w:rPr>
                <w:rFonts w:ascii="Calibri" w:hAnsi="Calibri"/>
                <w:color w:val="000000"/>
                <w:sz w:val="20"/>
              </w:rPr>
              <w:t>Higher Certificate in Culinary Arts</w:t>
            </w:r>
          </w:p>
        </w:tc>
        <w:tc>
          <w:tcPr>
            <w:tcW w:w="1296" w:type="dxa"/>
            <w:tcMar/>
            <w:vAlign w:val="center"/>
          </w:tcPr>
          <w:p w:rsidR="0040090F" w:rsidRDefault="0085639A" w14:paraId="59A801B2" w14:textId="77777777">
            <w:pPr>
              <w:spacing w:before="40" w:after="40"/>
            </w:pPr>
            <w:r>
              <w:rPr>
                <w:rFonts w:ascii="Calibri" w:hAnsi="Calibri"/>
                <w:color w:val="000000"/>
                <w:sz w:val="20"/>
              </w:rPr>
              <w:t>6</w:t>
            </w:r>
          </w:p>
        </w:tc>
        <w:tc>
          <w:tcPr>
            <w:tcW w:w="1296" w:type="dxa"/>
            <w:tcMar/>
            <w:vAlign w:val="center"/>
          </w:tcPr>
          <w:p w:rsidR="0040090F" w:rsidRDefault="0085639A" w14:paraId="1D55FE2E" w14:textId="77777777">
            <w:pPr>
              <w:spacing w:before="40" w:after="40"/>
            </w:pPr>
            <w:r>
              <w:rPr>
                <w:rFonts w:ascii="Calibri" w:hAnsi="Calibri"/>
                <w:color w:val="000000"/>
                <w:sz w:val="20"/>
              </w:rPr>
              <w:t>P/T</w:t>
            </w:r>
          </w:p>
        </w:tc>
        <w:tc>
          <w:tcPr>
            <w:tcW w:w="1296" w:type="dxa"/>
            <w:tcMar/>
            <w:vAlign w:val="center"/>
          </w:tcPr>
          <w:p w:rsidR="0040090F" w:rsidRDefault="0085639A" w14:paraId="0704EF80"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364AB3C" w14:textId="77777777">
            <w:pPr>
              <w:spacing w:before="40" w:after="40"/>
              <w:jc w:val="center"/>
            </w:pPr>
            <w:r w:rsidRPr="1030D1EF" w:rsidR="0085639A">
              <w:rPr>
                <w:rFonts w:ascii="Calibri" w:hAnsi="Calibri"/>
                <w:color w:val="000000" w:themeColor="text1" w:themeTint="FF" w:themeShade="FF"/>
                <w:sz w:val="20"/>
                <w:szCs w:val="20"/>
              </w:rPr>
              <w:t>7000</w:t>
            </w:r>
          </w:p>
        </w:tc>
        <w:tc>
          <w:tcPr>
            <w:tcW w:w="1728" w:type="dxa"/>
            <w:tcMar/>
            <w:vAlign w:val="center"/>
          </w:tcPr>
          <w:p w:rsidR="0040090F" w:rsidRDefault="0085639A" w14:paraId="2809FD4E" w14:textId="77777777">
            <w:pPr>
              <w:spacing w:before="40" w:after="40"/>
            </w:pPr>
            <w:r>
              <w:rPr>
                <w:rFonts w:ascii="Calibri" w:hAnsi="Calibri"/>
                <w:color w:val="000000"/>
                <w:sz w:val="20"/>
              </w:rPr>
              <w:t>n/a</w:t>
            </w:r>
          </w:p>
        </w:tc>
      </w:tr>
      <w:tr w:rsidR="0040090F" w:rsidTr="34AAF34B" w14:paraId="78650CC2" w14:textId="77777777">
        <w:trPr/>
        <w:tc>
          <w:tcPr>
            <w:tcW w:w="4608" w:type="dxa"/>
            <w:tcMar/>
            <w:vAlign w:val="center"/>
          </w:tcPr>
          <w:p w:rsidR="0040090F" w:rsidRDefault="0085639A" w14:paraId="29D55A20" w14:textId="77777777">
            <w:pPr>
              <w:spacing w:before="40" w:after="40"/>
            </w:pPr>
            <w:r>
              <w:rPr>
                <w:rFonts w:ascii="Calibri" w:hAnsi="Calibri"/>
                <w:color w:val="000000"/>
                <w:sz w:val="20"/>
              </w:rPr>
              <w:t>Higher Diploma in Leadership</w:t>
            </w:r>
          </w:p>
        </w:tc>
        <w:tc>
          <w:tcPr>
            <w:tcW w:w="1296" w:type="dxa"/>
            <w:tcMar/>
            <w:vAlign w:val="center"/>
          </w:tcPr>
          <w:p w:rsidR="0040090F" w:rsidRDefault="0085639A" w14:paraId="78EF46D4" w14:textId="77777777">
            <w:pPr>
              <w:spacing w:before="40" w:after="40"/>
            </w:pPr>
            <w:r>
              <w:rPr>
                <w:rFonts w:ascii="Calibri" w:hAnsi="Calibri"/>
                <w:color w:val="000000"/>
                <w:sz w:val="20"/>
              </w:rPr>
              <w:t>8</w:t>
            </w:r>
          </w:p>
        </w:tc>
        <w:tc>
          <w:tcPr>
            <w:tcW w:w="1296" w:type="dxa"/>
            <w:tcMar/>
            <w:vAlign w:val="center"/>
          </w:tcPr>
          <w:p w:rsidR="0040090F" w:rsidRDefault="0085639A" w14:paraId="0E7D1E9E" w14:textId="77777777">
            <w:pPr>
              <w:spacing w:before="40" w:after="40"/>
            </w:pPr>
            <w:r>
              <w:rPr>
                <w:rFonts w:ascii="Calibri" w:hAnsi="Calibri"/>
                <w:color w:val="000000"/>
                <w:sz w:val="20"/>
              </w:rPr>
              <w:t>P/T</w:t>
            </w:r>
          </w:p>
        </w:tc>
        <w:tc>
          <w:tcPr>
            <w:tcW w:w="1296" w:type="dxa"/>
            <w:tcMar/>
            <w:vAlign w:val="center"/>
          </w:tcPr>
          <w:p w:rsidR="0040090F" w:rsidRDefault="0085639A" w14:paraId="710C4094" w14:textId="77777777">
            <w:pPr>
              <w:spacing w:before="40" w:after="40"/>
            </w:pPr>
            <w:r>
              <w:rPr>
                <w:rFonts w:ascii="Calibri" w:hAnsi="Calibri"/>
                <w:color w:val="000000"/>
                <w:sz w:val="20"/>
              </w:rPr>
              <w:t>60</w:t>
            </w:r>
          </w:p>
        </w:tc>
        <w:tc>
          <w:tcPr>
            <w:tcW w:w="1584" w:type="dxa"/>
            <w:tcMar/>
            <w:vAlign w:val="center"/>
          </w:tcPr>
          <w:p w:rsidR="0040090F" w:rsidP="1030D1EF" w:rsidRDefault="0085639A" w14:paraId="7E165BE8" w14:textId="77777777">
            <w:pPr>
              <w:spacing w:before="40" w:after="40"/>
              <w:jc w:val="center"/>
            </w:pPr>
            <w:r w:rsidRPr="1030D1EF" w:rsidR="0085639A">
              <w:rPr>
                <w:rFonts w:ascii="Calibri" w:hAnsi="Calibri"/>
                <w:color w:val="000000" w:themeColor="text1" w:themeTint="FF" w:themeShade="FF"/>
                <w:sz w:val="20"/>
                <w:szCs w:val="20"/>
              </w:rPr>
              <w:t>5700</w:t>
            </w:r>
          </w:p>
        </w:tc>
        <w:tc>
          <w:tcPr>
            <w:tcW w:w="1728" w:type="dxa"/>
            <w:tcMar/>
            <w:vAlign w:val="center"/>
          </w:tcPr>
          <w:p w:rsidR="0040090F" w:rsidRDefault="0085639A" w14:paraId="3AD0D415" w14:textId="77777777">
            <w:pPr>
              <w:spacing w:before="40" w:after="40"/>
            </w:pPr>
            <w:r>
              <w:rPr>
                <w:rFonts w:ascii="Calibri" w:hAnsi="Calibri"/>
                <w:color w:val="000000"/>
                <w:sz w:val="20"/>
              </w:rPr>
              <w:t>570</w:t>
            </w:r>
          </w:p>
        </w:tc>
      </w:tr>
      <w:tr w:rsidR="0040090F" w:rsidTr="34AAF34B" w14:paraId="46AFC69A" w14:textId="77777777">
        <w:trPr/>
        <w:tc>
          <w:tcPr>
            <w:tcW w:w="4608" w:type="dxa"/>
            <w:tcMar/>
            <w:vAlign w:val="center"/>
          </w:tcPr>
          <w:p w:rsidR="0040090F" w:rsidRDefault="0085639A" w14:paraId="57A7543A" w14:textId="77777777">
            <w:pPr>
              <w:spacing w:before="40" w:after="40"/>
            </w:pPr>
            <w:r>
              <w:rPr>
                <w:rFonts w:ascii="Calibri" w:hAnsi="Calibri"/>
                <w:color w:val="000000"/>
                <w:sz w:val="20"/>
              </w:rPr>
              <w:t>Postgraduate Diploma in Executive Management</w:t>
            </w:r>
          </w:p>
        </w:tc>
        <w:tc>
          <w:tcPr>
            <w:tcW w:w="1296" w:type="dxa"/>
            <w:tcMar/>
            <w:vAlign w:val="center"/>
          </w:tcPr>
          <w:p w:rsidR="0040090F" w:rsidRDefault="0085639A" w14:paraId="495728AF" w14:textId="77777777">
            <w:pPr>
              <w:spacing w:before="40" w:after="40"/>
            </w:pPr>
            <w:r>
              <w:rPr>
                <w:rFonts w:ascii="Calibri" w:hAnsi="Calibri"/>
                <w:color w:val="000000"/>
                <w:sz w:val="20"/>
              </w:rPr>
              <w:t>9</w:t>
            </w:r>
          </w:p>
        </w:tc>
        <w:tc>
          <w:tcPr>
            <w:tcW w:w="1296" w:type="dxa"/>
            <w:tcMar/>
            <w:vAlign w:val="center"/>
          </w:tcPr>
          <w:p w:rsidR="0040090F" w:rsidRDefault="0085639A" w14:paraId="2FC0A5D4" w14:textId="77777777">
            <w:pPr>
              <w:spacing w:before="40" w:after="40"/>
            </w:pPr>
            <w:r>
              <w:rPr>
                <w:rFonts w:ascii="Calibri" w:hAnsi="Calibri"/>
                <w:color w:val="000000"/>
                <w:sz w:val="20"/>
              </w:rPr>
              <w:t>P/T</w:t>
            </w:r>
          </w:p>
        </w:tc>
        <w:tc>
          <w:tcPr>
            <w:tcW w:w="1296" w:type="dxa"/>
            <w:tcMar/>
            <w:vAlign w:val="center"/>
          </w:tcPr>
          <w:p w:rsidR="0040090F" w:rsidRDefault="0085639A" w14:paraId="0CA69135"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D1D53E6" w14:textId="77777777">
            <w:pPr>
              <w:spacing w:before="40" w:after="40"/>
              <w:jc w:val="center"/>
            </w:pPr>
            <w:r w:rsidRPr="1030D1EF" w:rsidR="0085639A">
              <w:rPr>
                <w:rFonts w:ascii="Calibri" w:hAnsi="Calibri"/>
                <w:color w:val="000000" w:themeColor="text1" w:themeTint="FF" w:themeShade="FF"/>
                <w:sz w:val="20"/>
                <w:szCs w:val="20"/>
              </w:rPr>
              <w:t>8500</w:t>
            </w:r>
          </w:p>
        </w:tc>
        <w:tc>
          <w:tcPr>
            <w:tcW w:w="1728" w:type="dxa"/>
            <w:tcMar/>
            <w:vAlign w:val="center"/>
          </w:tcPr>
          <w:p w:rsidR="0040090F" w:rsidRDefault="0085639A" w14:paraId="1928A0DC" w14:textId="77777777">
            <w:pPr>
              <w:spacing w:before="40" w:after="40"/>
            </w:pPr>
            <w:r>
              <w:rPr>
                <w:rFonts w:ascii="Calibri" w:hAnsi="Calibri"/>
                <w:color w:val="000000"/>
                <w:sz w:val="20"/>
              </w:rPr>
              <w:t>850</w:t>
            </w:r>
          </w:p>
        </w:tc>
      </w:tr>
      <w:tr w:rsidR="0040090F" w:rsidTr="34AAF34B" w14:paraId="2B351BC5" w14:textId="77777777">
        <w:trPr/>
        <w:tc>
          <w:tcPr>
            <w:tcW w:w="4608" w:type="dxa"/>
            <w:tcMar/>
            <w:vAlign w:val="center"/>
          </w:tcPr>
          <w:p w:rsidR="0040090F" w:rsidRDefault="0085639A" w14:paraId="6062E200" w14:textId="77777777">
            <w:pPr>
              <w:spacing w:before="40" w:after="40"/>
            </w:pPr>
            <w:r>
              <w:rPr>
                <w:rFonts w:ascii="Calibri" w:hAnsi="Calibri"/>
                <w:color w:val="000000"/>
                <w:sz w:val="20"/>
              </w:rPr>
              <w:t>Postgraduate Diploma in Quality Management and Validation</w:t>
            </w:r>
          </w:p>
        </w:tc>
        <w:tc>
          <w:tcPr>
            <w:tcW w:w="1296" w:type="dxa"/>
            <w:tcMar/>
            <w:vAlign w:val="center"/>
          </w:tcPr>
          <w:p w:rsidR="0040090F" w:rsidRDefault="0085639A" w14:paraId="4C8514F5" w14:textId="77777777">
            <w:pPr>
              <w:spacing w:before="40" w:after="40"/>
            </w:pPr>
            <w:r>
              <w:rPr>
                <w:rFonts w:ascii="Calibri" w:hAnsi="Calibri"/>
                <w:color w:val="000000"/>
                <w:sz w:val="20"/>
              </w:rPr>
              <w:t>9</w:t>
            </w:r>
          </w:p>
        </w:tc>
        <w:tc>
          <w:tcPr>
            <w:tcW w:w="1296" w:type="dxa"/>
            <w:tcMar/>
            <w:vAlign w:val="center"/>
          </w:tcPr>
          <w:p w:rsidR="0040090F" w:rsidRDefault="7A5A4766" w14:paraId="2881D79E" w14:textId="7FF63674">
            <w:pPr>
              <w:spacing w:before="40" w:after="40"/>
            </w:pPr>
            <w:r w:rsidRPr="487DDC34">
              <w:rPr>
                <w:rFonts w:ascii="Calibri" w:hAnsi="Calibri"/>
                <w:color w:val="000000" w:themeColor="text1"/>
                <w:sz w:val="20"/>
                <w:szCs w:val="20"/>
              </w:rPr>
              <w:t>P</w:t>
            </w:r>
            <w:r w:rsidRPr="487DDC34" w:rsidR="0582E7F5">
              <w:rPr>
                <w:rFonts w:ascii="Calibri" w:hAnsi="Calibri"/>
                <w:color w:val="000000" w:themeColor="text1"/>
                <w:sz w:val="20"/>
                <w:szCs w:val="20"/>
              </w:rPr>
              <w:t>/T</w:t>
            </w:r>
          </w:p>
        </w:tc>
        <w:tc>
          <w:tcPr>
            <w:tcW w:w="1296" w:type="dxa"/>
            <w:tcMar/>
            <w:vAlign w:val="center"/>
          </w:tcPr>
          <w:p w:rsidR="0040090F" w:rsidRDefault="0085639A" w14:paraId="18398F5C" w14:textId="77777777">
            <w:pPr>
              <w:spacing w:before="40" w:after="40"/>
            </w:pPr>
            <w:r>
              <w:rPr>
                <w:rFonts w:ascii="Calibri" w:hAnsi="Calibri"/>
                <w:color w:val="000000"/>
                <w:sz w:val="20"/>
              </w:rPr>
              <w:t>60</w:t>
            </w:r>
          </w:p>
        </w:tc>
        <w:tc>
          <w:tcPr>
            <w:tcW w:w="1584" w:type="dxa"/>
            <w:tcMar/>
            <w:vAlign w:val="center"/>
          </w:tcPr>
          <w:p w:rsidR="0040090F" w:rsidP="1030D1EF" w:rsidRDefault="0085639A" w14:paraId="733D706B" w14:textId="77777777">
            <w:pPr>
              <w:spacing w:before="40" w:after="40"/>
              <w:jc w:val="center"/>
            </w:pPr>
            <w:r w:rsidRPr="1030D1EF" w:rsidR="0085639A">
              <w:rPr>
                <w:rFonts w:ascii="Calibri" w:hAnsi="Calibri"/>
                <w:color w:val="000000" w:themeColor="text1" w:themeTint="FF" w:themeShade="FF"/>
                <w:sz w:val="20"/>
                <w:szCs w:val="20"/>
              </w:rPr>
              <w:t>8500</w:t>
            </w:r>
          </w:p>
        </w:tc>
        <w:tc>
          <w:tcPr>
            <w:tcW w:w="1728" w:type="dxa"/>
            <w:tcMar/>
            <w:vAlign w:val="center"/>
          </w:tcPr>
          <w:p w:rsidR="0040090F" w:rsidRDefault="0085639A" w14:paraId="170EBB53" w14:textId="77777777">
            <w:pPr>
              <w:spacing w:before="40" w:after="40"/>
            </w:pPr>
            <w:r>
              <w:rPr>
                <w:rFonts w:ascii="Calibri" w:hAnsi="Calibri"/>
                <w:color w:val="000000"/>
                <w:sz w:val="20"/>
              </w:rPr>
              <w:t>850</w:t>
            </w:r>
          </w:p>
        </w:tc>
      </w:tr>
      <w:tr w:rsidR="0040090F" w:rsidTr="34AAF34B" w14:paraId="2502CC3C" w14:textId="77777777">
        <w:trPr/>
        <w:tc>
          <w:tcPr>
            <w:tcW w:w="4608" w:type="dxa"/>
            <w:tcMar/>
            <w:vAlign w:val="center"/>
          </w:tcPr>
          <w:p w:rsidR="0040090F" w:rsidRDefault="0085639A" w14:paraId="2F772C62" w14:textId="77777777">
            <w:pPr>
              <w:spacing w:before="40" w:after="40"/>
            </w:pPr>
            <w:r>
              <w:rPr>
                <w:rFonts w:ascii="Calibri" w:hAnsi="Calibri"/>
                <w:color w:val="000000"/>
                <w:sz w:val="20"/>
              </w:rPr>
              <w:t>Postgraduate Diploma in Engineering in Engineering Management</w:t>
            </w:r>
          </w:p>
        </w:tc>
        <w:tc>
          <w:tcPr>
            <w:tcW w:w="1296" w:type="dxa"/>
            <w:tcMar/>
            <w:vAlign w:val="center"/>
          </w:tcPr>
          <w:p w:rsidR="0040090F" w:rsidRDefault="0085639A" w14:paraId="09EE80F3" w14:textId="77777777">
            <w:pPr>
              <w:spacing w:before="40" w:after="40"/>
            </w:pPr>
            <w:r>
              <w:rPr>
                <w:rFonts w:ascii="Calibri" w:hAnsi="Calibri"/>
                <w:color w:val="000000"/>
                <w:sz w:val="20"/>
              </w:rPr>
              <w:t>9</w:t>
            </w:r>
          </w:p>
        </w:tc>
        <w:tc>
          <w:tcPr>
            <w:tcW w:w="1296" w:type="dxa"/>
            <w:tcMar/>
            <w:vAlign w:val="center"/>
          </w:tcPr>
          <w:p w:rsidR="0040090F" w:rsidRDefault="05EF91D0" w14:paraId="1DD5997C" w14:textId="02E8A476">
            <w:pPr>
              <w:spacing w:before="40" w:after="40"/>
            </w:pPr>
            <w:r w:rsidRPr="487DDC34">
              <w:rPr>
                <w:rFonts w:ascii="Calibri" w:hAnsi="Calibri"/>
                <w:color w:val="000000" w:themeColor="text1"/>
                <w:sz w:val="20"/>
                <w:szCs w:val="20"/>
              </w:rPr>
              <w:t>P</w:t>
            </w:r>
            <w:r w:rsidRPr="487DDC34" w:rsidR="0582E7F5">
              <w:rPr>
                <w:rFonts w:ascii="Calibri" w:hAnsi="Calibri"/>
                <w:color w:val="000000" w:themeColor="text1"/>
                <w:sz w:val="20"/>
                <w:szCs w:val="20"/>
              </w:rPr>
              <w:t>/T</w:t>
            </w:r>
          </w:p>
        </w:tc>
        <w:tc>
          <w:tcPr>
            <w:tcW w:w="1296" w:type="dxa"/>
            <w:tcMar/>
            <w:vAlign w:val="center"/>
          </w:tcPr>
          <w:p w:rsidR="0040090F" w:rsidRDefault="0085639A" w14:paraId="266DEE29" w14:textId="77777777">
            <w:pPr>
              <w:spacing w:before="40" w:after="40"/>
            </w:pPr>
            <w:r>
              <w:rPr>
                <w:rFonts w:ascii="Calibri" w:hAnsi="Calibri"/>
                <w:color w:val="000000"/>
                <w:sz w:val="20"/>
              </w:rPr>
              <w:t>60</w:t>
            </w:r>
          </w:p>
        </w:tc>
        <w:tc>
          <w:tcPr>
            <w:tcW w:w="1584" w:type="dxa"/>
            <w:tcMar/>
            <w:vAlign w:val="center"/>
          </w:tcPr>
          <w:p w:rsidR="0040090F" w:rsidP="1030D1EF" w:rsidRDefault="0085639A" w14:paraId="625652A4" w14:textId="77777777">
            <w:pPr>
              <w:spacing w:before="40" w:after="40"/>
              <w:jc w:val="center"/>
            </w:pPr>
            <w:r w:rsidRPr="1030D1EF" w:rsidR="0085639A">
              <w:rPr>
                <w:rFonts w:ascii="Calibri" w:hAnsi="Calibri"/>
                <w:color w:val="000000" w:themeColor="text1" w:themeTint="FF" w:themeShade="FF"/>
                <w:sz w:val="20"/>
                <w:szCs w:val="20"/>
              </w:rPr>
              <w:t>8500</w:t>
            </w:r>
          </w:p>
        </w:tc>
        <w:tc>
          <w:tcPr>
            <w:tcW w:w="1728" w:type="dxa"/>
            <w:tcMar/>
            <w:vAlign w:val="center"/>
          </w:tcPr>
          <w:p w:rsidR="0040090F" w:rsidRDefault="0085639A" w14:paraId="24AD3CD0" w14:textId="77777777">
            <w:pPr>
              <w:spacing w:before="40" w:after="40"/>
            </w:pPr>
            <w:r>
              <w:rPr>
                <w:rFonts w:ascii="Calibri" w:hAnsi="Calibri"/>
                <w:color w:val="000000"/>
                <w:sz w:val="20"/>
              </w:rPr>
              <w:t>850</w:t>
            </w:r>
          </w:p>
        </w:tc>
      </w:tr>
      <w:tr w:rsidR="0040090F" w:rsidTr="34AAF34B" w14:paraId="3C5CD85D" w14:textId="77777777">
        <w:trPr/>
        <w:tc>
          <w:tcPr>
            <w:tcW w:w="4608" w:type="dxa"/>
            <w:tcMar/>
            <w:vAlign w:val="center"/>
          </w:tcPr>
          <w:p w:rsidR="0040090F" w:rsidRDefault="0085639A" w14:paraId="7761D703" w14:textId="77777777">
            <w:pPr>
              <w:spacing w:before="40" w:after="40"/>
            </w:pPr>
            <w:r>
              <w:rPr>
                <w:rFonts w:ascii="Calibri" w:hAnsi="Calibri"/>
                <w:color w:val="000000"/>
                <w:sz w:val="20"/>
              </w:rPr>
              <w:t>MSc in Software Design with Cloud Native Computing</w:t>
            </w:r>
          </w:p>
        </w:tc>
        <w:tc>
          <w:tcPr>
            <w:tcW w:w="1296" w:type="dxa"/>
            <w:tcMar/>
            <w:vAlign w:val="center"/>
          </w:tcPr>
          <w:p w:rsidR="0040090F" w:rsidRDefault="0085639A" w14:paraId="7F827749" w14:textId="77777777">
            <w:pPr>
              <w:spacing w:before="40" w:after="40"/>
            </w:pPr>
            <w:r>
              <w:rPr>
                <w:rFonts w:ascii="Calibri" w:hAnsi="Calibri"/>
                <w:color w:val="000000"/>
                <w:sz w:val="20"/>
              </w:rPr>
              <w:t>9</w:t>
            </w:r>
          </w:p>
        </w:tc>
        <w:tc>
          <w:tcPr>
            <w:tcW w:w="1296" w:type="dxa"/>
            <w:tcMar/>
            <w:vAlign w:val="center"/>
          </w:tcPr>
          <w:p w:rsidR="0040090F" w:rsidRDefault="0085639A" w14:paraId="4B272C9F" w14:textId="77777777">
            <w:pPr>
              <w:spacing w:before="40" w:after="40"/>
            </w:pPr>
            <w:r>
              <w:rPr>
                <w:rFonts w:ascii="Calibri" w:hAnsi="Calibri"/>
                <w:color w:val="000000"/>
                <w:sz w:val="20"/>
              </w:rPr>
              <w:t>P/T</w:t>
            </w:r>
          </w:p>
        </w:tc>
        <w:tc>
          <w:tcPr>
            <w:tcW w:w="1296" w:type="dxa"/>
            <w:tcMar/>
            <w:vAlign w:val="center"/>
          </w:tcPr>
          <w:p w:rsidR="0040090F" w:rsidRDefault="0085639A" w14:paraId="38E7A867" w14:textId="77777777">
            <w:pPr>
              <w:spacing w:before="40" w:after="40"/>
            </w:pPr>
            <w:r>
              <w:rPr>
                <w:rFonts w:ascii="Calibri" w:hAnsi="Calibri"/>
                <w:color w:val="000000"/>
                <w:sz w:val="20"/>
              </w:rPr>
              <w:t>90</w:t>
            </w:r>
          </w:p>
        </w:tc>
        <w:tc>
          <w:tcPr>
            <w:tcW w:w="1584" w:type="dxa"/>
            <w:tcMar/>
            <w:vAlign w:val="center"/>
          </w:tcPr>
          <w:p w:rsidR="0040090F" w:rsidP="1030D1EF" w:rsidRDefault="0085639A" w14:paraId="2A344CB0" w14:textId="77777777">
            <w:pPr>
              <w:spacing w:before="40" w:after="40"/>
              <w:jc w:val="center"/>
            </w:pPr>
            <w:r w:rsidRPr="1030D1EF" w:rsidR="0085639A">
              <w:rPr>
                <w:rFonts w:ascii="Calibri" w:hAnsi="Calibri"/>
                <w:color w:val="000000" w:themeColor="text1" w:themeTint="FF" w:themeShade="FF"/>
                <w:sz w:val="20"/>
                <w:szCs w:val="20"/>
              </w:rPr>
              <w:t>9500</w:t>
            </w:r>
          </w:p>
        </w:tc>
        <w:tc>
          <w:tcPr>
            <w:tcW w:w="1728" w:type="dxa"/>
            <w:tcMar/>
            <w:vAlign w:val="center"/>
          </w:tcPr>
          <w:p w:rsidR="0040090F" w:rsidRDefault="0085639A" w14:paraId="336ECA8A" w14:textId="77777777">
            <w:pPr>
              <w:spacing w:before="40" w:after="40"/>
            </w:pPr>
            <w:r>
              <w:rPr>
                <w:rFonts w:ascii="Calibri" w:hAnsi="Calibri"/>
                <w:color w:val="000000"/>
                <w:sz w:val="20"/>
              </w:rPr>
              <w:t>850</w:t>
            </w:r>
          </w:p>
        </w:tc>
      </w:tr>
      <w:tr w:rsidR="7063EEBE" w:rsidTr="34AAF34B" w14:paraId="24E25854">
        <w:trPr>
          <w:trHeight w:val="300"/>
        </w:trPr>
        <w:tc>
          <w:tcPr>
            <w:tcW w:w="11808" w:type="dxa"/>
            <w:gridSpan w:val="6"/>
            <w:shd w:val="clear" w:color="auto" w:fill="000000" w:themeFill="text1"/>
            <w:tcMar/>
            <w:vAlign w:val="center"/>
          </w:tcPr>
          <w:p w:rsidR="01D11968" w:rsidP="7063EEBE" w:rsidRDefault="01D11968" w14:paraId="5C356E5C" w14:textId="4620C3C9">
            <w:pPr>
              <w:pStyle w:val="Normal"/>
              <w:jc w:val="center"/>
              <w:rPr>
                <w:rFonts w:ascii="Calibri" w:hAnsi="Calibri" w:eastAsia="Calibri" w:cs="Calibri" w:asciiTheme="majorAscii" w:hAnsiTheme="majorAscii" w:eastAsiaTheme="majorAscii" w:cstheme="majorAscii"/>
                <w:b w:val="1"/>
                <w:bCs w:val="1"/>
                <w:color w:val="000000" w:themeColor="text1" w:themeTint="FF" w:themeShade="FF"/>
                <w:sz w:val="28"/>
                <w:szCs w:val="28"/>
                <w:highlight w:val="black"/>
              </w:rPr>
            </w:pPr>
            <w:r w:rsidRPr="7063EEBE" w:rsidR="01D11968">
              <w:rPr>
                <w:rFonts w:ascii="Calibri" w:hAnsi="Calibri" w:eastAsia="Calibri" w:cs="Calibri" w:asciiTheme="majorAscii" w:hAnsiTheme="majorAscii" w:eastAsiaTheme="majorAscii" w:cstheme="majorAscii"/>
                <w:b w:val="1"/>
                <w:bCs w:val="1"/>
                <w:noProof w:val="0"/>
                <w:color w:val="FFFFFF" w:themeColor="background1" w:themeTint="FF" w:themeShade="FF"/>
                <w:sz w:val="28"/>
                <w:szCs w:val="28"/>
                <w:highlight w:val="black"/>
                <w:lang w:val="en-US"/>
              </w:rPr>
              <w:t>MICRO-CREDENTIAL LEARNER FEE SUBSIDY</w:t>
            </w:r>
            <w:r w:rsidRPr="7063EEBE" w:rsidR="01D11968">
              <w:rPr>
                <w:rFonts w:ascii="Calibri" w:hAnsi="Calibri" w:eastAsia="Calibri" w:cs="Calibri" w:asciiTheme="majorAscii" w:hAnsiTheme="majorAscii" w:eastAsiaTheme="majorAscii" w:cstheme="majorAscii"/>
                <w:b w:val="1"/>
                <w:bCs w:val="1"/>
                <w:color w:val="FFFFFF" w:themeColor="background1" w:themeTint="FF" w:themeShade="FF"/>
                <w:sz w:val="28"/>
                <w:szCs w:val="28"/>
                <w:highlight w:val="black"/>
              </w:rPr>
              <w:t xml:space="preserve"> </w:t>
            </w:r>
            <w:r w:rsidRPr="7063EEBE" w:rsidR="01D11968">
              <w:rPr>
                <w:rFonts w:ascii="Calibri" w:hAnsi="Calibri" w:eastAsia="Calibri" w:cs="Calibri" w:asciiTheme="majorAscii" w:hAnsiTheme="majorAscii" w:eastAsiaTheme="majorAscii" w:cstheme="majorAscii"/>
                <w:b w:val="1"/>
                <w:bCs w:val="1"/>
                <w:color w:val="FFFFFF" w:themeColor="background1" w:themeTint="FF" w:themeShade="FF"/>
                <w:sz w:val="28"/>
                <w:szCs w:val="28"/>
                <w:highlight w:val="black"/>
              </w:rPr>
              <w:t>FUNDED</w:t>
            </w:r>
            <w:r w:rsidRPr="7063EEBE" w:rsidR="01D11968">
              <w:rPr>
                <w:rFonts w:ascii="Calibri" w:hAnsi="Calibri" w:eastAsia="Calibri" w:cs="Calibri" w:asciiTheme="majorAscii" w:hAnsiTheme="majorAscii" w:eastAsiaTheme="majorAscii" w:cstheme="majorAscii"/>
                <w:b w:val="1"/>
                <w:bCs w:val="1"/>
                <w:color w:val="FFFFFF" w:themeColor="background1" w:themeTint="FF" w:themeShade="FF"/>
                <w:sz w:val="28"/>
                <w:szCs w:val="28"/>
                <w:highlight w:val="black"/>
              </w:rPr>
              <w:t xml:space="preserve"> PROGRAMME</w:t>
            </w:r>
            <w:r w:rsidRPr="7063EEBE" w:rsidR="01D11968">
              <w:rPr>
                <w:rFonts w:ascii="Calibri" w:hAnsi="Calibri" w:eastAsia="Calibri" w:cs="Calibri" w:asciiTheme="majorAscii" w:hAnsiTheme="majorAscii" w:eastAsiaTheme="majorAscii" w:cstheme="majorAscii"/>
                <w:b w:val="1"/>
                <w:bCs w:val="1"/>
                <w:color w:val="000000" w:themeColor="text1" w:themeTint="FF" w:themeShade="FF"/>
                <w:sz w:val="28"/>
                <w:szCs w:val="28"/>
                <w:highlight w:val="black"/>
              </w:rPr>
              <w:t>S</w:t>
            </w:r>
          </w:p>
        </w:tc>
      </w:tr>
      <w:tr w:rsidR="7063EEBE" w:rsidTr="34AAF34B" w14:paraId="1EDEA42B">
        <w:trPr>
          <w:trHeight w:val="300"/>
        </w:trPr>
        <w:tc>
          <w:tcPr>
            <w:tcW w:w="4608" w:type="dxa"/>
            <w:tcMar/>
            <w:vAlign w:val="center"/>
          </w:tcPr>
          <w:p w:rsidR="7063EEBE" w:rsidP="7063EEBE" w:rsidRDefault="7063EEBE" w14:paraId="1BD3B5D7" w14:textId="11D9AD5D">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Cyber Security Essentials</w:t>
            </w:r>
          </w:p>
        </w:tc>
        <w:tc>
          <w:tcPr>
            <w:tcW w:w="1296" w:type="dxa"/>
            <w:tcMar/>
            <w:vAlign w:val="center"/>
          </w:tcPr>
          <w:p w:rsidR="56906F4F" w:rsidP="7063EEBE" w:rsidRDefault="56906F4F" w14:paraId="695FD397" w14:textId="1F9AAA5D">
            <w:pPr>
              <w:pStyle w:val="Normal"/>
              <w:rPr>
                <w:rFonts w:ascii="Calibri" w:hAnsi="Calibri"/>
                <w:color w:val="000000" w:themeColor="text1" w:themeTint="FF" w:themeShade="FF"/>
                <w:sz w:val="20"/>
                <w:szCs w:val="20"/>
              </w:rPr>
            </w:pPr>
            <w:r w:rsidRPr="7063EEBE" w:rsidR="56906F4F">
              <w:rPr>
                <w:rFonts w:ascii="Calibri" w:hAnsi="Calibri"/>
                <w:color w:val="000000" w:themeColor="text1" w:themeTint="FF" w:themeShade="FF"/>
                <w:sz w:val="20"/>
                <w:szCs w:val="20"/>
              </w:rPr>
              <w:t>6</w:t>
            </w:r>
          </w:p>
        </w:tc>
        <w:tc>
          <w:tcPr>
            <w:tcW w:w="1296" w:type="dxa"/>
            <w:tcMar/>
            <w:vAlign w:val="center"/>
          </w:tcPr>
          <w:p w:rsidR="45E9E565" w:rsidP="7063EEBE" w:rsidRDefault="45E9E565" w14:paraId="421C33EE" w14:textId="02E8A476">
            <w:pPr>
              <w:spacing w:before="40" w:after="40"/>
            </w:pPr>
            <w:r w:rsidRPr="7063EEBE" w:rsidR="45E9E565">
              <w:rPr>
                <w:rFonts w:ascii="Calibri" w:hAnsi="Calibri"/>
                <w:color w:val="000000" w:themeColor="text1" w:themeTint="FF" w:themeShade="FF"/>
                <w:sz w:val="20"/>
                <w:szCs w:val="20"/>
              </w:rPr>
              <w:t>P/T</w:t>
            </w:r>
          </w:p>
          <w:p w:rsidR="7063EEBE" w:rsidP="7063EEBE" w:rsidRDefault="7063EEBE" w14:paraId="71AF7DFD" w14:textId="6F09A17B">
            <w:pPr>
              <w:pStyle w:val="Normal"/>
              <w:rPr>
                <w:rFonts w:ascii="Calibri" w:hAnsi="Calibri"/>
                <w:color w:val="000000" w:themeColor="text1" w:themeTint="FF" w:themeShade="FF"/>
                <w:sz w:val="20"/>
                <w:szCs w:val="20"/>
              </w:rPr>
            </w:pPr>
          </w:p>
        </w:tc>
        <w:tc>
          <w:tcPr>
            <w:tcW w:w="1296" w:type="dxa"/>
            <w:tcMar/>
            <w:vAlign w:val="center"/>
          </w:tcPr>
          <w:p w:rsidR="219E3B9F" w:rsidP="7063EEBE" w:rsidRDefault="219E3B9F" w14:paraId="124A708B" w14:textId="5E61D1CC">
            <w:pPr>
              <w:pStyle w:val="Normal"/>
              <w:rPr>
                <w:rFonts w:ascii="Calibri" w:hAnsi="Calibri"/>
                <w:color w:val="000000" w:themeColor="text1" w:themeTint="FF" w:themeShade="FF"/>
                <w:sz w:val="20"/>
                <w:szCs w:val="20"/>
              </w:rPr>
            </w:pPr>
            <w:r w:rsidRPr="7063EEBE" w:rsidR="219E3B9F">
              <w:rPr>
                <w:rFonts w:ascii="Calibri" w:hAnsi="Calibri"/>
                <w:color w:val="000000" w:themeColor="text1" w:themeTint="FF" w:themeShade="FF"/>
                <w:sz w:val="20"/>
                <w:szCs w:val="20"/>
              </w:rPr>
              <w:t>5</w:t>
            </w:r>
          </w:p>
        </w:tc>
        <w:tc>
          <w:tcPr>
            <w:tcW w:w="1584" w:type="dxa"/>
            <w:tcMar/>
            <w:vAlign w:val="center"/>
          </w:tcPr>
          <w:p w:rsidR="7063EEBE" w:rsidP="1030D1EF" w:rsidRDefault="7063EEBE" w14:paraId="6028944A" w14:textId="5635B9D6">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1030D1EF" w:rsidR="7F921398">
              <w:rPr>
                <w:rFonts w:ascii="Calibri" w:hAnsi="Calibri" w:eastAsia="Calibri" w:cs="Calibri" w:asciiTheme="majorAscii" w:hAnsiTheme="majorAscii" w:eastAsiaTheme="majorAscii" w:cstheme="majorAscii"/>
                <w:b w:val="0"/>
                <w:bCs w:val="0"/>
                <w:i w:val="0"/>
                <w:iCs w:val="0"/>
                <w:strike w:val="0"/>
                <w:dstrike w:val="0"/>
                <w:sz w:val="20"/>
                <w:szCs w:val="20"/>
                <w:u w:val="none"/>
              </w:rPr>
              <w:t xml:space="preserve">475 </w:t>
            </w:r>
          </w:p>
        </w:tc>
        <w:tc>
          <w:tcPr>
            <w:tcW w:w="1728" w:type="dxa"/>
            <w:tcMar/>
            <w:vAlign w:val="center"/>
          </w:tcPr>
          <w:p w:rsidR="7063EEBE" w:rsidP="7063EEBE" w:rsidRDefault="7063EEBE" w14:paraId="23AE75F9" w14:textId="59F9974C">
            <w:pPr>
              <w:spacing w:before="0" w:beforeAutospacing="off" w:after="0" w:afterAutospacing="off"/>
              <w:jc w:val="left"/>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 xml:space="preserve">       95 </w:t>
            </w:r>
          </w:p>
        </w:tc>
      </w:tr>
      <w:tr w:rsidR="7063EEBE" w:rsidTr="34AAF34B" w14:paraId="69058DC8">
        <w:trPr>
          <w:trHeight w:val="300"/>
        </w:trPr>
        <w:tc>
          <w:tcPr>
            <w:tcW w:w="4608" w:type="dxa"/>
            <w:tcMar/>
            <w:vAlign w:val="center"/>
          </w:tcPr>
          <w:p w:rsidR="7063EEBE" w:rsidP="7063EEBE" w:rsidRDefault="7063EEBE" w14:paraId="266BDD36" w14:textId="28A45072">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AI and Emerging Technologies</w:t>
            </w:r>
          </w:p>
        </w:tc>
        <w:tc>
          <w:tcPr>
            <w:tcW w:w="1296" w:type="dxa"/>
            <w:tcMar/>
            <w:vAlign w:val="center"/>
          </w:tcPr>
          <w:p w:rsidR="020678CB" w:rsidP="7063EEBE" w:rsidRDefault="020678CB" w14:paraId="713BAEFB" w14:textId="67382A8F">
            <w:pPr>
              <w:pStyle w:val="Normal"/>
              <w:rPr>
                <w:rFonts w:ascii="Calibri" w:hAnsi="Calibri"/>
                <w:color w:val="000000" w:themeColor="text1" w:themeTint="FF" w:themeShade="FF"/>
                <w:sz w:val="20"/>
                <w:szCs w:val="20"/>
              </w:rPr>
            </w:pPr>
            <w:r w:rsidRPr="7063EEBE" w:rsidR="020678CB">
              <w:rPr>
                <w:rFonts w:ascii="Calibri" w:hAnsi="Calibri"/>
                <w:color w:val="000000" w:themeColor="text1" w:themeTint="FF" w:themeShade="FF"/>
                <w:sz w:val="20"/>
                <w:szCs w:val="20"/>
              </w:rPr>
              <w:t>6</w:t>
            </w:r>
          </w:p>
        </w:tc>
        <w:tc>
          <w:tcPr>
            <w:tcW w:w="1296" w:type="dxa"/>
            <w:tcMar/>
            <w:vAlign w:val="center"/>
          </w:tcPr>
          <w:p w:rsidR="24BE3E62" w:rsidP="7063EEBE" w:rsidRDefault="24BE3E62" w14:paraId="439A2B87" w14:textId="270DA748">
            <w:pPr>
              <w:pStyle w:val="Normal"/>
              <w:rPr>
                <w:rFonts w:ascii="Calibri" w:hAnsi="Calibri"/>
                <w:color w:val="000000" w:themeColor="text1" w:themeTint="FF" w:themeShade="FF"/>
                <w:sz w:val="20"/>
                <w:szCs w:val="20"/>
              </w:rPr>
            </w:pPr>
            <w:r w:rsidRPr="7063EEBE" w:rsidR="24BE3E62">
              <w:rPr>
                <w:rFonts w:ascii="Calibri" w:hAnsi="Calibri"/>
                <w:color w:val="000000" w:themeColor="text1" w:themeTint="FF" w:themeShade="FF"/>
                <w:sz w:val="20"/>
                <w:szCs w:val="20"/>
              </w:rPr>
              <w:t>P/T</w:t>
            </w:r>
          </w:p>
        </w:tc>
        <w:tc>
          <w:tcPr>
            <w:tcW w:w="1296" w:type="dxa"/>
            <w:tcMar/>
            <w:vAlign w:val="center"/>
          </w:tcPr>
          <w:p w:rsidR="3D825D27" w:rsidP="7063EEBE" w:rsidRDefault="3D825D27" w14:paraId="5A0762CC" w14:textId="5641F9A9">
            <w:pPr>
              <w:pStyle w:val="Normal"/>
              <w:rPr>
                <w:rFonts w:ascii="Calibri" w:hAnsi="Calibri"/>
                <w:color w:val="000000" w:themeColor="text1" w:themeTint="FF" w:themeShade="FF"/>
                <w:sz w:val="20"/>
                <w:szCs w:val="20"/>
              </w:rPr>
            </w:pPr>
            <w:r w:rsidRPr="7063EEBE" w:rsidR="3D825D27">
              <w:rPr>
                <w:rFonts w:ascii="Calibri" w:hAnsi="Calibri"/>
                <w:color w:val="000000" w:themeColor="text1" w:themeTint="FF" w:themeShade="FF"/>
                <w:sz w:val="20"/>
                <w:szCs w:val="20"/>
              </w:rPr>
              <w:t>10</w:t>
            </w:r>
          </w:p>
        </w:tc>
        <w:tc>
          <w:tcPr>
            <w:tcW w:w="1584" w:type="dxa"/>
            <w:tcMar/>
            <w:vAlign w:val="center"/>
          </w:tcPr>
          <w:p w:rsidR="7063EEBE" w:rsidP="1030D1EF" w:rsidRDefault="7063EEBE" w14:paraId="35348E70" w14:textId="70D0D480">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1030D1EF" w:rsidR="7F921398">
              <w:rPr>
                <w:rFonts w:ascii="Calibri" w:hAnsi="Calibri" w:eastAsia="Calibri" w:cs="Calibri" w:asciiTheme="majorAscii" w:hAnsiTheme="majorAscii" w:eastAsiaTheme="majorAscii" w:cstheme="majorAscii"/>
                <w:b w:val="0"/>
                <w:bCs w:val="0"/>
                <w:i w:val="0"/>
                <w:iCs w:val="0"/>
                <w:strike w:val="0"/>
                <w:dstrike w:val="0"/>
                <w:sz w:val="20"/>
                <w:szCs w:val="20"/>
                <w:u w:val="none"/>
              </w:rPr>
              <w:t xml:space="preserve"> 950 </w:t>
            </w:r>
          </w:p>
        </w:tc>
        <w:tc>
          <w:tcPr>
            <w:tcW w:w="1728" w:type="dxa"/>
            <w:tcMar/>
            <w:vAlign w:val="center"/>
          </w:tcPr>
          <w:p w:rsidR="7063EEBE" w:rsidP="7063EEBE" w:rsidRDefault="7063EEBE" w14:paraId="59023CDD" w14:textId="7F24C808">
            <w:pPr>
              <w:spacing w:before="0" w:beforeAutospacing="off" w:after="0" w:afterAutospacing="off"/>
              <w:jc w:val="left"/>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 xml:space="preserve">      190 </w:t>
            </w:r>
          </w:p>
        </w:tc>
      </w:tr>
      <w:tr w:rsidR="7063EEBE" w:rsidTr="34AAF34B" w14:paraId="52E48D91">
        <w:trPr>
          <w:trHeight w:val="300"/>
        </w:trPr>
        <w:tc>
          <w:tcPr>
            <w:tcW w:w="4608" w:type="dxa"/>
            <w:tcMar/>
            <w:vAlign w:val="center"/>
          </w:tcPr>
          <w:p w:rsidR="7063EEBE" w:rsidP="7063EEBE" w:rsidRDefault="7063EEBE" w14:paraId="2C858347" w14:textId="6CBD7EF1">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the Legal, Social and Ethical Implications of AI</w:t>
            </w:r>
          </w:p>
        </w:tc>
        <w:tc>
          <w:tcPr>
            <w:tcW w:w="1296" w:type="dxa"/>
            <w:tcMar/>
            <w:vAlign w:val="center"/>
          </w:tcPr>
          <w:p w:rsidR="357F8D38" w:rsidP="7063EEBE" w:rsidRDefault="357F8D38" w14:paraId="6A313F2A" w14:textId="43E27D75">
            <w:pPr>
              <w:pStyle w:val="Normal"/>
              <w:rPr>
                <w:rFonts w:ascii="Calibri" w:hAnsi="Calibri"/>
                <w:color w:val="000000" w:themeColor="text1" w:themeTint="FF" w:themeShade="FF"/>
                <w:sz w:val="20"/>
                <w:szCs w:val="20"/>
              </w:rPr>
            </w:pPr>
            <w:r w:rsidRPr="7063EEBE" w:rsidR="357F8D38">
              <w:rPr>
                <w:rFonts w:ascii="Calibri" w:hAnsi="Calibri"/>
                <w:color w:val="000000" w:themeColor="text1" w:themeTint="FF" w:themeShade="FF"/>
                <w:sz w:val="20"/>
                <w:szCs w:val="20"/>
              </w:rPr>
              <w:t>9</w:t>
            </w:r>
          </w:p>
        </w:tc>
        <w:tc>
          <w:tcPr>
            <w:tcW w:w="1296" w:type="dxa"/>
            <w:tcMar/>
            <w:vAlign w:val="center"/>
          </w:tcPr>
          <w:p w:rsidR="3F6E81B0" w:rsidP="7063EEBE" w:rsidRDefault="3F6E81B0" w14:paraId="1B306332" w14:textId="53350BB7">
            <w:pPr>
              <w:pStyle w:val="Normal"/>
              <w:rPr>
                <w:rFonts w:ascii="Calibri" w:hAnsi="Calibri"/>
                <w:color w:val="000000" w:themeColor="text1" w:themeTint="FF" w:themeShade="FF"/>
                <w:sz w:val="20"/>
                <w:szCs w:val="20"/>
              </w:rPr>
            </w:pPr>
            <w:r w:rsidRPr="7063EEBE" w:rsidR="3F6E81B0">
              <w:rPr>
                <w:rFonts w:ascii="Calibri" w:hAnsi="Calibri"/>
                <w:color w:val="000000" w:themeColor="text1" w:themeTint="FF" w:themeShade="FF"/>
                <w:sz w:val="20"/>
                <w:szCs w:val="20"/>
              </w:rPr>
              <w:t>P/T</w:t>
            </w:r>
          </w:p>
        </w:tc>
        <w:tc>
          <w:tcPr>
            <w:tcW w:w="1296" w:type="dxa"/>
            <w:tcMar/>
            <w:vAlign w:val="center"/>
          </w:tcPr>
          <w:p w:rsidR="70FA8FC9" w:rsidP="7063EEBE" w:rsidRDefault="70FA8FC9" w14:paraId="502376EA" w14:textId="2ECCC613">
            <w:pPr>
              <w:pStyle w:val="Normal"/>
              <w:rPr>
                <w:rFonts w:ascii="Calibri" w:hAnsi="Calibri"/>
                <w:color w:val="000000" w:themeColor="text1" w:themeTint="FF" w:themeShade="FF"/>
                <w:sz w:val="20"/>
                <w:szCs w:val="20"/>
              </w:rPr>
            </w:pPr>
            <w:r w:rsidRPr="7063EEBE" w:rsidR="70FA8FC9">
              <w:rPr>
                <w:rFonts w:ascii="Calibri" w:hAnsi="Calibri"/>
                <w:color w:val="000000" w:themeColor="text1" w:themeTint="FF" w:themeShade="FF"/>
                <w:sz w:val="20"/>
                <w:szCs w:val="20"/>
              </w:rPr>
              <w:t>5</w:t>
            </w:r>
          </w:p>
        </w:tc>
        <w:tc>
          <w:tcPr>
            <w:tcW w:w="1584" w:type="dxa"/>
            <w:tcMar/>
            <w:vAlign w:val="center"/>
          </w:tcPr>
          <w:p w:rsidR="7063EEBE" w:rsidP="1030D1EF" w:rsidRDefault="7063EEBE" w14:paraId="6663D6CC" w14:textId="18048053">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1030D1EF" w:rsidR="7F921398">
              <w:rPr>
                <w:rFonts w:ascii="Calibri" w:hAnsi="Calibri" w:eastAsia="Calibri" w:cs="Calibri" w:asciiTheme="majorAscii" w:hAnsiTheme="majorAscii" w:eastAsiaTheme="majorAscii" w:cstheme="majorAscii"/>
                <w:b w:val="0"/>
                <w:bCs w:val="0"/>
                <w:i w:val="0"/>
                <w:iCs w:val="0"/>
                <w:strike w:val="0"/>
                <w:dstrike w:val="0"/>
                <w:sz w:val="20"/>
                <w:szCs w:val="20"/>
                <w:u w:val="none"/>
              </w:rPr>
              <w:t xml:space="preserve"> 710 </w:t>
            </w:r>
          </w:p>
        </w:tc>
        <w:tc>
          <w:tcPr>
            <w:tcW w:w="1728" w:type="dxa"/>
            <w:tcMar/>
            <w:vAlign w:val="center"/>
          </w:tcPr>
          <w:p w:rsidR="7063EEBE" w:rsidP="7063EEBE" w:rsidRDefault="7063EEBE" w14:paraId="3E006AF1" w14:textId="0C7D5753">
            <w:pPr>
              <w:spacing w:before="0" w:beforeAutospacing="off" w:after="0" w:afterAutospacing="off"/>
              <w:jc w:val="left"/>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 xml:space="preserve">      142 </w:t>
            </w:r>
          </w:p>
        </w:tc>
      </w:tr>
      <w:tr w:rsidR="7063EEBE" w:rsidTr="34AAF34B" w14:paraId="3A06CF54">
        <w:trPr>
          <w:trHeight w:val="300"/>
        </w:trPr>
        <w:tc>
          <w:tcPr>
            <w:tcW w:w="4608" w:type="dxa"/>
            <w:tcMar/>
            <w:vAlign w:val="center"/>
          </w:tcPr>
          <w:p w:rsidR="7063EEBE" w:rsidP="7063EEBE" w:rsidRDefault="7063EEBE" w14:paraId="73510B69" w14:textId="4A908239">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Fundamentals of Cybersecurity</w:t>
            </w:r>
          </w:p>
        </w:tc>
        <w:tc>
          <w:tcPr>
            <w:tcW w:w="1296" w:type="dxa"/>
            <w:tcMar/>
            <w:vAlign w:val="center"/>
          </w:tcPr>
          <w:p w:rsidR="02921558" w:rsidP="7063EEBE" w:rsidRDefault="02921558" w14:paraId="745E3176" w14:textId="4BB5D2C1">
            <w:pPr>
              <w:pStyle w:val="Normal"/>
              <w:rPr>
                <w:rFonts w:ascii="Calibri" w:hAnsi="Calibri"/>
                <w:color w:val="000000" w:themeColor="text1" w:themeTint="FF" w:themeShade="FF"/>
                <w:sz w:val="20"/>
                <w:szCs w:val="20"/>
              </w:rPr>
            </w:pPr>
            <w:r w:rsidRPr="7063EEBE" w:rsidR="02921558">
              <w:rPr>
                <w:rFonts w:ascii="Calibri" w:hAnsi="Calibri"/>
                <w:color w:val="000000" w:themeColor="text1" w:themeTint="FF" w:themeShade="FF"/>
                <w:sz w:val="20"/>
                <w:szCs w:val="20"/>
              </w:rPr>
              <w:t>6</w:t>
            </w:r>
          </w:p>
        </w:tc>
        <w:tc>
          <w:tcPr>
            <w:tcW w:w="1296" w:type="dxa"/>
            <w:tcMar/>
            <w:vAlign w:val="center"/>
          </w:tcPr>
          <w:p w:rsidR="7B20EC79" w:rsidP="7063EEBE" w:rsidRDefault="7B20EC79" w14:paraId="6103A88B" w14:textId="01871651">
            <w:pPr>
              <w:pStyle w:val="Normal"/>
              <w:rPr>
                <w:rFonts w:ascii="Calibri" w:hAnsi="Calibri"/>
                <w:color w:val="000000" w:themeColor="text1" w:themeTint="FF" w:themeShade="FF"/>
                <w:sz w:val="20"/>
                <w:szCs w:val="20"/>
              </w:rPr>
            </w:pPr>
            <w:r w:rsidRPr="7063EEBE" w:rsidR="7B20EC79">
              <w:rPr>
                <w:rFonts w:ascii="Calibri" w:hAnsi="Calibri"/>
                <w:color w:val="000000" w:themeColor="text1" w:themeTint="FF" w:themeShade="FF"/>
                <w:sz w:val="20"/>
                <w:szCs w:val="20"/>
              </w:rPr>
              <w:t>P/T</w:t>
            </w:r>
          </w:p>
        </w:tc>
        <w:tc>
          <w:tcPr>
            <w:tcW w:w="1296" w:type="dxa"/>
            <w:tcMar/>
            <w:vAlign w:val="center"/>
          </w:tcPr>
          <w:p w:rsidR="1A0FFE73" w:rsidP="7063EEBE" w:rsidRDefault="1A0FFE73" w14:paraId="071FB185" w14:textId="612EB2E1">
            <w:pPr>
              <w:pStyle w:val="Normal"/>
              <w:rPr>
                <w:rFonts w:ascii="Calibri" w:hAnsi="Calibri"/>
                <w:color w:val="000000" w:themeColor="text1" w:themeTint="FF" w:themeShade="FF"/>
                <w:sz w:val="20"/>
                <w:szCs w:val="20"/>
              </w:rPr>
            </w:pPr>
            <w:r w:rsidRPr="7063EEBE" w:rsidR="1A0FFE73">
              <w:rPr>
                <w:rFonts w:ascii="Calibri" w:hAnsi="Calibri"/>
                <w:color w:val="000000" w:themeColor="text1" w:themeTint="FF" w:themeShade="FF"/>
                <w:sz w:val="20"/>
                <w:szCs w:val="20"/>
              </w:rPr>
              <w:t>10</w:t>
            </w:r>
          </w:p>
        </w:tc>
        <w:tc>
          <w:tcPr>
            <w:tcW w:w="1584" w:type="dxa"/>
            <w:tcMar/>
            <w:vAlign w:val="center"/>
          </w:tcPr>
          <w:p w:rsidR="7063EEBE" w:rsidP="7063EEBE" w:rsidRDefault="7063EEBE" w14:paraId="28F72D14" w14:textId="528D2E2A">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 xml:space="preserve">  950 </w:t>
            </w:r>
          </w:p>
        </w:tc>
        <w:tc>
          <w:tcPr>
            <w:tcW w:w="1728" w:type="dxa"/>
            <w:tcMar/>
            <w:vAlign w:val="center"/>
          </w:tcPr>
          <w:p w:rsidR="0F363E9D" w:rsidP="7063EEBE" w:rsidRDefault="0F363E9D" w14:paraId="25170193" w14:textId="02D0A9FD">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20"/>
                <w:szCs w:val="20"/>
                <w:u w:val="none"/>
              </w:rPr>
            </w:pPr>
            <w:r w:rsidRPr="7063EEBE" w:rsidR="0F363E9D">
              <w:rPr>
                <w:rFonts w:ascii="Arial" w:hAnsi="Arial" w:eastAsia="Arial" w:cs="Arial"/>
                <w:b w:val="0"/>
                <w:bCs w:val="0"/>
                <w:i w:val="0"/>
                <w:iCs w:val="0"/>
                <w:strike w:val="0"/>
                <w:dstrike w:val="0"/>
                <w:color w:val="000000" w:themeColor="text1" w:themeTint="FF" w:themeShade="FF"/>
                <w:sz w:val="20"/>
                <w:szCs w:val="20"/>
                <w:u w:val="none"/>
              </w:rPr>
              <w:t xml:space="preserve"> </w:t>
            </w:r>
            <w:r w:rsidRPr="7063EEBE" w:rsidR="7063EEBE">
              <w:rPr>
                <w:rFonts w:ascii="Arial" w:hAnsi="Arial" w:eastAsia="Arial" w:cs="Arial"/>
                <w:b w:val="0"/>
                <w:bCs w:val="0"/>
                <w:i w:val="0"/>
                <w:iCs w:val="0"/>
                <w:strike w:val="0"/>
                <w:dstrike w:val="0"/>
                <w:color w:val="000000" w:themeColor="text1" w:themeTint="FF" w:themeShade="FF"/>
                <w:sz w:val="20"/>
                <w:szCs w:val="20"/>
                <w:u w:val="none"/>
              </w:rPr>
              <w:t xml:space="preserve">190 </w:t>
            </w:r>
          </w:p>
        </w:tc>
      </w:tr>
      <w:tr w:rsidR="7063EEBE" w:rsidTr="34AAF34B" w14:paraId="5CA71550">
        <w:trPr>
          <w:trHeight w:val="300"/>
        </w:trPr>
        <w:tc>
          <w:tcPr>
            <w:tcW w:w="4608" w:type="dxa"/>
            <w:tcMar/>
            <w:vAlign w:val="center"/>
          </w:tcPr>
          <w:p w:rsidR="7063EEBE" w:rsidP="7063EEBE" w:rsidRDefault="7063EEBE" w14:paraId="130F61B9" w14:textId="0BF86EB4">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Generative AI and Large Language Models</w:t>
            </w:r>
          </w:p>
        </w:tc>
        <w:tc>
          <w:tcPr>
            <w:tcW w:w="1296" w:type="dxa"/>
            <w:tcMar/>
            <w:vAlign w:val="center"/>
          </w:tcPr>
          <w:p w:rsidR="12D883C8" w:rsidP="7063EEBE" w:rsidRDefault="12D883C8" w14:paraId="66713FB1" w14:textId="1D429D1B">
            <w:pPr>
              <w:pStyle w:val="Normal"/>
              <w:rPr>
                <w:rFonts w:ascii="Calibri" w:hAnsi="Calibri"/>
                <w:color w:val="000000" w:themeColor="text1" w:themeTint="FF" w:themeShade="FF"/>
                <w:sz w:val="20"/>
                <w:szCs w:val="20"/>
              </w:rPr>
            </w:pPr>
            <w:r w:rsidRPr="7063EEBE" w:rsidR="12D883C8">
              <w:rPr>
                <w:rFonts w:ascii="Calibri" w:hAnsi="Calibri"/>
                <w:color w:val="000000" w:themeColor="text1" w:themeTint="FF" w:themeShade="FF"/>
                <w:sz w:val="20"/>
                <w:szCs w:val="20"/>
              </w:rPr>
              <w:t>9</w:t>
            </w:r>
          </w:p>
        </w:tc>
        <w:tc>
          <w:tcPr>
            <w:tcW w:w="1296" w:type="dxa"/>
            <w:tcMar/>
            <w:vAlign w:val="center"/>
          </w:tcPr>
          <w:p w:rsidR="3E89AFA0" w:rsidP="7063EEBE" w:rsidRDefault="3E89AFA0" w14:paraId="7B3A5934" w14:textId="6E644728">
            <w:pPr>
              <w:pStyle w:val="Normal"/>
              <w:rPr>
                <w:rFonts w:ascii="Calibri" w:hAnsi="Calibri"/>
                <w:color w:val="000000" w:themeColor="text1" w:themeTint="FF" w:themeShade="FF"/>
                <w:sz w:val="20"/>
                <w:szCs w:val="20"/>
              </w:rPr>
            </w:pPr>
            <w:r w:rsidRPr="7063EEBE" w:rsidR="3E89AFA0">
              <w:rPr>
                <w:rFonts w:ascii="Calibri" w:hAnsi="Calibri"/>
                <w:color w:val="000000" w:themeColor="text1" w:themeTint="FF" w:themeShade="FF"/>
                <w:sz w:val="20"/>
                <w:szCs w:val="20"/>
              </w:rPr>
              <w:t>P/T</w:t>
            </w:r>
          </w:p>
        </w:tc>
        <w:tc>
          <w:tcPr>
            <w:tcW w:w="1296" w:type="dxa"/>
            <w:tcMar/>
            <w:vAlign w:val="center"/>
          </w:tcPr>
          <w:p w:rsidR="6B1491EF" w:rsidP="7063EEBE" w:rsidRDefault="6B1491EF" w14:paraId="30208AC6" w14:textId="0098E1D8">
            <w:pPr>
              <w:pStyle w:val="Normal"/>
              <w:rPr>
                <w:rFonts w:ascii="Calibri" w:hAnsi="Calibri"/>
                <w:color w:val="000000" w:themeColor="text1" w:themeTint="FF" w:themeShade="FF"/>
                <w:sz w:val="20"/>
                <w:szCs w:val="20"/>
              </w:rPr>
            </w:pPr>
            <w:r w:rsidRPr="7063EEBE" w:rsidR="6B1491EF">
              <w:rPr>
                <w:rFonts w:ascii="Calibri" w:hAnsi="Calibri"/>
                <w:color w:val="000000" w:themeColor="text1" w:themeTint="FF" w:themeShade="FF"/>
                <w:sz w:val="20"/>
                <w:szCs w:val="20"/>
              </w:rPr>
              <w:t>5</w:t>
            </w:r>
          </w:p>
        </w:tc>
        <w:tc>
          <w:tcPr>
            <w:tcW w:w="1584" w:type="dxa"/>
            <w:tcMar/>
            <w:vAlign w:val="center"/>
          </w:tcPr>
          <w:p w:rsidR="7063EEBE" w:rsidP="7063EEBE" w:rsidRDefault="7063EEBE" w14:paraId="1CF04DEF" w14:textId="0996E32D">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 xml:space="preserve">  710 </w:t>
            </w:r>
          </w:p>
        </w:tc>
        <w:tc>
          <w:tcPr>
            <w:tcW w:w="1728" w:type="dxa"/>
            <w:tcMar/>
            <w:vAlign w:val="center"/>
          </w:tcPr>
          <w:p w:rsidR="7063EEBE" w:rsidP="7063EEBE" w:rsidRDefault="7063EEBE" w14:paraId="6F8BD9D9" w14:textId="3B97A8C3">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 xml:space="preserve"> 142 </w:t>
            </w:r>
          </w:p>
        </w:tc>
      </w:tr>
      <w:tr w:rsidR="7063EEBE" w:rsidTr="34AAF34B" w14:paraId="3C14F99B">
        <w:trPr>
          <w:trHeight w:val="300"/>
        </w:trPr>
        <w:tc>
          <w:tcPr>
            <w:tcW w:w="4608" w:type="dxa"/>
            <w:tcMar/>
            <w:vAlign w:val="center"/>
          </w:tcPr>
          <w:p w:rsidR="7063EEBE" w:rsidP="7063EEBE" w:rsidRDefault="7063EEBE" w14:paraId="25184969" w14:textId="370F9143">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Cafe and Restaurant Operations</w:t>
            </w:r>
          </w:p>
        </w:tc>
        <w:tc>
          <w:tcPr>
            <w:tcW w:w="1296" w:type="dxa"/>
            <w:tcMar/>
            <w:vAlign w:val="center"/>
          </w:tcPr>
          <w:p w:rsidR="1F757C15" w:rsidP="7063EEBE" w:rsidRDefault="1F757C15" w14:paraId="1D46C512" w14:textId="3C28D696">
            <w:pPr>
              <w:pStyle w:val="Normal"/>
              <w:rPr>
                <w:rFonts w:ascii="Calibri" w:hAnsi="Calibri"/>
                <w:color w:val="000000" w:themeColor="text1" w:themeTint="FF" w:themeShade="FF"/>
                <w:sz w:val="20"/>
                <w:szCs w:val="20"/>
              </w:rPr>
            </w:pPr>
            <w:r w:rsidRPr="7063EEBE" w:rsidR="1F757C15">
              <w:rPr>
                <w:rFonts w:ascii="Calibri" w:hAnsi="Calibri"/>
                <w:color w:val="000000" w:themeColor="text1" w:themeTint="FF" w:themeShade="FF"/>
                <w:sz w:val="20"/>
                <w:szCs w:val="20"/>
              </w:rPr>
              <w:t>6</w:t>
            </w:r>
          </w:p>
        </w:tc>
        <w:tc>
          <w:tcPr>
            <w:tcW w:w="1296" w:type="dxa"/>
            <w:tcMar/>
            <w:vAlign w:val="center"/>
          </w:tcPr>
          <w:p w:rsidR="537E606F" w:rsidP="7063EEBE" w:rsidRDefault="537E606F" w14:paraId="6D0E87B4" w14:textId="01B87177">
            <w:pPr>
              <w:pStyle w:val="Normal"/>
              <w:rPr>
                <w:rFonts w:ascii="Calibri" w:hAnsi="Calibri"/>
                <w:color w:val="000000" w:themeColor="text1" w:themeTint="FF" w:themeShade="FF"/>
                <w:sz w:val="20"/>
                <w:szCs w:val="20"/>
              </w:rPr>
            </w:pPr>
            <w:r w:rsidRPr="7063EEBE" w:rsidR="537E606F">
              <w:rPr>
                <w:rFonts w:ascii="Calibri" w:hAnsi="Calibri"/>
                <w:color w:val="000000" w:themeColor="text1" w:themeTint="FF" w:themeShade="FF"/>
                <w:sz w:val="20"/>
                <w:szCs w:val="20"/>
              </w:rPr>
              <w:t>P/T</w:t>
            </w:r>
          </w:p>
        </w:tc>
        <w:tc>
          <w:tcPr>
            <w:tcW w:w="1296" w:type="dxa"/>
            <w:tcMar/>
            <w:vAlign w:val="center"/>
          </w:tcPr>
          <w:p w:rsidR="3F76EB40" w:rsidP="7063EEBE" w:rsidRDefault="3F76EB40" w14:paraId="67270ADF" w14:textId="50375691">
            <w:pPr>
              <w:pStyle w:val="Normal"/>
              <w:rPr>
                <w:rFonts w:ascii="Calibri" w:hAnsi="Calibri"/>
                <w:color w:val="000000" w:themeColor="text1" w:themeTint="FF" w:themeShade="FF"/>
                <w:sz w:val="20"/>
                <w:szCs w:val="20"/>
              </w:rPr>
            </w:pPr>
            <w:r w:rsidRPr="7063EEBE" w:rsidR="3F76EB40">
              <w:rPr>
                <w:rFonts w:ascii="Calibri" w:hAnsi="Calibri"/>
                <w:color w:val="000000" w:themeColor="text1" w:themeTint="FF" w:themeShade="FF"/>
                <w:sz w:val="20"/>
                <w:szCs w:val="20"/>
              </w:rPr>
              <w:t>10</w:t>
            </w:r>
          </w:p>
        </w:tc>
        <w:tc>
          <w:tcPr>
            <w:tcW w:w="1584" w:type="dxa"/>
            <w:tcMar/>
            <w:vAlign w:val="center"/>
          </w:tcPr>
          <w:p w:rsidR="7063EEBE" w:rsidP="7063EEBE" w:rsidRDefault="7063EEBE" w14:paraId="61627CDE" w14:textId="1A8716BD">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 xml:space="preserve"> 950</w:t>
            </w:r>
          </w:p>
        </w:tc>
        <w:tc>
          <w:tcPr>
            <w:tcW w:w="1728" w:type="dxa"/>
            <w:tcMar/>
            <w:vAlign w:val="center"/>
          </w:tcPr>
          <w:p w:rsidR="7063EEBE" w:rsidP="7063EEBE" w:rsidRDefault="7063EEBE" w14:paraId="60BF738F" w14:textId="78A17D31">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 xml:space="preserve"> 190</w:t>
            </w:r>
          </w:p>
        </w:tc>
      </w:tr>
      <w:tr w:rsidR="7063EEBE" w:rsidTr="34AAF34B" w14:paraId="5B7AC178">
        <w:trPr>
          <w:trHeight w:val="300"/>
        </w:trPr>
        <w:tc>
          <w:tcPr>
            <w:tcW w:w="4608" w:type="dxa"/>
            <w:tcMar/>
            <w:vAlign w:val="center"/>
          </w:tcPr>
          <w:p w:rsidR="7063EEBE" w:rsidP="7063EEBE" w:rsidRDefault="7063EEBE" w14:paraId="03A2AF91" w14:textId="7601250A">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Data mining and Machine learning</w:t>
            </w:r>
          </w:p>
        </w:tc>
        <w:tc>
          <w:tcPr>
            <w:tcW w:w="1296" w:type="dxa"/>
            <w:tcMar/>
            <w:vAlign w:val="center"/>
          </w:tcPr>
          <w:p w:rsidR="2AA129EF" w:rsidP="7063EEBE" w:rsidRDefault="2AA129EF" w14:paraId="4FC641BD" w14:textId="09A6AA4E">
            <w:pPr>
              <w:pStyle w:val="Normal"/>
              <w:rPr>
                <w:rFonts w:ascii="Calibri" w:hAnsi="Calibri"/>
                <w:color w:val="000000" w:themeColor="text1" w:themeTint="FF" w:themeShade="FF"/>
                <w:sz w:val="20"/>
                <w:szCs w:val="20"/>
              </w:rPr>
            </w:pPr>
            <w:r w:rsidRPr="7063EEBE" w:rsidR="2AA129EF">
              <w:rPr>
                <w:rFonts w:ascii="Calibri" w:hAnsi="Calibri"/>
                <w:color w:val="000000" w:themeColor="text1" w:themeTint="FF" w:themeShade="FF"/>
                <w:sz w:val="20"/>
                <w:szCs w:val="20"/>
              </w:rPr>
              <w:t>9</w:t>
            </w:r>
          </w:p>
        </w:tc>
        <w:tc>
          <w:tcPr>
            <w:tcW w:w="1296" w:type="dxa"/>
            <w:tcMar/>
            <w:vAlign w:val="center"/>
          </w:tcPr>
          <w:p w:rsidR="61E3628D" w:rsidP="7063EEBE" w:rsidRDefault="61E3628D" w14:paraId="2CF67885" w14:textId="1CA2FED3">
            <w:pPr>
              <w:pStyle w:val="Normal"/>
              <w:rPr>
                <w:rFonts w:ascii="Calibri" w:hAnsi="Calibri"/>
                <w:color w:val="000000" w:themeColor="text1" w:themeTint="FF" w:themeShade="FF"/>
                <w:sz w:val="20"/>
                <w:szCs w:val="20"/>
              </w:rPr>
            </w:pPr>
            <w:r w:rsidRPr="7063EEBE" w:rsidR="61E3628D">
              <w:rPr>
                <w:rFonts w:ascii="Calibri" w:hAnsi="Calibri"/>
                <w:color w:val="000000" w:themeColor="text1" w:themeTint="FF" w:themeShade="FF"/>
                <w:sz w:val="20"/>
                <w:szCs w:val="20"/>
              </w:rPr>
              <w:t>P/T</w:t>
            </w:r>
          </w:p>
        </w:tc>
        <w:tc>
          <w:tcPr>
            <w:tcW w:w="1296" w:type="dxa"/>
            <w:tcMar/>
            <w:vAlign w:val="center"/>
          </w:tcPr>
          <w:p w:rsidR="067DB014" w:rsidP="7063EEBE" w:rsidRDefault="067DB014" w14:paraId="379076CF" w14:textId="54C01988">
            <w:pPr>
              <w:pStyle w:val="Normal"/>
              <w:rPr>
                <w:rFonts w:ascii="Calibri" w:hAnsi="Calibri"/>
                <w:color w:val="000000" w:themeColor="text1" w:themeTint="FF" w:themeShade="FF"/>
                <w:sz w:val="20"/>
                <w:szCs w:val="20"/>
              </w:rPr>
            </w:pPr>
            <w:r w:rsidRPr="7063EEBE" w:rsidR="067DB014">
              <w:rPr>
                <w:rFonts w:ascii="Calibri" w:hAnsi="Calibri"/>
                <w:color w:val="000000" w:themeColor="text1" w:themeTint="FF" w:themeShade="FF"/>
                <w:sz w:val="20"/>
                <w:szCs w:val="20"/>
              </w:rPr>
              <w:t>10</w:t>
            </w:r>
          </w:p>
        </w:tc>
        <w:tc>
          <w:tcPr>
            <w:tcW w:w="1584" w:type="dxa"/>
            <w:tcMar/>
            <w:vAlign w:val="center"/>
          </w:tcPr>
          <w:p w:rsidR="7063EEBE" w:rsidP="1030D1EF" w:rsidRDefault="7063EEBE" w14:paraId="7EE0BC86" w14:textId="11A330B9">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1030D1EF" w:rsidR="7F921398">
              <w:rPr>
                <w:rFonts w:ascii="Calibri" w:hAnsi="Calibri" w:eastAsia="Calibri" w:cs="Calibri" w:asciiTheme="majorAscii" w:hAnsiTheme="majorAscii" w:eastAsiaTheme="majorAscii" w:cstheme="majorAscii"/>
                <w:b w:val="0"/>
                <w:bCs w:val="0"/>
                <w:i w:val="0"/>
                <w:iCs w:val="0"/>
                <w:strike w:val="0"/>
                <w:dstrike w:val="0"/>
                <w:sz w:val="20"/>
                <w:szCs w:val="20"/>
                <w:u w:val="none"/>
              </w:rPr>
              <w:t>1420</w:t>
            </w:r>
          </w:p>
        </w:tc>
        <w:tc>
          <w:tcPr>
            <w:tcW w:w="1728" w:type="dxa"/>
            <w:tcMar/>
            <w:vAlign w:val="center"/>
          </w:tcPr>
          <w:p w:rsidR="7063EEBE" w:rsidP="7063EEBE" w:rsidRDefault="7063EEBE" w14:paraId="74265375" w14:textId="31DADF37">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284</w:t>
            </w:r>
            <w:r w:rsidRPr="7063EEBE" w:rsidR="60A59DB5">
              <w:rPr>
                <w:rFonts w:ascii="Arial" w:hAnsi="Arial" w:eastAsia="Arial" w:cs="Arial"/>
                <w:b w:val="0"/>
                <w:bCs w:val="0"/>
                <w:i w:val="0"/>
                <w:iCs w:val="0"/>
                <w:strike w:val="0"/>
                <w:dstrike w:val="0"/>
                <w:color w:val="000000" w:themeColor="text1" w:themeTint="FF" w:themeShade="FF"/>
                <w:sz w:val="20"/>
                <w:szCs w:val="20"/>
                <w:u w:val="none"/>
              </w:rPr>
              <w:t xml:space="preserve">  </w:t>
            </w:r>
          </w:p>
        </w:tc>
      </w:tr>
      <w:tr w:rsidR="7063EEBE" w:rsidTr="34AAF34B" w14:paraId="780482CB">
        <w:trPr>
          <w:trHeight w:val="300"/>
        </w:trPr>
        <w:tc>
          <w:tcPr>
            <w:tcW w:w="4608" w:type="dxa"/>
            <w:tcMar/>
            <w:vAlign w:val="center"/>
          </w:tcPr>
          <w:p w:rsidR="7063EEBE" w:rsidP="34AAF34B" w:rsidRDefault="7063EEBE" w14:paraId="0A4BDC63" w14:textId="628C68DA">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color w:val="242424"/>
                <w:sz w:val="20"/>
                <w:szCs w:val="20"/>
                <w:u w:val="none"/>
              </w:rPr>
            </w:pPr>
            <w:r w:rsidRPr="34AAF34B" w:rsidR="7063EEBE">
              <w:rPr>
                <w:rFonts w:ascii="Calibri" w:hAnsi="Calibri" w:eastAsia="Calibri" w:cs="Calibri" w:asciiTheme="majorAscii" w:hAnsiTheme="majorAscii" w:eastAsiaTheme="majorAscii" w:cstheme="majorAscii"/>
                <w:b w:val="0"/>
                <w:bCs w:val="0"/>
                <w:i w:val="0"/>
                <w:iCs w:val="0"/>
                <w:strike w:val="0"/>
                <w:dstrike w:val="0"/>
                <w:color w:val="242424"/>
                <w:sz w:val="20"/>
                <w:szCs w:val="20"/>
                <w:u w:val="none"/>
              </w:rPr>
              <w:t xml:space="preserve">Certificate in Prompt Engineering </w:t>
            </w:r>
            <w:r w:rsidRPr="34AAF34B" w:rsidR="29AD8178">
              <w:rPr>
                <w:rFonts w:ascii="Calibri" w:hAnsi="Calibri" w:eastAsia="Calibri" w:cs="Calibri" w:asciiTheme="majorAscii" w:hAnsiTheme="majorAscii" w:eastAsiaTheme="majorAscii" w:cstheme="majorAscii"/>
                <w:b w:val="0"/>
                <w:bCs w:val="0"/>
                <w:i w:val="0"/>
                <w:iCs w:val="0"/>
                <w:strike w:val="0"/>
                <w:dstrike w:val="0"/>
                <w:color w:val="242424"/>
                <w:sz w:val="20"/>
                <w:szCs w:val="20"/>
                <w:u w:val="none"/>
              </w:rPr>
              <w:t>for</w:t>
            </w:r>
            <w:r w:rsidRPr="34AAF34B" w:rsidR="7063EEBE">
              <w:rPr>
                <w:rFonts w:ascii="Calibri" w:hAnsi="Calibri" w:eastAsia="Calibri" w:cs="Calibri" w:asciiTheme="majorAscii" w:hAnsiTheme="majorAscii" w:eastAsiaTheme="majorAscii" w:cstheme="majorAscii"/>
                <w:b w:val="0"/>
                <w:bCs w:val="0"/>
                <w:i w:val="0"/>
                <w:iCs w:val="0"/>
                <w:strike w:val="0"/>
                <w:dstrike w:val="0"/>
                <w:color w:val="242424"/>
                <w:sz w:val="20"/>
                <w:szCs w:val="20"/>
                <w:u w:val="none"/>
              </w:rPr>
              <w:t xml:space="preserve"> Generative AI</w:t>
            </w:r>
          </w:p>
        </w:tc>
        <w:tc>
          <w:tcPr>
            <w:tcW w:w="1296" w:type="dxa"/>
            <w:tcMar/>
            <w:vAlign w:val="center"/>
          </w:tcPr>
          <w:p w:rsidR="750DC486" w:rsidP="7063EEBE" w:rsidRDefault="750DC486" w14:paraId="77D184D5" w14:textId="54CBA85C">
            <w:pPr>
              <w:pStyle w:val="Normal"/>
              <w:rPr>
                <w:rFonts w:ascii="Calibri" w:hAnsi="Calibri"/>
                <w:color w:val="000000" w:themeColor="text1" w:themeTint="FF" w:themeShade="FF"/>
                <w:sz w:val="20"/>
                <w:szCs w:val="20"/>
              </w:rPr>
            </w:pPr>
            <w:r w:rsidRPr="7063EEBE" w:rsidR="750DC486">
              <w:rPr>
                <w:rFonts w:ascii="Calibri" w:hAnsi="Calibri"/>
                <w:color w:val="000000" w:themeColor="text1" w:themeTint="FF" w:themeShade="FF"/>
                <w:sz w:val="20"/>
                <w:szCs w:val="20"/>
              </w:rPr>
              <w:t>6</w:t>
            </w:r>
          </w:p>
        </w:tc>
        <w:tc>
          <w:tcPr>
            <w:tcW w:w="1296" w:type="dxa"/>
            <w:tcMar/>
            <w:vAlign w:val="center"/>
          </w:tcPr>
          <w:p w:rsidR="04EF140E" w:rsidP="7063EEBE" w:rsidRDefault="04EF140E" w14:paraId="1AC3537D" w14:textId="03C66021">
            <w:pPr>
              <w:pStyle w:val="Normal"/>
              <w:rPr>
                <w:rFonts w:ascii="Calibri" w:hAnsi="Calibri"/>
                <w:color w:val="000000" w:themeColor="text1" w:themeTint="FF" w:themeShade="FF"/>
                <w:sz w:val="20"/>
                <w:szCs w:val="20"/>
              </w:rPr>
            </w:pPr>
            <w:r w:rsidRPr="7063EEBE" w:rsidR="04EF140E">
              <w:rPr>
                <w:rFonts w:ascii="Calibri" w:hAnsi="Calibri"/>
                <w:color w:val="000000" w:themeColor="text1" w:themeTint="FF" w:themeShade="FF"/>
                <w:sz w:val="20"/>
                <w:szCs w:val="20"/>
              </w:rPr>
              <w:t>P/T</w:t>
            </w:r>
          </w:p>
        </w:tc>
        <w:tc>
          <w:tcPr>
            <w:tcW w:w="1296" w:type="dxa"/>
            <w:tcMar/>
            <w:vAlign w:val="center"/>
          </w:tcPr>
          <w:p w:rsidR="54BE7326" w:rsidP="7063EEBE" w:rsidRDefault="54BE7326" w14:paraId="53714558" w14:textId="045F6B5C">
            <w:pPr>
              <w:pStyle w:val="Normal"/>
              <w:rPr>
                <w:rFonts w:ascii="Calibri" w:hAnsi="Calibri"/>
                <w:color w:val="000000" w:themeColor="text1" w:themeTint="FF" w:themeShade="FF"/>
                <w:sz w:val="20"/>
                <w:szCs w:val="20"/>
              </w:rPr>
            </w:pPr>
            <w:r w:rsidRPr="7063EEBE" w:rsidR="54BE7326">
              <w:rPr>
                <w:rFonts w:ascii="Calibri" w:hAnsi="Calibri"/>
                <w:color w:val="000000" w:themeColor="text1" w:themeTint="FF" w:themeShade="FF"/>
                <w:sz w:val="20"/>
                <w:szCs w:val="20"/>
              </w:rPr>
              <w:t>5</w:t>
            </w:r>
          </w:p>
        </w:tc>
        <w:tc>
          <w:tcPr>
            <w:tcW w:w="1584" w:type="dxa"/>
            <w:tcMar/>
            <w:vAlign w:val="center"/>
          </w:tcPr>
          <w:p w:rsidR="7063EEBE" w:rsidP="7063EEBE" w:rsidRDefault="7063EEBE" w14:paraId="248D799B" w14:textId="2BACC3B3">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7063EEBE" w:rsidR="7063EEBE">
              <w:rPr>
                <w:rFonts w:ascii="Calibri" w:hAnsi="Calibri" w:eastAsia="Calibri" w:cs="Calibri" w:asciiTheme="majorAscii" w:hAnsiTheme="majorAscii" w:eastAsiaTheme="majorAscii" w:cstheme="majorAscii"/>
                <w:b w:val="0"/>
                <w:bCs w:val="0"/>
                <w:i w:val="0"/>
                <w:iCs w:val="0"/>
                <w:strike w:val="0"/>
                <w:dstrike w:val="0"/>
                <w:sz w:val="20"/>
                <w:szCs w:val="20"/>
                <w:u w:val="none"/>
              </w:rPr>
              <w:t>475</w:t>
            </w:r>
          </w:p>
        </w:tc>
        <w:tc>
          <w:tcPr>
            <w:tcW w:w="1728" w:type="dxa"/>
            <w:tcMar/>
            <w:vAlign w:val="center"/>
          </w:tcPr>
          <w:p w:rsidR="7063EEBE" w:rsidP="7063EEBE" w:rsidRDefault="7063EEBE" w14:paraId="183E4E52" w14:textId="73539858">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20"/>
                <w:szCs w:val="20"/>
                <w:u w:val="none"/>
              </w:rPr>
            </w:pPr>
            <w:r w:rsidRPr="7063EEBE" w:rsidR="7063EEBE">
              <w:rPr>
                <w:rFonts w:ascii="Arial" w:hAnsi="Arial" w:eastAsia="Arial" w:cs="Arial"/>
                <w:b w:val="0"/>
                <w:bCs w:val="0"/>
                <w:i w:val="0"/>
                <w:iCs w:val="0"/>
                <w:strike w:val="0"/>
                <w:dstrike w:val="0"/>
                <w:color w:val="000000" w:themeColor="text1" w:themeTint="FF" w:themeShade="FF"/>
                <w:sz w:val="20"/>
                <w:szCs w:val="20"/>
                <w:u w:val="none"/>
              </w:rPr>
              <w:t>95</w:t>
            </w:r>
          </w:p>
        </w:tc>
      </w:tr>
    </w:tbl>
    <w:p w:rsidR="0040090F" w:rsidP="487DDC34" w:rsidRDefault="451478EF" w14:paraId="50E54585" w14:textId="7DD95577">
      <w:pPr>
        <w:rPr>
          <w:sz w:val="20"/>
          <w:szCs w:val="20"/>
        </w:rPr>
      </w:pPr>
      <w:r w:rsidRPr="487DDC34">
        <w:rPr>
          <w:sz w:val="20"/>
          <w:szCs w:val="20"/>
        </w:rPr>
        <w:t xml:space="preserve">*SB+ </w:t>
      </w:r>
      <w:proofErr w:type="spellStart"/>
      <w:r w:rsidRPr="487DDC34">
        <w:rPr>
          <w:sz w:val="20"/>
          <w:szCs w:val="20"/>
        </w:rPr>
        <w:t>programmes</w:t>
      </w:r>
      <w:proofErr w:type="spellEnd"/>
      <w:r w:rsidRPr="487DDC34">
        <w:rPr>
          <w:sz w:val="20"/>
          <w:szCs w:val="20"/>
        </w:rPr>
        <w:t xml:space="preserve"> are not supported via the </w:t>
      </w:r>
      <w:r w:rsidRPr="487DDC34" w:rsidR="5CF86132">
        <w:rPr>
          <w:sz w:val="20"/>
          <w:szCs w:val="20"/>
        </w:rPr>
        <w:t>R</w:t>
      </w:r>
      <w:r w:rsidRPr="487DDC34">
        <w:rPr>
          <w:sz w:val="20"/>
          <w:szCs w:val="20"/>
        </w:rPr>
        <w:t>ecurre</w:t>
      </w:r>
      <w:r w:rsidRPr="487DDC34" w:rsidR="6DB844F9">
        <w:rPr>
          <w:sz w:val="20"/>
          <w:szCs w:val="20"/>
        </w:rPr>
        <w:t xml:space="preserve">nt </w:t>
      </w:r>
      <w:r w:rsidRPr="487DDC34" w:rsidR="0FF083D8">
        <w:rPr>
          <w:sz w:val="20"/>
          <w:szCs w:val="20"/>
        </w:rPr>
        <w:t>G</w:t>
      </w:r>
      <w:r w:rsidRPr="487DDC34" w:rsidR="6DB844F9">
        <w:rPr>
          <w:sz w:val="20"/>
          <w:szCs w:val="20"/>
        </w:rPr>
        <w:t xml:space="preserve">rant </w:t>
      </w:r>
      <w:r w:rsidRPr="487DDC34" w:rsidR="7CF264C4">
        <w:rPr>
          <w:sz w:val="20"/>
          <w:szCs w:val="20"/>
        </w:rPr>
        <w:t>A</w:t>
      </w:r>
      <w:r w:rsidRPr="487DDC34" w:rsidR="6DB844F9">
        <w:rPr>
          <w:sz w:val="20"/>
          <w:szCs w:val="20"/>
        </w:rPr>
        <w:t>llocation Model</w:t>
      </w:r>
      <w:r w:rsidRPr="487DDC34" w:rsidR="2DE726A5">
        <w:rPr>
          <w:sz w:val="20"/>
          <w:szCs w:val="20"/>
        </w:rPr>
        <w:t xml:space="preserve"> (RGAM)</w:t>
      </w:r>
    </w:p>
    <w:p w:rsidR="0040090F" w:rsidRDefault="0040090F" w14:paraId="06A8E213" w14:textId="77777777"/>
    <w:p w:rsidR="487DDC34" w:rsidRDefault="487DDC34" w14:paraId="37E12540" w14:textId="0FD839D5">
      <w:r>
        <w:br w:type="page"/>
      </w:r>
    </w:p>
    <w:p w:rsidR="487DDC34" w:rsidP="487DDC34" w:rsidRDefault="487DDC34" w14:paraId="1B2A4B32" w14:textId="72EDDBE7"/>
    <w:p w:rsidR="0040090F" w:rsidP="7063EEBE" w:rsidRDefault="53C06C58" w14:paraId="17F5B5D1" w14:textId="7F897F4E">
      <w:pPr>
        <w:pStyle w:val="Normal"/>
        <w:pBdr>
          <w:bottom w:val="single" w:color="C9A227" w:sz="12" w:space="0"/>
        </w:pBdr>
        <w:rPr>
          <w:rFonts w:ascii="Calibri" w:hAnsi="Calibri"/>
          <w:b w:val="1"/>
          <w:bCs w:val="1"/>
          <w:color w:val="000000" w:themeColor="text1"/>
        </w:rPr>
      </w:pPr>
      <w:r w:rsidRPr="7063EEBE" w:rsidR="6E6D9BA5">
        <w:rPr>
          <w:rFonts w:ascii="Calibri" w:hAnsi="Calibri"/>
          <w:b w:val="1"/>
          <w:bCs w:val="1"/>
          <w:color w:val="000000" w:themeColor="text1" w:themeTint="FF" w:themeShade="FF"/>
        </w:rPr>
        <w:t>1.7</w:t>
      </w:r>
      <w:r w:rsidRPr="7063EEBE" w:rsidR="62A1E6BB">
        <w:rPr>
          <w:rFonts w:ascii="Calibri" w:hAnsi="Calibri"/>
          <w:b w:val="1"/>
          <w:bCs w:val="1"/>
          <w:color w:val="000000" w:themeColor="text1" w:themeTint="FF" w:themeShade="FF"/>
        </w:rPr>
        <w:t xml:space="preserve"> </w:t>
      </w:r>
      <w:r w:rsidRPr="7063EEBE" w:rsidR="6E6D9BA5">
        <w:rPr>
          <w:rFonts w:ascii="Calibri" w:hAnsi="Calibri"/>
          <w:b w:val="1"/>
          <w:bCs w:val="1"/>
          <w:color w:val="000000" w:themeColor="text1" w:themeTint="FF" w:themeShade="FF"/>
        </w:rPr>
        <w:t>SPRINGBOARD+/</w:t>
      </w:r>
      <w:r w:rsidRPr="7063EEBE" w:rsidR="2BD8E45A">
        <w:rPr>
          <w:rFonts w:ascii="Calibri" w:hAnsi="Calibri" w:eastAsia="Calibri" w:cs="Calibri"/>
          <w:noProof w:val="0"/>
          <w:sz w:val="22"/>
          <w:szCs w:val="22"/>
          <w:lang w:val="en-US"/>
        </w:rPr>
        <w:t xml:space="preserve"> </w:t>
      </w:r>
      <w:r w:rsidRPr="7063EEBE" w:rsidR="2BD8E45A">
        <w:rPr>
          <w:rFonts w:ascii="Calibri" w:hAnsi="Calibri" w:eastAsia="Calibri" w:cs="Calibri"/>
          <w:b w:val="1"/>
          <w:bCs w:val="1"/>
          <w:noProof w:val="0"/>
          <w:sz w:val="22"/>
          <w:szCs w:val="22"/>
          <w:lang w:val="en-US"/>
        </w:rPr>
        <w:t>MICRO-CREDENTIAL LEARNER FEE SUBSIDY</w:t>
      </w:r>
      <w:r w:rsidRPr="7063EEBE" w:rsidR="6E6D9BA5">
        <w:rPr>
          <w:rFonts w:ascii="Calibri" w:hAnsi="Calibri"/>
          <w:b w:val="1"/>
          <w:bCs w:val="1"/>
          <w:color w:val="000000" w:themeColor="text1" w:themeTint="FF" w:themeShade="FF"/>
        </w:rPr>
        <w:t xml:space="preserve"> FUNDED PROGRAMMES REGISTRATION REQUIREMENTS</w:t>
      </w:r>
    </w:p>
    <w:p w:rsidR="3D5A0A7F" w:rsidRDefault="3D5A0A7F" w14:paraId="627AE146" w14:textId="28E5AEDA">
      <w:r w:rsidRPr="7063EEBE" w:rsidR="3D5A0A7F">
        <w:rPr>
          <w:rFonts w:ascii="Calibri" w:hAnsi="Calibri" w:eastAsia="Calibri" w:cs="Calibri"/>
          <w:noProof w:val="0"/>
          <w:sz w:val="22"/>
          <w:szCs w:val="22"/>
          <w:lang w:val="en-US"/>
        </w:rPr>
        <w:t>All students enrolled on Springboard+ and Micro-Credential Learner Fee Subsidy funded programmes are required to complete registration on the HEA Attendance Monitoring System (HEA-AMS) (or any successor system designated by the HEA) and the University’s student registration system.</w:t>
      </w:r>
    </w:p>
    <w:p w:rsidR="3D5A0A7F" w:rsidRDefault="3D5A0A7F" w14:paraId="5C8DA499" w14:textId="2C27BE1C">
      <w:r w:rsidRPr="7063EEBE" w:rsidR="3D5A0A7F">
        <w:rPr>
          <w:rFonts w:ascii="Calibri" w:hAnsi="Calibri" w:eastAsia="Calibri" w:cs="Calibri"/>
          <w:noProof w:val="0"/>
          <w:sz w:val="22"/>
          <w:szCs w:val="22"/>
          <w:lang w:val="en-US"/>
        </w:rPr>
        <w:t>Registration on both systems is mandatory to maintain funding eligibility and programme registration.</w:t>
      </w:r>
    </w:p>
    <w:p w:rsidR="3D5A0A7F" w:rsidP="7063EEBE" w:rsidRDefault="3D5A0A7F" w14:paraId="54A8FC8E" w14:textId="00181F2A">
      <w:pPr>
        <w:rPr>
          <w:rFonts w:ascii="Calibri" w:hAnsi="Calibri" w:eastAsia="Calibri" w:cs="Calibri"/>
          <w:b w:val="0"/>
          <w:bCs w:val="0"/>
          <w:noProof w:val="0"/>
          <w:sz w:val="22"/>
          <w:szCs w:val="22"/>
          <w:lang w:val="en-US"/>
        </w:rPr>
      </w:pPr>
      <w:r w:rsidRPr="7063EEBE" w:rsidR="3D5A0A7F">
        <w:rPr>
          <w:rFonts w:ascii="Calibri" w:hAnsi="Calibri" w:eastAsia="Calibri" w:cs="Calibri"/>
          <w:b w:val="0"/>
          <w:bCs w:val="0"/>
          <w:noProof w:val="0"/>
          <w:sz w:val="22"/>
          <w:szCs w:val="22"/>
          <w:lang w:val="en-US"/>
        </w:rPr>
        <w:t>Funding Registration Process</w:t>
      </w:r>
    </w:p>
    <w:p w:rsidR="3D5A0A7F" w:rsidRDefault="3D5A0A7F" w14:paraId="51905F8E" w14:textId="23691A93">
      <w:r w:rsidRPr="7063EEBE" w:rsidR="3D5A0A7F">
        <w:rPr>
          <w:rFonts w:ascii="Calibri" w:hAnsi="Calibri" w:eastAsia="Calibri" w:cs="Calibri"/>
          <w:noProof w:val="0"/>
          <w:sz w:val="22"/>
          <w:szCs w:val="22"/>
          <w:lang w:val="en-US"/>
        </w:rPr>
        <w:t>All Springboard+ participants must complete two funding registration confirmations per academic year, one in each semester.</w:t>
      </w:r>
    </w:p>
    <w:p w:rsidR="3D5A0A7F" w:rsidRDefault="3D5A0A7F" w14:paraId="28E8054B" w14:textId="451B6C94">
      <w:r w:rsidRPr="7063EEBE" w:rsidR="3D5A0A7F">
        <w:rPr>
          <w:rFonts w:ascii="Calibri" w:hAnsi="Calibri" w:eastAsia="Calibri" w:cs="Calibri"/>
          <w:noProof w:val="0"/>
          <w:sz w:val="22"/>
          <w:szCs w:val="22"/>
          <w:lang w:val="en-US"/>
        </w:rPr>
        <w:t>All Micro-Credential Learner Fee Subsidy participants must complete one funding registration confirmation per programme.</w:t>
      </w:r>
    </w:p>
    <w:p w:rsidR="3D5A0A7F" w:rsidRDefault="3D5A0A7F" w14:paraId="63D4E459" w14:textId="1EBC338D">
      <w:r w:rsidRPr="7063EEBE" w:rsidR="3D5A0A7F">
        <w:rPr>
          <w:rFonts w:ascii="Calibri" w:hAnsi="Calibri" w:eastAsia="Calibri" w:cs="Calibri"/>
          <w:noProof w:val="0"/>
          <w:sz w:val="22"/>
          <w:szCs w:val="22"/>
          <w:lang w:val="en-US"/>
        </w:rPr>
        <w:t>These registration periods typically occur during October / November (Semester 1) and February / March (Semester 2).</w:t>
      </w:r>
    </w:p>
    <w:p w:rsidR="3D5A0A7F" w:rsidRDefault="3D5A0A7F" w14:paraId="0C37ED02" w14:textId="777AE214">
      <w:r w:rsidRPr="7063EEBE" w:rsidR="3D5A0A7F">
        <w:rPr>
          <w:rFonts w:ascii="Calibri" w:hAnsi="Calibri" w:eastAsia="Calibri" w:cs="Calibri"/>
          <w:noProof w:val="0"/>
          <w:sz w:val="22"/>
          <w:szCs w:val="22"/>
          <w:lang w:val="en-US"/>
        </w:rPr>
        <w:t>Students will be notified by the Flexible Learning Office when funding registration opens and must complete the process within the specified timeframe.</w:t>
      </w:r>
    </w:p>
    <w:p w:rsidR="3D5A0A7F" w:rsidP="7063EEBE" w:rsidRDefault="3D5A0A7F" w14:paraId="151FF614" w14:textId="1293D249">
      <w:pPr>
        <w:rPr>
          <w:rFonts w:ascii="Calibri" w:hAnsi="Calibri" w:eastAsia="Calibri" w:cs="Calibri"/>
          <w:b w:val="0"/>
          <w:bCs w:val="0"/>
          <w:noProof w:val="0"/>
          <w:sz w:val="22"/>
          <w:szCs w:val="22"/>
          <w:lang w:val="en-US"/>
        </w:rPr>
      </w:pPr>
      <w:r w:rsidRPr="7063EEBE" w:rsidR="3D5A0A7F">
        <w:rPr>
          <w:rFonts w:ascii="Calibri" w:hAnsi="Calibri" w:eastAsia="Calibri" w:cs="Calibri"/>
          <w:b w:val="0"/>
          <w:bCs w:val="0"/>
          <w:noProof w:val="0"/>
          <w:sz w:val="22"/>
          <w:szCs w:val="22"/>
          <w:lang w:val="en-US"/>
        </w:rPr>
        <w:t>Failure to Complete Registration</w:t>
      </w:r>
    </w:p>
    <w:p w:rsidR="3D5A0A7F" w:rsidRDefault="3D5A0A7F" w14:paraId="4EACBC0F" w14:textId="3C6198D5">
      <w:r w:rsidRPr="7063EEBE" w:rsidR="3D5A0A7F">
        <w:rPr>
          <w:rFonts w:ascii="Calibri" w:hAnsi="Calibri" w:eastAsia="Calibri" w:cs="Calibri"/>
          <w:noProof w:val="0"/>
          <w:sz w:val="22"/>
          <w:szCs w:val="22"/>
          <w:lang w:val="en-US"/>
        </w:rPr>
        <w:t>Failure to complete the required HEA funding registration(s) by the stated deadline(s) may result in loss of eligibility for Springboard+ or Micro-Credential Learner Fee Subsidy funding, automatic withdrawal from the programme, and/or transfer of liability for the full programme fee to the student.</w:t>
      </w:r>
    </w:p>
    <w:p w:rsidR="3D5A0A7F" w:rsidRDefault="3D5A0A7F" w14:paraId="24C43FBD" w14:textId="6801E452">
      <w:r w:rsidRPr="1030D1EF" w:rsidR="3D5A0A7F">
        <w:rPr>
          <w:rFonts w:ascii="Calibri" w:hAnsi="Calibri" w:eastAsia="Calibri" w:cs="Calibri"/>
          <w:noProof w:val="0"/>
          <w:sz w:val="22"/>
          <w:szCs w:val="22"/>
          <w:lang w:val="en-US"/>
        </w:rPr>
        <w:t>Students are solely responsible for ensuring that all funding registrations are completed accurately and within the required timelines.</w:t>
      </w:r>
      <w:r w:rsidRPr="1030D1EF" w:rsidR="3D5A0A7F">
        <w:rPr>
          <w:rFonts w:ascii="Calibri" w:hAnsi="Calibri"/>
          <w:color w:val="000000" w:themeColor="text1" w:themeTint="FF" w:themeShade="FF"/>
        </w:rPr>
        <w:t xml:space="preserve"> </w:t>
      </w:r>
    </w:p>
    <w:p w:rsidR="1030D1EF" w:rsidP="1030D1EF" w:rsidRDefault="1030D1EF" w14:paraId="5E6D4B97" w14:textId="4C7EFA98">
      <w:pPr>
        <w:rPr>
          <w:rFonts w:ascii="Calibri" w:hAnsi="Calibri"/>
          <w:color w:val="000000" w:themeColor="text1" w:themeTint="FF" w:themeShade="FF"/>
        </w:rPr>
      </w:pPr>
    </w:p>
    <w:p w:rsidR="1030D1EF" w:rsidP="1030D1EF" w:rsidRDefault="1030D1EF" w14:paraId="7AC0EA95" w14:textId="568E7A90">
      <w:pPr>
        <w:rPr>
          <w:rFonts w:ascii="Calibri" w:hAnsi="Calibri"/>
          <w:color w:val="000000" w:themeColor="text1" w:themeTint="FF" w:themeShade="FF"/>
        </w:rPr>
      </w:pPr>
    </w:p>
    <w:p w:rsidR="1030D1EF" w:rsidP="1030D1EF" w:rsidRDefault="1030D1EF" w14:paraId="552C518C" w14:textId="07E433E4">
      <w:pPr>
        <w:rPr>
          <w:rFonts w:ascii="Calibri" w:hAnsi="Calibri"/>
          <w:color w:val="000000" w:themeColor="text1" w:themeTint="FF" w:themeShade="FF"/>
        </w:rPr>
      </w:pPr>
    </w:p>
    <w:p w:rsidR="1030D1EF" w:rsidP="1030D1EF" w:rsidRDefault="1030D1EF" w14:paraId="113FE98A" w14:textId="6165C3A8">
      <w:pPr>
        <w:rPr>
          <w:rFonts w:ascii="Calibri" w:hAnsi="Calibri"/>
          <w:color w:val="000000" w:themeColor="text1" w:themeTint="FF" w:themeShade="FF"/>
        </w:rPr>
      </w:pPr>
    </w:p>
    <w:p w:rsidR="1030D1EF" w:rsidP="1030D1EF" w:rsidRDefault="1030D1EF" w14:paraId="6B8DC188" w14:textId="2270AB72">
      <w:pPr>
        <w:rPr>
          <w:rFonts w:ascii="Calibri" w:hAnsi="Calibri"/>
          <w:color w:val="000000" w:themeColor="text1" w:themeTint="FF" w:themeShade="FF"/>
        </w:rPr>
      </w:pPr>
    </w:p>
    <w:p w:rsidR="1030D1EF" w:rsidP="1030D1EF" w:rsidRDefault="1030D1EF" w14:paraId="657109B5" w14:textId="13414D75">
      <w:pPr>
        <w:rPr>
          <w:rFonts w:ascii="Calibri" w:hAnsi="Calibri"/>
          <w:color w:val="000000" w:themeColor="text1" w:themeTint="FF" w:themeShade="FF"/>
        </w:rPr>
      </w:pPr>
    </w:p>
    <w:p w:rsidR="1030D1EF" w:rsidP="1030D1EF" w:rsidRDefault="1030D1EF" w14:paraId="100CC16A" w14:textId="053420FC">
      <w:pPr>
        <w:rPr>
          <w:rFonts w:ascii="Calibri" w:hAnsi="Calibri"/>
          <w:color w:val="000000" w:themeColor="text1" w:themeTint="FF" w:themeShade="FF"/>
        </w:rPr>
      </w:pPr>
    </w:p>
    <w:p w:rsidR="1030D1EF" w:rsidP="1030D1EF" w:rsidRDefault="1030D1EF" w14:paraId="47A260C1" w14:textId="2172E655">
      <w:pPr>
        <w:rPr>
          <w:rFonts w:ascii="Calibri" w:hAnsi="Calibri"/>
          <w:color w:val="000000" w:themeColor="text1" w:themeTint="FF" w:themeShade="FF"/>
        </w:rPr>
      </w:pPr>
    </w:p>
    <w:p w:rsidR="11C4C1C7" w:rsidP="1030D1EF" w:rsidRDefault="11C4C1C7" w14:paraId="5CD4D0FF" w14:textId="3051D80E">
      <w:pPr>
        <w:pStyle w:val="Normal"/>
        <w:pBdr>
          <w:bottom w:val="single" w:color="C9A227" w:sz="12" w:space="0"/>
        </w:pBdr>
        <w:rPr>
          <w:rFonts w:ascii="Calibri" w:hAnsi="Calibri"/>
          <w:b w:val="1"/>
          <w:bCs w:val="1"/>
          <w:color w:val="000000" w:themeColor="text1" w:themeTint="FF" w:themeShade="FF"/>
        </w:rPr>
      </w:pPr>
      <w:r w:rsidRPr="1030D1EF" w:rsidR="11C4C1C7">
        <w:rPr>
          <w:rFonts w:ascii="Calibri" w:hAnsi="Calibri"/>
          <w:b w:val="1"/>
          <w:bCs w:val="1"/>
          <w:color w:val="000000" w:themeColor="text1" w:themeTint="FF" w:themeShade="FF"/>
        </w:rPr>
        <w:t xml:space="preserve">SECTION </w:t>
      </w:r>
      <w:r w:rsidRPr="1030D1EF" w:rsidR="0B51A0FF">
        <w:rPr>
          <w:rFonts w:ascii="Calibri" w:hAnsi="Calibri"/>
          <w:b w:val="1"/>
          <w:bCs w:val="1"/>
          <w:color w:val="000000" w:themeColor="text1" w:themeTint="FF" w:themeShade="FF"/>
        </w:rPr>
        <w:t>1.8 FACULTY</w:t>
      </w:r>
      <w:r w:rsidRPr="1030D1EF" w:rsidR="0B51A0FF">
        <w:rPr>
          <w:rFonts w:ascii="Calibri" w:hAnsi="Calibri"/>
          <w:color w:val="000000" w:themeColor="text1" w:themeTint="FF" w:themeShade="FF"/>
        </w:rPr>
        <w:t xml:space="preserve"> OF CPODL- INTERNATIONAL-FEES</w:t>
      </w:r>
      <w:r w:rsidRPr="1030D1EF" w:rsidR="11C4C1C7">
        <w:rPr>
          <w:rFonts w:ascii="Calibri" w:hAnsi="Calibri"/>
          <w:b w:val="1"/>
          <w:bCs w:val="1"/>
          <w:color w:val="000000" w:themeColor="text1" w:themeTint="FF" w:themeShade="FF"/>
        </w:rPr>
        <w:t xml:space="preserve"> PROGRAMMES FOR 2026/2027 ACADEMIC YEAR-MIDLANDS</w:t>
      </w:r>
    </w:p>
    <w:tbl>
      <w:tblPr>
        <w:tblW w:w="0" w:type="auto"/>
        <w:jc w:val="center"/>
        <w:tblBorders>
          <w:top w:val="single" w:color="C9A227" w:sz="8"/>
          <w:left w:val="single" w:color="C9A227" w:sz="8"/>
          <w:bottom w:val="single" w:color="C9A227" w:sz="8"/>
          <w:right w:val="single" w:color="C9A227" w:sz="8"/>
          <w:insideH w:val="single" w:color="C9A227" w:sz="8"/>
          <w:insideV w:val="single" w:color="C9A227" w:sz="8"/>
        </w:tblBorders>
        <w:tblLook w:val="04A0" w:firstRow="1" w:lastRow="0" w:firstColumn="1" w:lastColumn="0" w:noHBand="0" w:noVBand="1"/>
      </w:tblPr>
      <w:tblGrid>
        <w:gridCol w:w="4063"/>
        <w:gridCol w:w="1143"/>
        <w:gridCol w:w="1143"/>
        <w:gridCol w:w="1143"/>
        <w:gridCol w:w="1397"/>
        <w:gridCol w:w="1397"/>
        <w:gridCol w:w="1524"/>
      </w:tblGrid>
      <w:tr w:rsidR="1030D1EF" w:rsidTr="34AAF34B" w14:paraId="683504A3">
        <w:trPr>
          <w:trHeight w:val="300"/>
        </w:trPr>
        <w:tc>
          <w:tcPr>
            <w:tcW w:w="4063" w:type="dxa"/>
            <w:shd w:val="clear" w:color="auto" w:fill="000000" w:themeFill="text1"/>
            <w:tcMar/>
            <w:vAlign w:val="center"/>
          </w:tcPr>
          <w:p w:rsidR="1030D1EF" w:rsidP="1030D1EF" w:rsidRDefault="1030D1EF" w14:paraId="1BF829F2" w14:textId="4A0B10C6">
            <w:pPr>
              <w:spacing w:before="40" w:after="40"/>
              <w:jc w:val="center"/>
            </w:pPr>
            <w:r w:rsidRPr="1030D1EF" w:rsidR="1030D1EF">
              <w:rPr>
                <w:rFonts w:ascii="Calibri" w:hAnsi="Calibri"/>
                <w:b w:val="1"/>
                <w:bCs w:val="1"/>
                <w:color w:val="FFFFFF" w:themeColor="background1" w:themeTint="FF" w:themeShade="FF"/>
                <w:sz w:val="20"/>
                <w:szCs w:val="20"/>
              </w:rPr>
              <w:t>1.</w:t>
            </w:r>
            <w:r w:rsidRPr="1030D1EF" w:rsidR="1264F722">
              <w:rPr>
                <w:rFonts w:ascii="Calibri" w:hAnsi="Calibri"/>
                <w:b w:val="1"/>
                <w:bCs w:val="1"/>
                <w:color w:val="FFFFFF" w:themeColor="background1" w:themeTint="FF" w:themeShade="FF"/>
                <w:sz w:val="20"/>
                <w:szCs w:val="20"/>
              </w:rPr>
              <w:t>8</w:t>
            </w:r>
            <w:r w:rsidRPr="1030D1EF" w:rsidR="1030D1EF">
              <w:rPr>
                <w:rFonts w:ascii="Calibri" w:hAnsi="Calibri"/>
                <w:b w:val="1"/>
                <w:bCs w:val="1"/>
                <w:color w:val="FFFFFF" w:themeColor="background1" w:themeTint="FF" w:themeShade="FF"/>
                <w:sz w:val="20"/>
                <w:szCs w:val="20"/>
              </w:rPr>
              <w:t xml:space="preserve"> LIFELONG LEARNING</w:t>
            </w:r>
            <w:r w:rsidRPr="1030D1EF" w:rsidR="1DDA458E">
              <w:rPr>
                <w:rFonts w:ascii="Calibri" w:hAnsi="Calibri"/>
                <w:b w:val="1"/>
                <w:bCs w:val="1"/>
                <w:color w:val="FFFFFF" w:themeColor="background1" w:themeTint="FF" w:themeShade="FF"/>
                <w:sz w:val="20"/>
                <w:szCs w:val="20"/>
              </w:rPr>
              <w:t xml:space="preserve"> –INTERNATIONAL FEES</w:t>
            </w:r>
            <w:r w:rsidRPr="1030D1EF" w:rsidR="1030D1EF">
              <w:rPr>
                <w:rFonts w:ascii="Calibri" w:hAnsi="Calibri"/>
                <w:b w:val="1"/>
                <w:bCs w:val="1"/>
                <w:color w:val="FFFFFF" w:themeColor="background1" w:themeTint="FF" w:themeShade="FF"/>
                <w:sz w:val="20"/>
                <w:szCs w:val="20"/>
              </w:rPr>
              <w:t xml:space="preserve"> PART-TIME PROGRAMMES-MIDLANDS 2026/2027</w:t>
            </w:r>
          </w:p>
        </w:tc>
        <w:tc>
          <w:tcPr>
            <w:tcW w:w="1143" w:type="dxa"/>
            <w:shd w:val="clear" w:color="auto" w:fill="000000" w:themeFill="text1"/>
            <w:tcMar/>
            <w:vAlign w:val="center"/>
          </w:tcPr>
          <w:p w:rsidR="1030D1EF" w:rsidP="1030D1EF" w:rsidRDefault="1030D1EF" w14:paraId="4A2F0EAE" w14:textId="4310DDC8">
            <w:pPr>
              <w:spacing w:before="40" w:after="40"/>
              <w:jc w:val="center"/>
            </w:pPr>
            <w:r w:rsidRPr="1030D1EF" w:rsidR="1030D1EF">
              <w:rPr>
                <w:rFonts w:ascii="Calibri" w:hAnsi="Calibri"/>
                <w:b w:val="1"/>
                <w:bCs w:val="1"/>
                <w:color w:val="FFFFFF" w:themeColor="background1" w:themeTint="FF" w:themeShade="FF"/>
                <w:sz w:val="20"/>
                <w:szCs w:val="20"/>
              </w:rPr>
              <w:t>1.</w:t>
            </w:r>
            <w:r w:rsidRPr="1030D1EF" w:rsidR="1285B318">
              <w:rPr>
                <w:rFonts w:ascii="Calibri" w:hAnsi="Calibri"/>
                <w:b w:val="1"/>
                <w:bCs w:val="1"/>
                <w:color w:val="FFFFFF" w:themeColor="background1" w:themeTint="FF" w:themeShade="FF"/>
                <w:sz w:val="20"/>
                <w:szCs w:val="20"/>
              </w:rPr>
              <w:t>8</w:t>
            </w:r>
            <w:r w:rsidRPr="1030D1EF" w:rsidR="1030D1EF">
              <w:rPr>
                <w:rFonts w:ascii="Calibri" w:hAnsi="Calibri"/>
                <w:b w:val="1"/>
                <w:bCs w:val="1"/>
                <w:color w:val="FFFFFF" w:themeColor="background1" w:themeTint="FF" w:themeShade="FF"/>
                <w:sz w:val="20"/>
                <w:szCs w:val="20"/>
              </w:rPr>
              <w:t xml:space="preserve"> LIFELONG LEARNING</w:t>
            </w:r>
            <w:r w:rsidRPr="1030D1EF" w:rsidR="423DB3DD">
              <w:rPr>
                <w:rFonts w:ascii="Calibri" w:hAnsi="Calibri"/>
                <w:b w:val="1"/>
                <w:bCs w:val="1"/>
                <w:color w:val="FFFFFF" w:themeColor="background1" w:themeTint="FF" w:themeShade="FF"/>
                <w:sz w:val="20"/>
                <w:szCs w:val="20"/>
              </w:rPr>
              <w:t xml:space="preserve"> –INTERNATIONAL FEES</w:t>
            </w:r>
            <w:r w:rsidRPr="1030D1EF" w:rsidR="1030D1EF">
              <w:rPr>
                <w:rFonts w:ascii="Calibri" w:hAnsi="Calibri"/>
                <w:b w:val="1"/>
                <w:bCs w:val="1"/>
                <w:color w:val="FFFFFF" w:themeColor="background1" w:themeTint="FF" w:themeShade="FF"/>
                <w:sz w:val="20"/>
                <w:szCs w:val="20"/>
              </w:rPr>
              <w:t xml:space="preserve"> PART-TIME PROGRAMMES-MIDLANDS 2026/2027</w:t>
            </w:r>
          </w:p>
        </w:tc>
        <w:tc>
          <w:tcPr>
            <w:tcW w:w="1143" w:type="dxa"/>
            <w:shd w:val="clear" w:color="auto" w:fill="000000" w:themeFill="text1"/>
            <w:tcMar/>
            <w:vAlign w:val="center"/>
          </w:tcPr>
          <w:p w:rsidR="1030D1EF" w:rsidP="1030D1EF" w:rsidRDefault="1030D1EF" w14:paraId="46825711" w14:textId="0A4CD7D2">
            <w:pPr>
              <w:spacing w:before="40" w:after="40"/>
              <w:jc w:val="center"/>
            </w:pPr>
            <w:r w:rsidRPr="1030D1EF" w:rsidR="1030D1EF">
              <w:rPr>
                <w:rFonts w:ascii="Calibri" w:hAnsi="Calibri"/>
                <w:b w:val="1"/>
                <w:bCs w:val="1"/>
                <w:color w:val="FFFFFF" w:themeColor="background1" w:themeTint="FF" w:themeShade="FF"/>
                <w:sz w:val="20"/>
                <w:szCs w:val="20"/>
              </w:rPr>
              <w:t>1.</w:t>
            </w:r>
            <w:r w:rsidRPr="1030D1EF" w:rsidR="0AC22950">
              <w:rPr>
                <w:rFonts w:ascii="Calibri" w:hAnsi="Calibri"/>
                <w:b w:val="1"/>
                <w:bCs w:val="1"/>
                <w:color w:val="FFFFFF" w:themeColor="background1" w:themeTint="FF" w:themeShade="FF"/>
                <w:sz w:val="20"/>
                <w:szCs w:val="20"/>
              </w:rPr>
              <w:t>8</w:t>
            </w:r>
            <w:r w:rsidRPr="1030D1EF" w:rsidR="1030D1EF">
              <w:rPr>
                <w:rFonts w:ascii="Calibri" w:hAnsi="Calibri"/>
                <w:b w:val="1"/>
                <w:bCs w:val="1"/>
                <w:color w:val="FFFFFF" w:themeColor="background1" w:themeTint="FF" w:themeShade="FF"/>
                <w:sz w:val="20"/>
                <w:szCs w:val="20"/>
              </w:rPr>
              <w:t xml:space="preserve"> LIFELONG LEARNING -UNDERGRADUATE PART-TIME PROGRAMMES-MIDLANDS 2026/2027</w:t>
            </w:r>
          </w:p>
        </w:tc>
        <w:tc>
          <w:tcPr>
            <w:tcW w:w="1143" w:type="dxa"/>
            <w:shd w:val="clear" w:color="auto" w:fill="000000" w:themeFill="text1"/>
            <w:tcMar/>
            <w:vAlign w:val="center"/>
          </w:tcPr>
          <w:p w:rsidR="1030D1EF" w:rsidP="1030D1EF" w:rsidRDefault="1030D1EF" w14:paraId="3739057C" w14:textId="734A0D99">
            <w:pPr>
              <w:spacing w:before="40" w:after="40"/>
              <w:jc w:val="center"/>
            </w:pPr>
            <w:r w:rsidRPr="1030D1EF" w:rsidR="1030D1EF">
              <w:rPr>
                <w:rFonts w:ascii="Calibri" w:hAnsi="Calibri"/>
                <w:b w:val="1"/>
                <w:bCs w:val="1"/>
                <w:color w:val="FFFFFF" w:themeColor="background1" w:themeTint="FF" w:themeShade="FF"/>
                <w:sz w:val="20"/>
                <w:szCs w:val="20"/>
              </w:rPr>
              <w:t>1.</w:t>
            </w:r>
            <w:r w:rsidRPr="1030D1EF" w:rsidR="2405163F">
              <w:rPr>
                <w:rFonts w:ascii="Calibri" w:hAnsi="Calibri"/>
                <w:b w:val="1"/>
                <w:bCs w:val="1"/>
                <w:color w:val="FFFFFF" w:themeColor="background1" w:themeTint="FF" w:themeShade="FF"/>
                <w:sz w:val="20"/>
                <w:szCs w:val="20"/>
              </w:rPr>
              <w:t>8</w:t>
            </w:r>
            <w:r w:rsidRPr="1030D1EF" w:rsidR="1030D1EF">
              <w:rPr>
                <w:rFonts w:ascii="Calibri" w:hAnsi="Calibri"/>
                <w:b w:val="1"/>
                <w:bCs w:val="1"/>
                <w:color w:val="FFFFFF" w:themeColor="background1" w:themeTint="FF" w:themeShade="FF"/>
                <w:sz w:val="20"/>
                <w:szCs w:val="20"/>
              </w:rPr>
              <w:t xml:space="preserve"> LIFELONG LEARNING</w:t>
            </w:r>
            <w:r w:rsidRPr="1030D1EF" w:rsidR="4D638C7D">
              <w:rPr>
                <w:rFonts w:ascii="Calibri" w:hAnsi="Calibri"/>
                <w:b w:val="1"/>
                <w:bCs w:val="1"/>
                <w:color w:val="FFFFFF" w:themeColor="background1" w:themeTint="FF" w:themeShade="FF"/>
                <w:sz w:val="20"/>
                <w:szCs w:val="20"/>
              </w:rPr>
              <w:t xml:space="preserve"> –INTERNATIONAL FEES</w:t>
            </w:r>
            <w:r w:rsidRPr="1030D1EF" w:rsidR="1030D1EF">
              <w:rPr>
                <w:rFonts w:ascii="Calibri" w:hAnsi="Calibri"/>
                <w:b w:val="1"/>
                <w:bCs w:val="1"/>
                <w:color w:val="FFFFFF" w:themeColor="background1" w:themeTint="FF" w:themeShade="FF"/>
                <w:sz w:val="20"/>
                <w:szCs w:val="20"/>
              </w:rPr>
              <w:t xml:space="preserve"> PART-TIME PROGRAMMES-MIDLANDS 2026/2027</w:t>
            </w:r>
          </w:p>
        </w:tc>
        <w:tc>
          <w:tcPr>
            <w:tcW w:w="1397" w:type="dxa"/>
            <w:shd w:val="clear" w:color="auto" w:fill="000000" w:themeFill="text1"/>
            <w:tcMar/>
            <w:vAlign w:val="center"/>
          </w:tcPr>
          <w:p w:rsidR="1030D1EF" w:rsidP="1030D1EF" w:rsidRDefault="1030D1EF" w14:paraId="7C7AE39B" w14:textId="0D740912">
            <w:pPr>
              <w:spacing w:before="40" w:after="40"/>
              <w:jc w:val="center"/>
            </w:pPr>
            <w:r w:rsidRPr="1030D1EF" w:rsidR="1030D1EF">
              <w:rPr>
                <w:rFonts w:ascii="Calibri" w:hAnsi="Calibri"/>
                <w:b w:val="1"/>
                <w:bCs w:val="1"/>
                <w:color w:val="FFFFFF" w:themeColor="background1" w:themeTint="FF" w:themeShade="FF"/>
                <w:sz w:val="20"/>
                <w:szCs w:val="20"/>
              </w:rPr>
              <w:t>1.</w:t>
            </w:r>
            <w:r w:rsidRPr="1030D1EF" w:rsidR="486B5672">
              <w:rPr>
                <w:rFonts w:ascii="Calibri" w:hAnsi="Calibri"/>
                <w:b w:val="1"/>
                <w:bCs w:val="1"/>
                <w:color w:val="FFFFFF" w:themeColor="background1" w:themeTint="FF" w:themeShade="FF"/>
                <w:sz w:val="20"/>
                <w:szCs w:val="20"/>
              </w:rPr>
              <w:t>8</w:t>
            </w:r>
            <w:r w:rsidRPr="1030D1EF" w:rsidR="1030D1EF">
              <w:rPr>
                <w:rFonts w:ascii="Calibri" w:hAnsi="Calibri"/>
                <w:b w:val="1"/>
                <w:bCs w:val="1"/>
                <w:color w:val="FFFFFF" w:themeColor="background1" w:themeTint="FF" w:themeShade="FF"/>
                <w:sz w:val="20"/>
                <w:szCs w:val="20"/>
              </w:rPr>
              <w:t xml:space="preserve"> LIFELONG</w:t>
            </w:r>
          </w:p>
          <w:p w:rsidR="1030D1EF" w:rsidP="1030D1EF" w:rsidRDefault="1030D1EF" w14:paraId="2AA22DF9" w14:textId="43AE6D87">
            <w:pPr>
              <w:pStyle w:val="Normal"/>
              <w:suppressLineNumbers w:val="0"/>
              <w:bidi w:val="0"/>
              <w:spacing w:before="40" w:beforeAutospacing="off" w:after="40" w:afterAutospacing="off" w:line="276" w:lineRule="auto"/>
              <w:ind w:left="0" w:right="0"/>
              <w:jc w:val="center"/>
            </w:pPr>
            <w:r w:rsidRPr="1030D1EF" w:rsidR="1030D1EF">
              <w:rPr>
                <w:rFonts w:ascii="Calibri" w:hAnsi="Calibri"/>
                <w:b w:val="1"/>
                <w:bCs w:val="1"/>
                <w:color w:val="FFFFFF" w:themeColor="background1" w:themeTint="FF" w:themeShade="FF"/>
                <w:sz w:val="20"/>
                <w:szCs w:val="20"/>
              </w:rPr>
              <w:t xml:space="preserve"> </w:t>
            </w:r>
            <w:r w:rsidRPr="1030D1EF" w:rsidR="18761FF7">
              <w:rPr>
                <w:rFonts w:ascii="Calibri" w:hAnsi="Calibri"/>
                <w:b w:val="1"/>
                <w:bCs w:val="1"/>
                <w:color w:val="FFFFFF" w:themeColor="background1" w:themeTint="FF" w:themeShade="FF"/>
                <w:sz w:val="20"/>
                <w:szCs w:val="20"/>
              </w:rPr>
              <w:t>LEARNING-INTERNATIONAL FEES</w:t>
            </w:r>
            <w:r w:rsidRPr="1030D1EF" w:rsidR="1030D1EF">
              <w:rPr>
                <w:rFonts w:ascii="Calibri" w:hAnsi="Calibri"/>
                <w:b w:val="1"/>
                <w:bCs w:val="1"/>
                <w:color w:val="FFFFFF" w:themeColor="background1" w:themeTint="FF" w:themeShade="FF"/>
                <w:sz w:val="20"/>
                <w:szCs w:val="20"/>
              </w:rPr>
              <w:t xml:space="preserve"> PART-TIME PROGRAMMES-MIDLANDS 2026/2027</w:t>
            </w:r>
          </w:p>
        </w:tc>
        <w:tc>
          <w:tcPr>
            <w:tcW w:w="1397" w:type="dxa"/>
            <w:shd w:val="clear" w:color="auto" w:fill="000000" w:themeFill="text1"/>
            <w:tcMar/>
            <w:vAlign w:val="center"/>
          </w:tcPr>
          <w:p w:rsidR="1030D1EF" w:rsidP="1030D1EF" w:rsidRDefault="1030D1EF" w14:paraId="2F16D8D0" w14:textId="2085F5C2">
            <w:pPr>
              <w:spacing w:before="40" w:beforeAutospacing="off" w:after="40" w:afterAutospacing="off" w:line="276" w:lineRule="auto"/>
              <w:ind w:left="0" w:right="0"/>
              <w:jc w:val="center"/>
            </w:pPr>
            <w:r w:rsidRPr="1030D1EF" w:rsidR="1030D1EF">
              <w:rPr>
                <w:rFonts w:ascii="Calibri" w:hAnsi="Calibri"/>
                <w:b w:val="1"/>
                <w:bCs w:val="1"/>
                <w:color w:val="FFFFFF" w:themeColor="background1" w:themeTint="FF" w:themeShade="FF"/>
                <w:sz w:val="20"/>
                <w:szCs w:val="20"/>
              </w:rPr>
              <w:t>1.8 LIFELONG LEARNING-INTERNATIONAL FEES PART-TIME PROGRAMMES-MIDLANDS 2026/2027</w:t>
            </w:r>
          </w:p>
        </w:tc>
        <w:tc>
          <w:tcPr>
            <w:tcW w:w="1524" w:type="dxa"/>
            <w:shd w:val="clear" w:color="auto" w:fill="000000" w:themeFill="text1"/>
            <w:tcMar/>
            <w:vAlign w:val="center"/>
          </w:tcPr>
          <w:p w:rsidR="1030D1EF" w:rsidP="1030D1EF" w:rsidRDefault="1030D1EF" w14:paraId="1FED0312" w14:textId="543185C4">
            <w:pPr>
              <w:spacing w:before="40" w:after="40"/>
              <w:jc w:val="center"/>
            </w:pPr>
            <w:r w:rsidRPr="1030D1EF" w:rsidR="1030D1EF">
              <w:rPr>
                <w:rFonts w:ascii="Calibri" w:hAnsi="Calibri"/>
                <w:b w:val="1"/>
                <w:bCs w:val="1"/>
                <w:color w:val="FFFFFF" w:themeColor="background1" w:themeTint="FF" w:themeShade="FF"/>
                <w:sz w:val="20"/>
                <w:szCs w:val="20"/>
              </w:rPr>
              <w:t>1.</w:t>
            </w:r>
            <w:r w:rsidRPr="1030D1EF" w:rsidR="7A27B5CD">
              <w:rPr>
                <w:rFonts w:ascii="Calibri" w:hAnsi="Calibri"/>
                <w:b w:val="1"/>
                <w:bCs w:val="1"/>
                <w:color w:val="FFFFFF" w:themeColor="background1" w:themeTint="FF" w:themeShade="FF"/>
                <w:sz w:val="20"/>
                <w:szCs w:val="20"/>
              </w:rPr>
              <w:t>8</w:t>
            </w:r>
            <w:r w:rsidRPr="1030D1EF" w:rsidR="1030D1EF">
              <w:rPr>
                <w:rFonts w:ascii="Calibri" w:hAnsi="Calibri"/>
                <w:b w:val="1"/>
                <w:bCs w:val="1"/>
                <w:color w:val="FFFFFF" w:themeColor="background1" w:themeTint="FF" w:themeShade="FF"/>
                <w:sz w:val="20"/>
                <w:szCs w:val="20"/>
              </w:rPr>
              <w:t xml:space="preserve"> LIFELONG LEARNING</w:t>
            </w:r>
            <w:r w:rsidRPr="1030D1EF" w:rsidR="4175CC00">
              <w:rPr>
                <w:rFonts w:ascii="Calibri" w:hAnsi="Calibri"/>
                <w:b w:val="1"/>
                <w:bCs w:val="1"/>
                <w:color w:val="FFFFFF" w:themeColor="background1" w:themeTint="FF" w:themeShade="FF"/>
                <w:sz w:val="20"/>
                <w:szCs w:val="20"/>
              </w:rPr>
              <w:t xml:space="preserve"> –INTERNATIONAL FEES</w:t>
            </w:r>
            <w:r w:rsidRPr="1030D1EF" w:rsidR="1030D1EF">
              <w:rPr>
                <w:rFonts w:ascii="Calibri" w:hAnsi="Calibri"/>
                <w:b w:val="1"/>
                <w:bCs w:val="1"/>
                <w:color w:val="FFFFFF" w:themeColor="background1" w:themeTint="FF" w:themeShade="FF"/>
                <w:sz w:val="20"/>
                <w:szCs w:val="20"/>
              </w:rPr>
              <w:t xml:space="preserve"> PART-TIME PROGRAMMES-MIDLANDS 2026/2027</w:t>
            </w:r>
          </w:p>
        </w:tc>
      </w:tr>
      <w:tr w:rsidR="1030D1EF" w:rsidTr="34AAF34B" w14:paraId="159D74A1">
        <w:trPr>
          <w:trHeight w:val="300"/>
        </w:trPr>
        <w:tc>
          <w:tcPr>
            <w:tcW w:w="4063" w:type="dxa"/>
            <w:tcMar/>
            <w:vAlign w:val="center"/>
          </w:tcPr>
          <w:p w:rsidR="1030D1EF" w:rsidP="1030D1EF" w:rsidRDefault="1030D1EF" w14:paraId="1CA865BD">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c>
          <w:tcPr>
            <w:tcW w:w="1143" w:type="dxa"/>
            <w:tcMar/>
            <w:vAlign w:val="center"/>
          </w:tcPr>
          <w:p w:rsidR="1030D1EF" w:rsidP="1030D1EF" w:rsidRDefault="1030D1EF" w14:paraId="399935CC">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c>
          <w:tcPr>
            <w:tcW w:w="1143" w:type="dxa"/>
            <w:tcMar/>
            <w:vAlign w:val="center"/>
          </w:tcPr>
          <w:p w:rsidR="1030D1EF" w:rsidP="1030D1EF" w:rsidRDefault="1030D1EF" w14:paraId="58185080">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c>
          <w:tcPr>
            <w:tcW w:w="1143" w:type="dxa"/>
            <w:tcMar/>
            <w:vAlign w:val="center"/>
          </w:tcPr>
          <w:p w:rsidR="1030D1EF" w:rsidP="1030D1EF" w:rsidRDefault="1030D1EF" w14:paraId="7787167C">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c>
          <w:tcPr>
            <w:tcW w:w="1397" w:type="dxa"/>
            <w:tcMar/>
            <w:vAlign w:val="center"/>
          </w:tcPr>
          <w:p w:rsidR="1030D1EF" w:rsidP="1030D1EF" w:rsidRDefault="1030D1EF" w14:paraId="7EAEAD27">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c>
          <w:tcPr>
            <w:tcW w:w="1397" w:type="dxa"/>
            <w:tcMar/>
            <w:vAlign w:val="center"/>
          </w:tcPr>
          <w:p w:rsidR="1030D1EF" w:rsidP="1030D1EF" w:rsidRDefault="1030D1EF" w14:paraId="34DEDAB4">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c>
          <w:tcPr>
            <w:tcW w:w="1524" w:type="dxa"/>
            <w:tcMar/>
            <w:vAlign w:val="center"/>
          </w:tcPr>
          <w:p w:rsidR="1030D1EF" w:rsidP="1030D1EF" w:rsidRDefault="1030D1EF" w14:paraId="5F50C818">
            <w:pPr>
              <w:spacing w:before="40" w:after="40"/>
            </w:pPr>
            <w:r w:rsidRPr="1030D1EF" w:rsidR="1030D1EF">
              <w:rPr>
                <w:rFonts w:ascii="Calibri" w:hAnsi="Calibri"/>
                <w:color w:val="000000" w:themeColor="text1" w:themeTint="FF" w:themeShade="FF"/>
                <w:sz w:val="20"/>
                <w:szCs w:val="20"/>
              </w:rPr>
              <w:t>Faculty of Continuing, Professional, Online and Distance Learning- Part Time</w:t>
            </w:r>
          </w:p>
        </w:tc>
      </w:tr>
      <w:tr w:rsidR="1030D1EF" w:rsidTr="34AAF34B" w14:paraId="151AA2B5">
        <w:trPr>
          <w:trHeight w:val="300"/>
        </w:trPr>
        <w:tc>
          <w:tcPr>
            <w:tcW w:w="4063" w:type="dxa"/>
            <w:tcMar/>
            <w:vAlign w:val="center"/>
          </w:tcPr>
          <w:p w:rsidR="1030D1EF" w:rsidP="1030D1EF" w:rsidRDefault="1030D1EF" w14:paraId="2BD065F6">
            <w:pPr>
              <w:spacing w:before="40" w:after="40"/>
            </w:pPr>
          </w:p>
        </w:tc>
        <w:tc>
          <w:tcPr>
            <w:tcW w:w="1143" w:type="dxa"/>
            <w:tcMar/>
            <w:vAlign w:val="center"/>
          </w:tcPr>
          <w:p w:rsidR="1030D1EF" w:rsidP="1030D1EF" w:rsidRDefault="1030D1EF" w14:paraId="3E0285A9">
            <w:pPr>
              <w:spacing w:before="40" w:after="40"/>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NFQ Level</w:t>
            </w:r>
          </w:p>
        </w:tc>
        <w:tc>
          <w:tcPr>
            <w:tcW w:w="1143" w:type="dxa"/>
            <w:tcMar/>
            <w:vAlign w:val="center"/>
          </w:tcPr>
          <w:p w:rsidR="1030D1EF" w:rsidP="1030D1EF" w:rsidRDefault="1030D1EF" w14:paraId="7184226F">
            <w:pPr>
              <w:spacing w:before="40" w:after="40"/>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Mode</w:t>
            </w:r>
          </w:p>
        </w:tc>
        <w:tc>
          <w:tcPr>
            <w:tcW w:w="1143" w:type="dxa"/>
            <w:tcMar/>
            <w:vAlign w:val="center"/>
          </w:tcPr>
          <w:p w:rsidR="1030D1EF" w:rsidP="1030D1EF" w:rsidRDefault="1030D1EF" w14:paraId="3999906F">
            <w:pPr>
              <w:spacing w:before="40" w:after="40"/>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ECTS</w:t>
            </w:r>
          </w:p>
        </w:tc>
        <w:tc>
          <w:tcPr>
            <w:tcW w:w="1397" w:type="dxa"/>
            <w:tcMar/>
            <w:vAlign w:val="center"/>
          </w:tcPr>
          <w:p w:rsidR="1030D1EF" w:rsidP="1030D1EF" w:rsidRDefault="1030D1EF" w14:paraId="2FE5D195" w14:textId="2143A868">
            <w:pPr>
              <w:spacing w:before="40" w:after="40"/>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Fee €</w:t>
            </w:r>
            <w:r w:rsidRPr="1030D1EF" w:rsidR="10626DA7">
              <w:rPr>
                <w:rFonts w:ascii="Calibri" w:hAnsi="Calibri"/>
                <w:b w:val="1"/>
                <w:bCs w:val="1"/>
                <w:color w:val="000000" w:themeColor="text1" w:themeTint="FF" w:themeShade="FF"/>
                <w:sz w:val="20"/>
                <w:szCs w:val="20"/>
              </w:rPr>
              <w:t>EU</w:t>
            </w:r>
          </w:p>
        </w:tc>
        <w:tc>
          <w:tcPr>
            <w:tcW w:w="1397" w:type="dxa"/>
            <w:tcMar/>
            <w:vAlign w:val="center"/>
          </w:tcPr>
          <w:p w:rsidR="1030D1EF" w:rsidP="1030D1EF" w:rsidRDefault="1030D1EF" w14:paraId="3AE03FA3" w14:textId="4D812675">
            <w:pPr>
              <w:spacing w:before="40" w:after="40"/>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 xml:space="preserve">Fee </w:t>
            </w:r>
          </w:p>
          <w:p w:rsidR="1C622581" w:rsidP="1030D1EF" w:rsidRDefault="1C622581" w14:paraId="34284F54" w14:textId="225BD336">
            <w:pPr>
              <w:spacing w:before="40" w:after="40"/>
              <w:rPr>
                <w:rFonts w:ascii="Calibri" w:hAnsi="Calibri"/>
                <w:b w:val="1"/>
                <w:bCs w:val="1"/>
                <w:color w:val="000000" w:themeColor="text1" w:themeTint="FF" w:themeShade="FF"/>
                <w:sz w:val="20"/>
                <w:szCs w:val="20"/>
              </w:rPr>
            </w:pPr>
            <w:r w:rsidRPr="1030D1EF" w:rsidR="1C622581">
              <w:rPr>
                <w:rFonts w:ascii="Calibri" w:hAnsi="Calibri"/>
                <w:b w:val="1"/>
                <w:bCs w:val="1"/>
                <w:color w:val="000000" w:themeColor="text1" w:themeTint="FF" w:themeShade="FF"/>
                <w:sz w:val="12"/>
                <w:szCs w:val="12"/>
              </w:rPr>
              <w:t>NTERNATIONAL</w:t>
            </w:r>
          </w:p>
        </w:tc>
        <w:tc>
          <w:tcPr>
            <w:tcW w:w="1524" w:type="dxa"/>
            <w:tcMar/>
            <w:vAlign w:val="center"/>
          </w:tcPr>
          <w:p w:rsidR="1030D1EF" w:rsidP="1030D1EF" w:rsidRDefault="1030D1EF" w14:paraId="035E8817" w14:textId="7FE30931">
            <w:pPr>
              <w:spacing w:before="40" w:after="40"/>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Duration</w:t>
            </w:r>
          </w:p>
        </w:tc>
      </w:tr>
      <w:tr w:rsidR="1030D1EF" w:rsidTr="34AAF34B" w14:paraId="5C2D0BE8">
        <w:trPr>
          <w:trHeight w:val="300"/>
        </w:trPr>
        <w:tc>
          <w:tcPr>
            <w:tcW w:w="4063" w:type="dxa"/>
            <w:tcMar/>
            <w:vAlign w:val="center"/>
          </w:tcPr>
          <w:p w:rsidR="1A2049D9" w:rsidP="1030D1EF" w:rsidRDefault="1A2049D9" w14:paraId="0189B4B2" w14:textId="0F54D542">
            <w:pPr>
              <w:pStyle w:val="Normal"/>
              <w:jc w:val="center"/>
              <w:rPr>
                <w:rFonts w:ascii="Calibri" w:hAnsi="Calibri"/>
                <w:color w:val="000000" w:themeColor="text1" w:themeTint="FF" w:themeShade="FF"/>
                <w:sz w:val="20"/>
                <w:szCs w:val="20"/>
              </w:rPr>
            </w:pPr>
            <w:r w:rsidRPr="1030D1EF" w:rsidR="1A2049D9">
              <w:rPr>
                <w:rFonts w:ascii="Calibri" w:hAnsi="Calibri"/>
                <w:b w:val="1"/>
                <w:bCs w:val="1"/>
                <w:color w:val="000000" w:themeColor="text1" w:themeTint="FF" w:themeShade="FF"/>
                <w:sz w:val="20"/>
                <w:szCs w:val="20"/>
              </w:rPr>
              <w:t>Undergrade Studies</w:t>
            </w:r>
            <w:r w:rsidRPr="1030D1EF" w:rsidR="1A2049D9">
              <w:rPr>
                <w:rFonts w:ascii="Calibri" w:hAnsi="Calibri"/>
                <w:color w:val="000000" w:themeColor="text1" w:themeTint="FF" w:themeShade="FF"/>
                <w:sz w:val="20"/>
                <w:szCs w:val="20"/>
              </w:rPr>
              <w:t xml:space="preserve"> </w:t>
            </w:r>
          </w:p>
        </w:tc>
        <w:tc>
          <w:tcPr>
            <w:tcW w:w="1143" w:type="dxa"/>
            <w:tcMar/>
            <w:vAlign w:val="center"/>
          </w:tcPr>
          <w:p w:rsidR="1030D1EF" w:rsidP="1030D1EF" w:rsidRDefault="1030D1EF" w14:paraId="5BCEBD85" w14:textId="79F78478">
            <w:pPr>
              <w:pStyle w:val="Normal"/>
              <w:rPr>
                <w:rFonts w:ascii="Calibri" w:hAnsi="Calibri"/>
                <w:color w:val="000000" w:themeColor="text1" w:themeTint="FF" w:themeShade="FF"/>
                <w:sz w:val="20"/>
                <w:szCs w:val="20"/>
              </w:rPr>
            </w:pPr>
          </w:p>
        </w:tc>
        <w:tc>
          <w:tcPr>
            <w:tcW w:w="1143" w:type="dxa"/>
            <w:tcMar/>
            <w:vAlign w:val="center"/>
          </w:tcPr>
          <w:p w:rsidR="1030D1EF" w:rsidP="1030D1EF" w:rsidRDefault="1030D1EF" w14:paraId="20B9E9F7" w14:textId="27F11AA2">
            <w:pPr>
              <w:pStyle w:val="Normal"/>
              <w:rPr>
                <w:rFonts w:ascii="Calibri" w:hAnsi="Calibri"/>
                <w:color w:val="000000" w:themeColor="text1" w:themeTint="FF" w:themeShade="FF"/>
                <w:sz w:val="20"/>
                <w:szCs w:val="20"/>
              </w:rPr>
            </w:pPr>
          </w:p>
        </w:tc>
        <w:tc>
          <w:tcPr>
            <w:tcW w:w="1143" w:type="dxa"/>
            <w:tcMar/>
            <w:vAlign w:val="center"/>
          </w:tcPr>
          <w:p w:rsidR="1030D1EF" w:rsidP="1030D1EF" w:rsidRDefault="1030D1EF" w14:paraId="09EE6A81" w14:textId="145002FF">
            <w:pPr>
              <w:pStyle w:val="Normal"/>
              <w:rPr>
                <w:rFonts w:ascii="Calibri" w:hAnsi="Calibri"/>
                <w:color w:val="000000" w:themeColor="text1" w:themeTint="FF" w:themeShade="FF"/>
                <w:sz w:val="20"/>
                <w:szCs w:val="20"/>
              </w:rPr>
            </w:pPr>
          </w:p>
        </w:tc>
        <w:tc>
          <w:tcPr>
            <w:tcW w:w="1397" w:type="dxa"/>
            <w:tcMar/>
            <w:vAlign w:val="center"/>
          </w:tcPr>
          <w:p w:rsidR="1030D1EF" w:rsidP="1030D1EF" w:rsidRDefault="1030D1EF" w14:paraId="04507C88" w14:textId="12455B98">
            <w:pPr>
              <w:pStyle w:val="Normal"/>
              <w:rPr>
                <w:rFonts w:ascii="Calibri" w:hAnsi="Calibri"/>
                <w:color w:val="000000" w:themeColor="text1" w:themeTint="FF" w:themeShade="FF"/>
                <w:sz w:val="20"/>
                <w:szCs w:val="20"/>
              </w:rPr>
            </w:pPr>
          </w:p>
        </w:tc>
        <w:tc>
          <w:tcPr>
            <w:tcW w:w="1397" w:type="dxa"/>
            <w:tcMar/>
            <w:vAlign w:val="center"/>
          </w:tcPr>
          <w:p w:rsidR="1030D1EF" w:rsidP="1030D1EF" w:rsidRDefault="1030D1EF" w14:paraId="0C134344" w14:textId="1125B384">
            <w:pPr>
              <w:pStyle w:val="Normal"/>
              <w:rPr>
                <w:rFonts w:ascii="Calibri" w:hAnsi="Calibri"/>
                <w:color w:val="000000" w:themeColor="text1" w:themeTint="FF" w:themeShade="FF"/>
                <w:sz w:val="20"/>
                <w:szCs w:val="20"/>
              </w:rPr>
            </w:pPr>
          </w:p>
        </w:tc>
        <w:tc>
          <w:tcPr>
            <w:tcW w:w="1524" w:type="dxa"/>
            <w:tcMar/>
            <w:vAlign w:val="center"/>
          </w:tcPr>
          <w:p w:rsidR="1030D1EF" w:rsidP="1030D1EF" w:rsidRDefault="1030D1EF" w14:paraId="0F376A9D" w14:textId="433B13F4">
            <w:pPr>
              <w:pStyle w:val="Normal"/>
              <w:rPr>
                <w:rFonts w:ascii="Calibri" w:hAnsi="Calibri"/>
                <w:color w:val="000000" w:themeColor="text1" w:themeTint="FF" w:themeShade="FF"/>
                <w:sz w:val="20"/>
                <w:szCs w:val="20"/>
              </w:rPr>
            </w:pPr>
          </w:p>
        </w:tc>
      </w:tr>
      <w:tr w:rsidR="1030D1EF" w:rsidTr="34AAF34B" w14:paraId="031BC7F5">
        <w:trPr>
          <w:trHeight w:val="300"/>
        </w:trPr>
        <w:tc>
          <w:tcPr>
            <w:tcW w:w="4063" w:type="dxa"/>
            <w:tcMar/>
            <w:vAlign w:val="center"/>
          </w:tcPr>
          <w:p w:rsidR="1030D1EF" w:rsidP="1030D1EF" w:rsidRDefault="1030D1EF" w14:paraId="6ADA0954">
            <w:pPr>
              <w:spacing w:before="40" w:after="40"/>
            </w:pPr>
            <w:r w:rsidRPr="1030D1EF" w:rsidR="1030D1EF">
              <w:rPr>
                <w:rFonts w:ascii="Calibri" w:hAnsi="Calibri"/>
                <w:color w:val="000000" w:themeColor="text1" w:themeTint="FF" w:themeShade="FF"/>
                <w:sz w:val="20"/>
                <w:szCs w:val="20"/>
              </w:rPr>
              <w:t>Certificate in Supervisory Management and Team Leadership</w:t>
            </w:r>
          </w:p>
        </w:tc>
        <w:tc>
          <w:tcPr>
            <w:tcW w:w="1143" w:type="dxa"/>
            <w:tcMar/>
            <w:vAlign w:val="center"/>
          </w:tcPr>
          <w:p w:rsidR="1030D1EF" w:rsidP="1030D1EF" w:rsidRDefault="1030D1EF" w14:paraId="7DEAA94C">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1E673B57">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57703850">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3A588C3">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29497E55" w:rsidP="1030D1EF" w:rsidRDefault="29497E55" w14:paraId="381185CE" w14:textId="4EE6A994">
            <w:pPr>
              <w:pStyle w:val="Normal"/>
              <w:jc w:val="center"/>
              <w:rPr>
                <w:rFonts w:ascii="Calibri" w:hAnsi="Calibri"/>
                <w:color w:val="000000" w:themeColor="text1" w:themeTint="FF" w:themeShade="FF"/>
                <w:sz w:val="20"/>
                <w:szCs w:val="20"/>
              </w:rPr>
            </w:pPr>
            <w:r w:rsidRPr="1030D1EF" w:rsidR="29497E55">
              <w:rPr>
                <w:rFonts w:ascii="Calibri" w:hAnsi="Calibri"/>
                <w:color w:val="000000" w:themeColor="text1" w:themeTint="FF" w:themeShade="FF"/>
                <w:sz w:val="20"/>
                <w:szCs w:val="20"/>
              </w:rPr>
              <w:t>5300</w:t>
            </w:r>
          </w:p>
        </w:tc>
        <w:tc>
          <w:tcPr>
            <w:tcW w:w="1524" w:type="dxa"/>
            <w:tcMar/>
            <w:vAlign w:val="center"/>
          </w:tcPr>
          <w:p w:rsidR="1030D1EF" w:rsidP="1030D1EF" w:rsidRDefault="1030D1EF" w14:paraId="55EA7914">
            <w:pPr>
              <w:spacing w:before="40" w:after="40"/>
            </w:pPr>
            <w:r w:rsidRPr="1030D1EF" w:rsidR="1030D1EF">
              <w:rPr>
                <w:rFonts w:ascii="Calibri" w:hAnsi="Calibri"/>
                <w:color w:val="000000" w:themeColor="text1" w:themeTint="FF" w:themeShade="FF"/>
                <w:sz w:val="20"/>
                <w:szCs w:val="20"/>
              </w:rPr>
              <w:t>One year</w:t>
            </w:r>
          </w:p>
        </w:tc>
      </w:tr>
      <w:tr w:rsidR="1030D1EF" w:rsidTr="34AAF34B" w14:paraId="526903CE">
        <w:trPr>
          <w:trHeight w:val="300"/>
        </w:trPr>
        <w:tc>
          <w:tcPr>
            <w:tcW w:w="4063" w:type="dxa"/>
            <w:tcMar/>
            <w:vAlign w:val="center"/>
          </w:tcPr>
          <w:p w:rsidR="1030D1EF" w:rsidP="1030D1EF" w:rsidRDefault="1030D1EF" w14:paraId="1AE722EF">
            <w:pPr>
              <w:spacing w:before="40" w:after="40"/>
            </w:pPr>
            <w:r w:rsidRPr="1030D1EF" w:rsidR="1030D1EF">
              <w:rPr>
                <w:rFonts w:ascii="Calibri" w:hAnsi="Calibri"/>
                <w:color w:val="000000" w:themeColor="text1" w:themeTint="FF" w:themeShade="FF"/>
                <w:sz w:val="20"/>
                <w:szCs w:val="20"/>
              </w:rPr>
              <w:t>Certificate in Financial Accounting and Payroll</w:t>
            </w:r>
          </w:p>
        </w:tc>
        <w:tc>
          <w:tcPr>
            <w:tcW w:w="1143" w:type="dxa"/>
            <w:tcMar/>
            <w:vAlign w:val="center"/>
          </w:tcPr>
          <w:p w:rsidR="1030D1EF" w:rsidP="1030D1EF" w:rsidRDefault="1030D1EF" w14:paraId="183FCEA6">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18D22BF3" w14:textId="449D0E18">
            <w:pPr>
              <w:spacing w:before="40" w:after="40"/>
              <w:rPr>
                <w:rFonts w:ascii="Calibri" w:hAnsi="Calibri"/>
                <w:color w:val="000000" w:themeColor="text1" w:themeTint="FF" w:themeShade="FF"/>
                <w:sz w:val="20"/>
                <w:szCs w:val="20"/>
              </w:rPr>
            </w:pPr>
            <w:r w:rsidRPr="1030D1EF" w:rsidR="1030D1EF">
              <w:rPr>
                <w:rFonts w:ascii="Calibri" w:hAnsi="Calibri"/>
                <w:color w:val="000000" w:themeColor="text1" w:themeTint="FF" w:themeShade="FF"/>
                <w:sz w:val="20"/>
                <w:szCs w:val="20"/>
              </w:rPr>
              <w:t xml:space="preserve">P/T </w:t>
            </w:r>
          </w:p>
        </w:tc>
        <w:tc>
          <w:tcPr>
            <w:tcW w:w="1143" w:type="dxa"/>
            <w:tcMar/>
            <w:vAlign w:val="center"/>
          </w:tcPr>
          <w:p w:rsidR="1030D1EF" w:rsidP="1030D1EF" w:rsidRDefault="1030D1EF" w14:paraId="1BEFD910">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36409959">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51AD93DF" w:rsidP="1030D1EF" w:rsidRDefault="51AD93DF" w14:paraId="0A2FF71A" w14:textId="11BBD4D2">
            <w:pPr>
              <w:pStyle w:val="Normal"/>
              <w:jc w:val="center"/>
              <w:rPr>
                <w:rFonts w:ascii="Calibri" w:hAnsi="Calibri"/>
                <w:color w:val="000000" w:themeColor="text1" w:themeTint="FF" w:themeShade="FF"/>
                <w:sz w:val="20"/>
                <w:szCs w:val="20"/>
              </w:rPr>
            </w:pPr>
            <w:r w:rsidRPr="1030D1EF" w:rsidR="51AD93DF">
              <w:rPr>
                <w:rFonts w:ascii="Calibri" w:hAnsi="Calibri"/>
                <w:color w:val="000000" w:themeColor="text1" w:themeTint="FF" w:themeShade="FF"/>
                <w:sz w:val="20"/>
                <w:szCs w:val="20"/>
              </w:rPr>
              <w:t>5300</w:t>
            </w:r>
          </w:p>
        </w:tc>
        <w:tc>
          <w:tcPr>
            <w:tcW w:w="1524" w:type="dxa"/>
            <w:tcMar/>
            <w:vAlign w:val="center"/>
          </w:tcPr>
          <w:p w:rsidR="1030D1EF" w:rsidP="1030D1EF" w:rsidRDefault="1030D1EF" w14:paraId="5CB89149">
            <w:pPr>
              <w:spacing w:before="40" w:after="40"/>
            </w:pPr>
            <w:r w:rsidRPr="1030D1EF" w:rsidR="1030D1EF">
              <w:rPr>
                <w:rFonts w:ascii="Calibri" w:hAnsi="Calibri"/>
                <w:color w:val="000000" w:themeColor="text1" w:themeTint="FF" w:themeShade="FF"/>
                <w:sz w:val="20"/>
                <w:szCs w:val="20"/>
              </w:rPr>
              <w:t>One year</w:t>
            </w:r>
          </w:p>
        </w:tc>
      </w:tr>
      <w:tr w:rsidR="1030D1EF" w:rsidTr="34AAF34B" w14:paraId="60A3EA3E">
        <w:trPr>
          <w:trHeight w:val="300"/>
        </w:trPr>
        <w:tc>
          <w:tcPr>
            <w:tcW w:w="4063" w:type="dxa"/>
            <w:tcMar/>
            <w:vAlign w:val="center"/>
          </w:tcPr>
          <w:p w:rsidR="1030D1EF" w:rsidP="1030D1EF" w:rsidRDefault="1030D1EF" w14:paraId="7DDE2BF3">
            <w:pPr>
              <w:spacing w:before="40" w:after="40"/>
            </w:pPr>
            <w:r w:rsidRPr="1030D1EF" w:rsidR="1030D1EF">
              <w:rPr>
                <w:rFonts w:ascii="Calibri" w:hAnsi="Calibri"/>
                <w:color w:val="000000" w:themeColor="text1" w:themeTint="FF" w:themeShade="FF"/>
                <w:sz w:val="20"/>
                <w:szCs w:val="20"/>
              </w:rPr>
              <w:t>Certificate in Logistics and Supply Chain Management</w:t>
            </w:r>
          </w:p>
        </w:tc>
        <w:tc>
          <w:tcPr>
            <w:tcW w:w="1143" w:type="dxa"/>
            <w:tcMar/>
            <w:vAlign w:val="center"/>
          </w:tcPr>
          <w:p w:rsidR="1030D1EF" w:rsidP="1030D1EF" w:rsidRDefault="1030D1EF" w14:paraId="4CB200A1">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56192273">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522E3A21">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640B5E7F">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785758DC" w:rsidP="1030D1EF" w:rsidRDefault="785758DC" w14:paraId="454AD25C" w14:textId="2432E429">
            <w:pPr>
              <w:pStyle w:val="Normal"/>
              <w:jc w:val="center"/>
              <w:rPr>
                <w:rFonts w:ascii="Calibri" w:hAnsi="Calibri"/>
                <w:color w:val="000000" w:themeColor="text1" w:themeTint="FF" w:themeShade="FF"/>
                <w:sz w:val="20"/>
                <w:szCs w:val="20"/>
              </w:rPr>
            </w:pPr>
            <w:r w:rsidRPr="1030D1EF" w:rsidR="785758DC">
              <w:rPr>
                <w:rFonts w:ascii="Calibri" w:hAnsi="Calibri"/>
                <w:color w:val="000000" w:themeColor="text1" w:themeTint="FF" w:themeShade="FF"/>
                <w:sz w:val="20"/>
                <w:szCs w:val="20"/>
              </w:rPr>
              <w:t>5300</w:t>
            </w:r>
          </w:p>
        </w:tc>
        <w:tc>
          <w:tcPr>
            <w:tcW w:w="1524" w:type="dxa"/>
            <w:tcMar/>
            <w:vAlign w:val="center"/>
          </w:tcPr>
          <w:p w:rsidR="1030D1EF" w:rsidP="1030D1EF" w:rsidRDefault="1030D1EF" w14:paraId="4B0CB135">
            <w:pPr>
              <w:spacing w:before="40" w:after="40"/>
            </w:pPr>
            <w:r w:rsidRPr="1030D1EF" w:rsidR="1030D1EF">
              <w:rPr>
                <w:rFonts w:ascii="Calibri" w:hAnsi="Calibri"/>
                <w:color w:val="000000" w:themeColor="text1" w:themeTint="FF" w:themeShade="FF"/>
                <w:sz w:val="20"/>
                <w:szCs w:val="20"/>
              </w:rPr>
              <w:t>One year</w:t>
            </w:r>
          </w:p>
        </w:tc>
      </w:tr>
      <w:tr w:rsidR="1030D1EF" w:rsidTr="34AAF34B" w14:paraId="0F2359D9">
        <w:trPr>
          <w:trHeight w:val="300"/>
        </w:trPr>
        <w:tc>
          <w:tcPr>
            <w:tcW w:w="4063" w:type="dxa"/>
            <w:tcMar/>
            <w:vAlign w:val="center"/>
          </w:tcPr>
          <w:p w:rsidR="1030D1EF" w:rsidP="1030D1EF" w:rsidRDefault="1030D1EF" w14:paraId="09F1C4EE">
            <w:pPr>
              <w:spacing w:before="40" w:after="40"/>
            </w:pPr>
            <w:r w:rsidRPr="1030D1EF" w:rsidR="1030D1EF">
              <w:rPr>
                <w:rFonts w:ascii="Calibri" w:hAnsi="Calibri"/>
                <w:color w:val="000000" w:themeColor="text1" w:themeTint="FF" w:themeShade="FF"/>
                <w:sz w:val="20"/>
                <w:szCs w:val="20"/>
              </w:rPr>
              <w:t>Certificate in Real Estate Administration</w:t>
            </w:r>
          </w:p>
        </w:tc>
        <w:tc>
          <w:tcPr>
            <w:tcW w:w="1143" w:type="dxa"/>
            <w:tcMar/>
            <w:vAlign w:val="center"/>
          </w:tcPr>
          <w:p w:rsidR="1030D1EF" w:rsidP="1030D1EF" w:rsidRDefault="1030D1EF" w14:paraId="224837B1">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7F750D2F">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05E6CCE">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422D48D6">
            <w:pPr>
              <w:spacing w:before="40" w:after="40"/>
            </w:pPr>
            <w:r w:rsidRPr="1030D1EF" w:rsidR="1030D1EF">
              <w:rPr>
                <w:rFonts w:ascii="Calibri" w:hAnsi="Calibri"/>
                <w:color w:val="000000" w:themeColor="text1" w:themeTint="FF" w:themeShade="FF"/>
                <w:sz w:val="20"/>
                <w:szCs w:val="20"/>
              </w:rPr>
              <w:t>1500</w:t>
            </w:r>
          </w:p>
        </w:tc>
        <w:tc>
          <w:tcPr>
            <w:tcW w:w="1397" w:type="dxa"/>
            <w:tcMar/>
            <w:vAlign w:val="center"/>
          </w:tcPr>
          <w:p w:rsidR="04803419" w:rsidP="1030D1EF" w:rsidRDefault="04803419" w14:paraId="7470DF93" w14:textId="3AFC494C">
            <w:pPr>
              <w:pStyle w:val="Normal"/>
              <w:jc w:val="center"/>
              <w:rPr>
                <w:rFonts w:ascii="Calibri" w:hAnsi="Calibri"/>
                <w:color w:val="000000" w:themeColor="text1" w:themeTint="FF" w:themeShade="FF"/>
                <w:sz w:val="20"/>
                <w:szCs w:val="20"/>
              </w:rPr>
            </w:pPr>
            <w:r w:rsidRPr="1030D1EF" w:rsidR="04803419">
              <w:rPr>
                <w:rFonts w:ascii="Calibri" w:hAnsi="Calibri"/>
                <w:color w:val="000000" w:themeColor="text1" w:themeTint="FF" w:themeShade="FF"/>
                <w:sz w:val="20"/>
                <w:szCs w:val="20"/>
              </w:rPr>
              <w:t>4800</w:t>
            </w:r>
          </w:p>
        </w:tc>
        <w:tc>
          <w:tcPr>
            <w:tcW w:w="1524" w:type="dxa"/>
            <w:tcMar/>
            <w:vAlign w:val="center"/>
          </w:tcPr>
          <w:p w:rsidR="1030D1EF" w:rsidP="1030D1EF" w:rsidRDefault="1030D1EF" w14:paraId="2AB0C3BC">
            <w:pPr>
              <w:spacing w:before="40" w:after="40"/>
            </w:pPr>
            <w:r w:rsidRPr="1030D1EF" w:rsidR="1030D1EF">
              <w:rPr>
                <w:rFonts w:ascii="Calibri" w:hAnsi="Calibri"/>
                <w:color w:val="000000" w:themeColor="text1" w:themeTint="FF" w:themeShade="FF"/>
                <w:sz w:val="20"/>
                <w:szCs w:val="20"/>
              </w:rPr>
              <w:t>One year</w:t>
            </w:r>
          </w:p>
        </w:tc>
      </w:tr>
      <w:tr w:rsidR="1030D1EF" w:rsidTr="34AAF34B" w14:paraId="3E3F8CD4">
        <w:trPr>
          <w:trHeight w:val="300"/>
        </w:trPr>
        <w:tc>
          <w:tcPr>
            <w:tcW w:w="4063" w:type="dxa"/>
            <w:tcMar/>
            <w:vAlign w:val="center"/>
          </w:tcPr>
          <w:p w:rsidR="1030D1EF" w:rsidP="1030D1EF" w:rsidRDefault="1030D1EF" w14:paraId="0F14921A">
            <w:pPr>
              <w:spacing w:before="40" w:after="40"/>
            </w:pPr>
            <w:r w:rsidRPr="1030D1EF" w:rsidR="1030D1EF">
              <w:rPr>
                <w:rFonts w:ascii="Calibri" w:hAnsi="Calibri"/>
                <w:color w:val="000000" w:themeColor="text1" w:themeTint="FF" w:themeShade="FF"/>
                <w:sz w:val="20"/>
                <w:szCs w:val="20"/>
              </w:rPr>
              <w:t>Certificate in Customer Service Excellence</w:t>
            </w:r>
          </w:p>
        </w:tc>
        <w:tc>
          <w:tcPr>
            <w:tcW w:w="1143" w:type="dxa"/>
            <w:tcMar/>
            <w:vAlign w:val="center"/>
          </w:tcPr>
          <w:p w:rsidR="1030D1EF" w:rsidP="1030D1EF" w:rsidRDefault="1030D1EF" w14:paraId="274C092B">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2F988333">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3B7145CB">
            <w:pPr>
              <w:spacing w:before="40" w:after="40"/>
            </w:pPr>
            <w:r w:rsidRPr="1030D1EF" w:rsidR="1030D1EF">
              <w:rPr>
                <w:rFonts w:ascii="Calibri" w:hAnsi="Calibri"/>
                <w:color w:val="000000" w:themeColor="text1" w:themeTint="FF" w:themeShade="FF"/>
                <w:sz w:val="20"/>
                <w:szCs w:val="20"/>
              </w:rPr>
              <w:t>20</w:t>
            </w:r>
          </w:p>
        </w:tc>
        <w:tc>
          <w:tcPr>
            <w:tcW w:w="1397" w:type="dxa"/>
            <w:tcMar/>
            <w:vAlign w:val="center"/>
          </w:tcPr>
          <w:p w:rsidR="1030D1EF" w:rsidP="1030D1EF" w:rsidRDefault="1030D1EF" w14:paraId="1B44CFE9">
            <w:pPr>
              <w:spacing w:before="40" w:after="40"/>
            </w:pPr>
            <w:r w:rsidRPr="1030D1EF" w:rsidR="1030D1EF">
              <w:rPr>
                <w:rFonts w:ascii="Calibri" w:hAnsi="Calibri"/>
                <w:color w:val="000000" w:themeColor="text1" w:themeTint="FF" w:themeShade="FF"/>
                <w:sz w:val="20"/>
                <w:szCs w:val="20"/>
              </w:rPr>
              <w:t>1200</w:t>
            </w:r>
          </w:p>
        </w:tc>
        <w:tc>
          <w:tcPr>
            <w:tcW w:w="1397" w:type="dxa"/>
            <w:tcMar/>
            <w:vAlign w:val="center"/>
          </w:tcPr>
          <w:p w:rsidR="5E3E6985" w:rsidP="1030D1EF" w:rsidRDefault="5E3E6985" w14:paraId="23D619F0" w14:textId="6181A03B">
            <w:pPr>
              <w:pStyle w:val="Normal"/>
              <w:jc w:val="center"/>
              <w:rPr>
                <w:rFonts w:ascii="Calibri" w:hAnsi="Calibri"/>
                <w:color w:val="000000" w:themeColor="text1" w:themeTint="FF" w:themeShade="FF"/>
                <w:sz w:val="20"/>
                <w:szCs w:val="20"/>
              </w:rPr>
            </w:pPr>
            <w:r w:rsidRPr="1030D1EF" w:rsidR="5E3E6985">
              <w:rPr>
                <w:rFonts w:ascii="Calibri" w:hAnsi="Calibri"/>
                <w:color w:val="000000" w:themeColor="text1" w:themeTint="FF" w:themeShade="FF"/>
                <w:sz w:val="20"/>
                <w:szCs w:val="20"/>
              </w:rPr>
              <w:t>1700</w:t>
            </w:r>
          </w:p>
        </w:tc>
        <w:tc>
          <w:tcPr>
            <w:tcW w:w="1524" w:type="dxa"/>
            <w:tcMar/>
            <w:vAlign w:val="center"/>
          </w:tcPr>
          <w:p w:rsidR="1030D1EF" w:rsidP="1030D1EF" w:rsidRDefault="1030D1EF" w14:paraId="1DBDE263">
            <w:pPr>
              <w:spacing w:before="40" w:after="40"/>
            </w:pPr>
            <w:r w:rsidRPr="1030D1EF" w:rsidR="1030D1EF">
              <w:rPr>
                <w:rFonts w:ascii="Calibri" w:hAnsi="Calibri"/>
                <w:color w:val="000000" w:themeColor="text1" w:themeTint="FF" w:themeShade="FF"/>
                <w:sz w:val="20"/>
                <w:szCs w:val="20"/>
              </w:rPr>
              <w:t>One or Two Semester(s) TBD</w:t>
            </w:r>
          </w:p>
        </w:tc>
      </w:tr>
      <w:tr w:rsidR="1030D1EF" w:rsidTr="34AAF34B" w14:paraId="12320251">
        <w:trPr>
          <w:trHeight w:val="300"/>
        </w:trPr>
        <w:tc>
          <w:tcPr>
            <w:tcW w:w="4063" w:type="dxa"/>
            <w:tcMar/>
            <w:vAlign w:val="center"/>
          </w:tcPr>
          <w:p w:rsidR="1030D1EF" w:rsidP="1030D1EF" w:rsidRDefault="1030D1EF" w14:paraId="3EB280BD">
            <w:pPr>
              <w:spacing w:before="40" w:after="40"/>
            </w:pPr>
            <w:r w:rsidRPr="1030D1EF" w:rsidR="1030D1EF">
              <w:rPr>
                <w:rFonts w:ascii="Calibri" w:hAnsi="Calibri"/>
                <w:color w:val="000000" w:themeColor="text1" w:themeTint="FF" w:themeShade="FF"/>
                <w:sz w:val="20"/>
                <w:szCs w:val="20"/>
              </w:rPr>
              <w:t>Certificate in Operational Excellence</w:t>
            </w:r>
          </w:p>
        </w:tc>
        <w:tc>
          <w:tcPr>
            <w:tcW w:w="1143" w:type="dxa"/>
            <w:tcMar/>
            <w:vAlign w:val="center"/>
          </w:tcPr>
          <w:p w:rsidR="1030D1EF" w:rsidP="1030D1EF" w:rsidRDefault="1030D1EF" w14:paraId="4E8D6DE3">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095B4028">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72B40E6">
            <w:pPr>
              <w:spacing w:before="40" w:after="40"/>
            </w:pPr>
            <w:r w:rsidRPr="1030D1EF" w:rsidR="1030D1EF">
              <w:rPr>
                <w:rFonts w:ascii="Calibri" w:hAnsi="Calibri"/>
                <w:color w:val="000000" w:themeColor="text1" w:themeTint="FF" w:themeShade="FF"/>
                <w:sz w:val="20"/>
                <w:szCs w:val="20"/>
              </w:rPr>
              <w:t>20</w:t>
            </w:r>
          </w:p>
        </w:tc>
        <w:tc>
          <w:tcPr>
            <w:tcW w:w="1397" w:type="dxa"/>
            <w:tcMar/>
            <w:vAlign w:val="center"/>
          </w:tcPr>
          <w:p w:rsidR="1030D1EF" w:rsidP="1030D1EF" w:rsidRDefault="1030D1EF" w14:paraId="78E37A08">
            <w:pPr>
              <w:spacing w:before="40" w:after="40"/>
            </w:pPr>
            <w:r w:rsidRPr="1030D1EF" w:rsidR="1030D1EF">
              <w:rPr>
                <w:rFonts w:ascii="Calibri" w:hAnsi="Calibri"/>
                <w:color w:val="000000" w:themeColor="text1" w:themeTint="FF" w:themeShade="FF"/>
                <w:sz w:val="20"/>
                <w:szCs w:val="20"/>
              </w:rPr>
              <w:t>1200</w:t>
            </w:r>
          </w:p>
        </w:tc>
        <w:tc>
          <w:tcPr>
            <w:tcW w:w="1397" w:type="dxa"/>
            <w:tcMar/>
            <w:vAlign w:val="center"/>
          </w:tcPr>
          <w:p w:rsidR="5E419297" w:rsidP="1030D1EF" w:rsidRDefault="5E419297" w14:paraId="36BB2A6E" w14:textId="383EC3A5">
            <w:pPr>
              <w:pStyle w:val="Normal"/>
              <w:jc w:val="center"/>
              <w:rPr>
                <w:rFonts w:ascii="Calibri" w:hAnsi="Calibri"/>
                <w:color w:val="000000" w:themeColor="text1" w:themeTint="FF" w:themeShade="FF"/>
                <w:sz w:val="20"/>
                <w:szCs w:val="20"/>
              </w:rPr>
            </w:pPr>
            <w:r w:rsidRPr="1030D1EF" w:rsidR="5E419297">
              <w:rPr>
                <w:rFonts w:ascii="Calibri" w:hAnsi="Calibri"/>
                <w:color w:val="000000" w:themeColor="text1" w:themeTint="FF" w:themeShade="FF"/>
                <w:sz w:val="20"/>
                <w:szCs w:val="20"/>
              </w:rPr>
              <w:t>1700</w:t>
            </w:r>
          </w:p>
        </w:tc>
        <w:tc>
          <w:tcPr>
            <w:tcW w:w="1524" w:type="dxa"/>
            <w:tcMar/>
            <w:vAlign w:val="center"/>
          </w:tcPr>
          <w:p w:rsidR="1030D1EF" w:rsidP="1030D1EF" w:rsidRDefault="1030D1EF" w14:paraId="054692D1">
            <w:pPr>
              <w:spacing w:before="40" w:after="40"/>
            </w:pPr>
            <w:r w:rsidRPr="1030D1EF" w:rsidR="1030D1EF">
              <w:rPr>
                <w:rFonts w:ascii="Calibri" w:hAnsi="Calibri"/>
                <w:color w:val="000000" w:themeColor="text1" w:themeTint="FF" w:themeShade="FF"/>
                <w:sz w:val="20"/>
                <w:szCs w:val="20"/>
              </w:rPr>
              <w:t>One or Two Semester(s) TBD</w:t>
            </w:r>
          </w:p>
        </w:tc>
      </w:tr>
      <w:tr w:rsidR="1030D1EF" w:rsidTr="34AAF34B" w14:paraId="111986C1">
        <w:trPr>
          <w:trHeight w:val="300"/>
        </w:trPr>
        <w:tc>
          <w:tcPr>
            <w:tcW w:w="4063" w:type="dxa"/>
            <w:tcMar/>
            <w:vAlign w:val="center"/>
          </w:tcPr>
          <w:p w:rsidR="1030D1EF" w:rsidP="1030D1EF" w:rsidRDefault="1030D1EF" w14:paraId="75615151">
            <w:pPr>
              <w:spacing w:before="40" w:after="40"/>
            </w:pPr>
            <w:r w:rsidRPr="1030D1EF" w:rsidR="1030D1EF">
              <w:rPr>
                <w:rFonts w:ascii="Calibri" w:hAnsi="Calibri"/>
                <w:color w:val="000000" w:themeColor="text1" w:themeTint="FF" w:themeShade="FF"/>
                <w:sz w:val="20"/>
                <w:szCs w:val="20"/>
              </w:rPr>
              <w:t>Certificate in Supervisory Management Skills for Team Leaders</w:t>
            </w:r>
          </w:p>
        </w:tc>
        <w:tc>
          <w:tcPr>
            <w:tcW w:w="1143" w:type="dxa"/>
            <w:tcMar/>
            <w:vAlign w:val="center"/>
          </w:tcPr>
          <w:p w:rsidR="1030D1EF" w:rsidP="1030D1EF" w:rsidRDefault="1030D1EF" w14:paraId="240C5B75">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30C1DDBC">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07C3EED7">
            <w:pPr>
              <w:spacing w:before="40" w:after="40"/>
            </w:pPr>
            <w:r w:rsidRPr="1030D1EF" w:rsidR="1030D1EF">
              <w:rPr>
                <w:rFonts w:ascii="Calibri" w:hAnsi="Calibri"/>
                <w:color w:val="000000" w:themeColor="text1" w:themeTint="FF" w:themeShade="FF"/>
                <w:sz w:val="20"/>
                <w:szCs w:val="20"/>
              </w:rPr>
              <w:t>20</w:t>
            </w:r>
          </w:p>
        </w:tc>
        <w:tc>
          <w:tcPr>
            <w:tcW w:w="1397" w:type="dxa"/>
            <w:tcMar/>
            <w:vAlign w:val="center"/>
          </w:tcPr>
          <w:p w:rsidR="1030D1EF" w:rsidP="1030D1EF" w:rsidRDefault="1030D1EF" w14:paraId="59205949">
            <w:pPr>
              <w:spacing w:before="40" w:after="40"/>
            </w:pPr>
            <w:r w:rsidRPr="1030D1EF" w:rsidR="1030D1EF">
              <w:rPr>
                <w:rFonts w:ascii="Calibri" w:hAnsi="Calibri"/>
                <w:color w:val="000000" w:themeColor="text1" w:themeTint="FF" w:themeShade="FF"/>
                <w:sz w:val="20"/>
                <w:szCs w:val="20"/>
              </w:rPr>
              <w:t>1200</w:t>
            </w:r>
          </w:p>
        </w:tc>
        <w:tc>
          <w:tcPr>
            <w:tcW w:w="1397" w:type="dxa"/>
            <w:tcMar/>
            <w:vAlign w:val="center"/>
          </w:tcPr>
          <w:p w:rsidR="7C1FB710" w:rsidP="1030D1EF" w:rsidRDefault="7C1FB710" w14:paraId="2815044B" w14:textId="16AEFE67">
            <w:pPr>
              <w:pStyle w:val="Normal"/>
              <w:jc w:val="center"/>
              <w:rPr>
                <w:rFonts w:ascii="Calibri" w:hAnsi="Calibri"/>
                <w:color w:val="000000" w:themeColor="text1" w:themeTint="FF" w:themeShade="FF"/>
                <w:sz w:val="20"/>
                <w:szCs w:val="20"/>
              </w:rPr>
            </w:pPr>
            <w:r w:rsidRPr="1030D1EF" w:rsidR="7C1FB710">
              <w:rPr>
                <w:rFonts w:ascii="Calibri" w:hAnsi="Calibri"/>
                <w:color w:val="000000" w:themeColor="text1" w:themeTint="FF" w:themeShade="FF"/>
                <w:sz w:val="20"/>
                <w:szCs w:val="20"/>
              </w:rPr>
              <w:t>1700</w:t>
            </w:r>
          </w:p>
        </w:tc>
        <w:tc>
          <w:tcPr>
            <w:tcW w:w="1524" w:type="dxa"/>
            <w:tcMar/>
            <w:vAlign w:val="center"/>
          </w:tcPr>
          <w:p w:rsidR="1030D1EF" w:rsidP="1030D1EF" w:rsidRDefault="1030D1EF" w14:paraId="71970C51">
            <w:pPr>
              <w:spacing w:before="40" w:after="40"/>
            </w:pPr>
            <w:r w:rsidRPr="1030D1EF" w:rsidR="1030D1EF">
              <w:rPr>
                <w:rFonts w:ascii="Calibri" w:hAnsi="Calibri"/>
                <w:color w:val="000000" w:themeColor="text1" w:themeTint="FF" w:themeShade="FF"/>
                <w:sz w:val="20"/>
                <w:szCs w:val="20"/>
              </w:rPr>
              <w:t>One or Two Semester(s) TBD</w:t>
            </w:r>
          </w:p>
        </w:tc>
      </w:tr>
      <w:tr w:rsidR="1030D1EF" w:rsidTr="34AAF34B" w14:paraId="2881A6F1">
        <w:trPr>
          <w:trHeight w:val="300"/>
        </w:trPr>
        <w:tc>
          <w:tcPr>
            <w:tcW w:w="4063" w:type="dxa"/>
            <w:tcMar/>
            <w:vAlign w:val="center"/>
          </w:tcPr>
          <w:p w:rsidR="1030D1EF" w:rsidP="1030D1EF" w:rsidRDefault="1030D1EF" w14:paraId="37A034F0">
            <w:pPr>
              <w:spacing w:before="40" w:after="40"/>
            </w:pPr>
            <w:r w:rsidRPr="1030D1EF" w:rsidR="1030D1EF">
              <w:rPr>
                <w:rFonts w:ascii="Calibri" w:hAnsi="Calibri"/>
                <w:color w:val="000000" w:themeColor="text1" w:themeTint="FF" w:themeShade="FF"/>
                <w:sz w:val="20"/>
                <w:szCs w:val="20"/>
              </w:rPr>
              <w:t>Certificate in Contract Law, Customs and the Regulatory Environment</w:t>
            </w:r>
          </w:p>
        </w:tc>
        <w:tc>
          <w:tcPr>
            <w:tcW w:w="1143" w:type="dxa"/>
            <w:tcMar/>
            <w:vAlign w:val="center"/>
          </w:tcPr>
          <w:p w:rsidR="1030D1EF" w:rsidP="1030D1EF" w:rsidRDefault="1030D1EF" w14:paraId="331192D6">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5ACB6D80">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D69585A">
            <w:pPr>
              <w:spacing w:before="40" w:after="40"/>
            </w:pPr>
            <w:r w:rsidRPr="1030D1EF" w:rsidR="1030D1EF">
              <w:rPr>
                <w:rFonts w:ascii="Calibri" w:hAnsi="Calibri"/>
                <w:color w:val="000000" w:themeColor="text1" w:themeTint="FF" w:themeShade="FF"/>
                <w:sz w:val="20"/>
                <w:szCs w:val="20"/>
              </w:rPr>
              <w:t>10</w:t>
            </w:r>
          </w:p>
        </w:tc>
        <w:tc>
          <w:tcPr>
            <w:tcW w:w="1397" w:type="dxa"/>
            <w:tcMar/>
            <w:vAlign w:val="center"/>
          </w:tcPr>
          <w:p w:rsidR="1030D1EF" w:rsidP="1030D1EF" w:rsidRDefault="1030D1EF" w14:paraId="4C33CF97">
            <w:pPr>
              <w:spacing w:before="40" w:after="40"/>
            </w:pPr>
            <w:r w:rsidRPr="1030D1EF" w:rsidR="1030D1EF">
              <w:rPr>
                <w:rFonts w:ascii="Calibri" w:hAnsi="Calibri"/>
                <w:color w:val="000000" w:themeColor="text1" w:themeTint="FF" w:themeShade="FF"/>
                <w:sz w:val="20"/>
                <w:szCs w:val="20"/>
              </w:rPr>
              <w:t>700</w:t>
            </w:r>
          </w:p>
        </w:tc>
        <w:tc>
          <w:tcPr>
            <w:tcW w:w="1397" w:type="dxa"/>
            <w:tcMar/>
            <w:vAlign w:val="center"/>
          </w:tcPr>
          <w:p w:rsidR="3B57E7C6" w:rsidP="1030D1EF" w:rsidRDefault="3B57E7C6" w14:paraId="7D70F7BB" w14:textId="7289B7F6">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pPr>
            <w:r w:rsidRPr="1030D1EF" w:rsidR="3B57E7C6">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1000</w:t>
            </w:r>
          </w:p>
          <w:p w:rsidR="1030D1EF" w:rsidP="1030D1EF" w:rsidRDefault="1030D1EF" w14:paraId="08BCA4E1" w14:textId="50186420">
            <w:pPr>
              <w:pStyle w:val="Normal"/>
              <w:rPr>
                <w:rFonts w:ascii="Calibri" w:hAnsi="Calibri"/>
                <w:color w:val="000000" w:themeColor="text1" w:themeTint="FF" w:themeShade="FF"/>
                <w:sz w:val="20"/>
                <w:szCs w:val="20"/>
              </w:rPr>
            </w:pPr>
          </w:p>
        </w:tc>
        <w:tc>
          <w:tcPr>
            <w:tcW w:w="1524" w:type="dxa"/>
            <w:tcMar/>
            <w:vAlign w:val="center"/>
          </w:tcPr>
          <w:p w:rsidR="1030D1EF" w:rsidP="1030D1EF" w:rsidRDefault="1030D1EF" w14:paraId="29C8E83B">
            <w:pPr>
              <w:spacing w:before="40" w:after="40"/>
            </w:pPr>
            <w:r w:rsidRPr="1030D1EF" w:rsidR="1030D1EF">
              <w:rPr>
                <w:rFonts w:ascii="Calibri" w:hAnsi="Calibri"/>
                <w:color w:val="000000" w:themeColor="text1" w:themeTint="FF" w:themeShade="FF"/>
                <w:sz w:val="20"/>
                <w:szCs w:val="20"/>
              </w:rPr>
              <w:t>One Semester</w:t>
            </w:r>
          </w:p>
        </w:tc>
      </w:tr>
      <w:tr w:rsidR="1030D1EF" w:rsidTr="34AAF34B" w14:paraId="7A5B605A">
        <w:trPr>
          <w:trHeight w:val="300"/>
        </w:trPr>
        <w:tc>
          <w:tcPr>
            <w:tcW w:w="4063" w:type="dxa"/>
            <w:tcMar/>
            <w:vAlign w:val="center"/>
          </w:tcPr>
          <w:p w:rsidR="1030D1EF" w:rsidP="1030D1EF" w:rsidRDefault="1030D1EF" w14:paraId="5ADB1A96" w14:textId="20B96F7D">
            <w:pPr>
              <w:spacing w:before="40" w:after="40"/>
            </w:pPr>
            <w:r w:rsidRPr="1030D1EF" w:rsidR="1030D1EF">
              <w:rPr>
                <w:rFonts w:ascii="Calibri" w:hAnsi="Calibri"/>
                <w:color w:val="000000" w:themeColor="text1" w:themeTint="FF" w:themeShade="FF"/>
                <w:sz w:val="20"/>
                <w:szCs w:val="20"/>
              </w:rPr>
              <w:t xml:space="preserve">Certificate in </w:t>
            </w:r>
            <w:r w:rsidRPr="1030D1EF" w:rsidR="1030D1EF">
              <w:rPr>
                <w:rFonts w:ascii="Calibri" w:hAnsi="Calibri"/>
                <w:color w:val="000000" w:themeColor="text1" w:themeTint="FF" w:themeShade="FF"/>
                <w:sz w:val="20"/>
                <w:szCs w:val="20"/>
              </w:rPr>
              <w:t>S</w:t>
            </w:r>
            <w:r w:rsidRPr="1030D1EF" w:rsidR="1030D1EF">
              <w:rPr>
                <w:rFonts w:ascii="Calibri" w:hAnsi="Calibri"/>
                <w:color w:val="000000" w:themeColor="text1" w:themeTint="FF" w:themeShade="FF"/>
                <w:sz w:val="20"/>
                <w:szCs w:val="20"/>
              </w:rPr>
              <w:t>ocial media &amp; E-Business</w:t>
            </w:r>
          </w:p>
        </w:tc>
        <w:tc>
          <w:tcPr>
            <w:tcW w:w="1143" w:type="dxa"/>
            <w:tcMar/>
            <w:vAlign w:val="center"/>
          </w:tcPr>
          <w:p w:rsidR="1030D1EF" w:rsidP="1030D1EF" w:rsidRDefault="1030D1EF" w14:paraId="5CCCD032">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08638622">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7B2465B">
            <w:pPr>
              <w:spacing w:before="40" w:after="40"/>
            </w:pPr>
            <w:r w:rsidRPr="1030D1EF" w:rsidR="1030D1EF">
              <w:rPr>
                <w:rFonts w:ascii="Calibri" w:hAnsi="Calibri"/>
                <w:color w:val="000000" w:themeColor="text1" w:themeTint="FF" w:themeShade="FF"/>
                <w:sz w:val="20"/>
                <w:szCs w:val="20"/>
              </w:rPr>
              <w:t>20</w:t>
            </w:r>
          </w:p>
        </w:tc>
        <w:tc>
          <w:tcPr>
            <w:tcW w:w="1397" w:type="dxa"/>
            <w:tcMar/>
            <w:vAlign w:val="center"/>
          </w:tcPr>
          <w:p w:rsidR="1030D1EF" w:rsidP="1030D1EF" w:rsidRDefault="1030D1EF" w14:paraId="3F0384CE">
            <w:pPr>
              <w:spacing w:before="40" w:after="40"/>
            </w:pPr>
            <w:r w:rsidRPr="1030D1EF" w:rsidR="1030D1EF">
              <w:rPr>
                <w:rFonts w:ascii="Calibri" w:hAnsi="Calibri"/>
                <w:color w:val="000000" w:themeColor="text1" w:themeTint="FF" w:themeShade="FF"/>
                <w:sz w:val="20"/>
                <w:szCs w:val="20"/>
              </w:rPr>
              <w:t>1200</w:t>
            </w:r>
          </w:p>
        </w:tc>
        <w:tc>
          <w:tcPr>
            <w:tcW w:w="1397" w:type="dxa"/>
            <w:tcMar/>
            <w:vAlign w:val="center"/>
          </w:tcPr>
          <w:p w:rsidR="4D1F1234" w:rsidP="1030D1EF" w:rsidRDefault="4D1F1234" w14:paraId="282B2D1F" w14:textId="376A45D2">
            <w:pPr>
              <w:pStyle w:val="Normal"/>
              <w:jc w:val="center"/>
              <w:rPr>
                <w:rFonts w:ascii="Calibri" w:hAnsi="Calibri"/>
                <w:color w:val="000000" w:themeColor="text1" w:themeTint="FF" w:themeShade="FF"/>
                <w:sz w:val="20"/>
                <w:szCs w:val="20"/>
              </w:rPr>
            </w:pPr>
            <w:r w:rsidRPr="1030D1EF" w:rsidR="4D1F1234">
              <w:rPr>
                <w:rFonts w:ascii="Calibri" w:hAnsi="Calibri"/>
                <w:color w:val="000000" w:themeColor="text1" w:themeTint="FF" w:themeShade="FF"/>
                <w:sz w:val="20"/>
                <w:szCs w:val="20"/>
              </w:rPr>
              <w:t>1700</w:t>
            </w:r>
          </w:p>
        </w:tc>
        <w:tc>
          <w:tcPr>
            <w:tcW w:w="1524" w:type="dxa"/>
            <w:tcMar/>
            <w:vAlign w:val="center"/>
          </w:tcPr>
          <w:p w:rsidR="1030D1EF" w:rsidP="1030D1EF" w:rsidRDefault="1030D1EF" w14:paraId="3D0158D6">
            <w:pPr>
              <w:spacing w:before="40" w:after="40"/>
            </w:pPr>
            <w:r w:rsidRPr="1030D1EF" w:rsidR="1030D1EF">
              <w:rPr>
                <w:rFonts w:ascii="Calibri" w:hAnsi="Calibri"/>
                <w:color w:val="000000" w:themeColor="text1" w:themeTint="FF" w:themeShade="FF"/>
                <w:sz w:val="20"/>
                <w:szCs w:val="20"/>
              </w:rPr>
              <w:t>One or Two Semester(s) TBD</w:t>
            </w:r>
          </w:p>
        </w:tc>
      </w:tr>
      <w:tr w:rsidR="1030D1EF" w:rsidTr="34AAF34B" w14:paraId="3E243605">
        <w:trPr>
          <w:trHeight w:val="300"/>
        </w:trPr>
        <w:tc>
          <w:tcPr>
            <w:tcW w:w="4063" w:type="dxa"/>
            <w:tcMar/>
            <w:vAlign w:val="center"/>
          </w:tcPr>
          <w:p w:rsidR="1030D1EF" w:rsidP="1030D1EF" w:rsidRDefault="1030D1EF" w14:paraId="26A73C94">
            <w:pPr>
              <w:spacing w:before="40" w:after="40"/>
            </w:pPr>
            <w:r w:rsidRPr="1030D1EF" w:rsidR="1030D1EF">
              <w:rPr>
                <w:rFonts w:ascii="Calibri" w:hAnsi="Calibri"/>
                <w:color w:val="000000" w:themeColor="text1" w:themeTint="FF" w:themeShade="FF"/>
                <w:sz w:val="20"/>
                <w:szCs w:val="20"/>
              </w:rPr>
              <w:t xml:space="preserve">Certificate in Fundamentals of </w:t>
            </w:r>
            <w:r w:rsidRPr="1030D1EF" w:rsidR="1030D1EF">
              <w:rPr>
                <w:rFonts w:ascii="Calibri" w:hAnsi="Calibri"/>
                <w:color w:val="000000" w:themeColor="text1" w:themeTint="FF" w:themeShade="FF"/>
                <w:sz w:val="20"/>
                <w:szCs w:val="20"/>
              </w:rPr>
              <w:t>Organisational</w:t>
            </w:r>
            <w:r w:rsidRPr="1030D1EF" w:rsidR="1030D1EF">
              <w:rPr>
                <w:rFonts w:ascii="Calibri" w:hAnsi="Calibri"/>
                <w:color w:val="000000" w:themeColor="text1" w:themeTint="FF" w:themeShade="FF"/>
                <w:sz w:val="20"/>
                <w:szCs w:val="20"/>
              </w:rPr>
              <w:t xml:space="preserve"> Psychology</w:t>
            </w:r>
          </w:p>
        </w:tc>
        <w:tc>
          <w:tcPr>
            <w:tcW w:w="1143" w:type="dxa"/>
            <w:tcMar/>
            <w:vAlign w:val="center"/>
          </w:tcPr>
          <w:p w:rsidR="1030D1EF" w:rsidP="1030D1EF" w:rsidRDefault="1030D1EF" w14:paraId="1190F3E2">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10EE0F26">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99A538F">
            <w:pPr>
              <w:spacing w:before="40" w:after="40"/>
            </w:pPr>
            <w:r w:rsidRPr="1030D1EF" w:rsidR="1030D1EF">
              <w:rPr>
                <w:rFonts w:ascii="Calibri" w:hAnsi="Calibri"/>
                <w:color w:val="000000" w:themeColor="text1" w:themeTint="FF" w:themeShade="FF"/>
                <w:sz w:val="20"/>
                <w:szCs w:val="20"/>
              </w:rPr>
              <w:t>20</w:t>
            </w:r>
          </w:p>
        </w:tc>
        <w:tc>
          <w:tcPr>
            <w:tcW w:w="1397" w:type="dxa"/>
            <w:tcMar/>
            <w:vAlign w:val="center"/>
          </w:tcPr>
          <w:p w:rsidR="1030D1EF" w:rsidP="1030D1EF" w:rsidRDefault="1030D1EF" w14:paraId="584B92F1">
            <w:pPr>
              <w:spacing w:before="40" w:after="40"/>
            </w:pPr>
            <w:r w:rsidRPr="1030D1EF" w:rsidR="1030D1EF">
              <w:rPr>
                <w:rFonts w:ascii="Calibri" w:hAnsi="Calibri"/>
                <w:color w:val="000000" w:themeColor="text1" w:themeTint="FF" w:themeShade="FF"/>
                <w:sz w:val="20"/>
                <w:szCs w:val="20"/>
              </w:rPr>
              <w:t>1200</w:t>
            </w:r>
          </w:p>
        </w:tc>
        <w:tc>
          <w:tcPr>
            <w:tcW w:w="1397" w:type="dxa"/>
            <w:tcMar/>
            <w:vAlign w:val="center"/>
          </w:tcPr>
          <w:p w:rsidR="0E01A4A8" w:rsidP="1030D1EF" w:rsidRDefault="0E01A4A8" w14:paraId="01D2744A" w14:textId="70C7F500">
            <w:pPr>
              <w:pStyle w:val="Normal"/>
              <w:jc w:val="center"/>
              <w:rPr>
                <w:rFonts w:ascii="Calibri" w:hAnsi="Calibri"/>
                <w:color w:val="000000" w:themeColor="text1" w:themeTint="FF" w:themeShade="FF"/>
                <w:sz w:val="20"/>
                <w:szCs w:val="20"/>
              </w:rPr>
            </w:pPr>
            <w:r w:rsidRPr="1030D1EF" w:rsidR="0E01A4A8">
              <w:rPr>
                <w:rFonts w:ascii="Calibri" w:hAnsi="Calibri"/>
                <w:color w:val="000000" w:themeColor="text1" w:themeTint="FF" w:themeShade="FF"/>
                <w:sz w:val="20"/>
                <w:szCs w:val="20"/>
              </w:rPr>
              <w:t>1700</w:t>
            </w:r>
          </w:p>
        </w:tc>
        <w:tc>
          <w:tcPr>
            <w:tcW w:w="1524" w:type="dxa"/>
            <w:tcMar/>
            <w:vAlign w:val="center"/>
          </w:tcPr>
          <w:p w:rsidR="1030D1EF" w:rsidP="1030D1EF" w:rsidRDefault="1030D1EF" w14:paraId="076396D3">
            <w:pPr>
              <w:spacing w:before="40" w:after="40"/>
            </w:pPr>
            <w:r w:rsidRPr="1030D1EF" w:rsidR="1030D1EF">
              <w:rPr>
                <w:rFonts w:ascii="Calibri" w:hAnsi="Calibri"/>
                <w:color w:val="000000" w:themeColor="text1" w:themeTint="FF" w:themeShade="FF"/>
                <w:sz w:val="20"/>
                <w:szCs w:val="20"/>
              </w:rPr>
              <w:t>One or Two Semester(s) TBD</w:t>
            </w:r>
          </w:p>
        </w:tc>
      </w:tr>
      <w:tr w:rsidR="1030D1EF" w:rsidTr="34AAF34B" w14:paraId="42DF9B46">
        <w:trPr>
          <w:trHeight w:val="300"/>
        </w:trPr>
        <w:tc>
          <w:tcPr>
            <w:tcW w:w="4063" w:type="dxa"/>
            <w:tcMar/>
            <w:vAlign w:val="center"/>
          </w:tcPr>
          <w:p w:rsidR="1030D1EF" w:rsidP="1030D1EF" w:rsidRDefault="1030D1EF" w14:paraId="358F20EE">
            <w:pPr>
              <w:spacing w:before="40" w:after="40"/>
            </w:pPr>
            <w:r w:rsidRPr="1030D1EF" w:rsidR="1030D1EF">
              <w:rPr>
                <w:rFonts w:ascii="Calibri" w:hAnsi="Calibri"/>
                <w:color w:val="000000" w:themeColor="text1" w:themeTint="FF" w:themeShade="FF"/>
                <w:sz w:val="20"/>
                <w:szCs w:val="20"/>
              </w:rPr>
              <w:t>Certificate in Payroll Applications and Management</w:t>
            </w:r>
          </w:p>
        </w:tc>
        <w:tc>
          <w:tcPr>
            <w:tcW w:w="1143" w:type="dxa"/>
            <w:tcMar/>
            <w:vAlign w:val="center"/>
          </w:tcPr>
          <w:p w:rsidR="1030D1EF" w:rsidP="1030D1EF" w:rsidRDefault="1030D1EF" w14:paraId="7A620ADC">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10ADD44A">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07353A11">
            <w:pPr>
              <w:spacing w:before="40" w:after="40"/>
            </w:pPr>
            <w:r w:rsidRPr="1030D1EF" w:rsidR="1030D1EF">
              <w:rPr>
                <w:rFonts w:ascii="Calibri" w:hAnsi="Calibri"/>
                <w:color w:val="000000" w:themeColor="text1" w:themeTint="FF" w:themeShade="FF"/>
                <w:sz w:val="20"/>
                <w:szCs w:val="20"/>
              </w:rPr>
              <w:t>10</w:t>
            </w:r>
          </w:p>
        </w:tc>
        <w:tc>
          <w:tcPr>
            <w:tcW w:w="1397" w:type="dxa"/>
            <w:tcMar/>
            <w:vAlign w:val="center"/>
          </w:tcPr>
          <w:p w:rsidR="1030D1EF" w:rsidP="1030D1EF" w:rsidRDefault="1030D1EF" w14:paraId="070CCEA2">
            <w:pPr>
              <w:spacing w:before="40" w:after="40"/>
            </w:pPr>
            <w:r w:rsidRPr="1030D1EF" w:rsidR="1030D1EF">
              <w:rPr>
                <w:rFonts w:ascii="Calibri" w:hAnsi="Calibri"/>
                <w:color w:val="000000" w:themeColor="text1" w:themeTint="FF" w:themeShade="FF"/>
                <w:sz w:val="20"/>
                <w:szCs w:val="20"/>
              </w:rPr>
              <w:t>700</w:t>
            </w:r>
          </w:p>
        </w:tc>
        <w:tc>
          <w:tcPr>
            <w:tcW w:w="1397" w:type="dxa"/>
            <w:tcMar/>
            <w:vAlign w:val="center"/>
          </w:tcPr>
          <w:p w:rsidR="5E77590A" w:rsidP="1030D1EF" w:rsidRDefault="5E77590A" w14:paraId="357C2AF8" w14:textId="7289B7F6">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pPr>
            <w:r w:rsidRPr="1030D1EF" w:rsidR="5E77590A">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1000</w:t>
            </w:r>
          </w:p>
          <w:p w:rsidR="1030D1EF" w:rsidP="1030D1EF" w:rsidRDefault="1030D1EF" w14:paraId="5ACE0A11" w14:textId="01879950">
            <w:pPr>
              <w:pStyle w:val="Normal"/>
              <w:rPr>
                <w:rFonts w:ascii="Calibri" w:hAnsi="Calibri"/>
                <w:color w:val="000000" w:themeColor="text1" w:themeTint="FF" w:themeShade="FF"/>
                <w:sz w:val="20"/>
                <w:szCs w:val="20"/>
              </w:rPr>
            </w:pPr>
          </w:p>
        </w:tc>
        <w:tc>
          <w:tcPr>
            <w:tcW w:w="1524" w:type="dxa"/>
            <w:tcMar/>
            <w:vAlign w:val="center"/>
          </w:tcPr>
          <w:p w:rsidR="1030D1EF" w:rsidP="1030D1EF" w:rsidRDefault="1030D1EF" w14:paraId="55D6BD7F">
            <w:pPr>
              <w:spacing w:before="40" w:after="40"/>
            </w:pPr>
            <w:r w:rsidRPr="1030D1EF" w:rsidR="1030D1EF">
              <w:rPr>
                <w:rFonts w:ascii="Calibri" w:hAnsi="Calibri"/>
                <w:color w:val="000000" w:themeColor="text1" w:themeTint="FF" w:themeShade="FF"/>
                <w:sz w:val="20"/>
                <w:szCs w:val="20"/>
              </w:rPr>
              <w:t>One Semester</w:t>
            </w:r>
          </w:p>
        </w:tc>
      </w:tr>
      <w:tr w:rsidR="1030D1EF" w:rsidTr="34AAF34B" w14:paraId="44547577">
        <w:trPr>
          <w:trHeight w:val="300"/>
        </w:trPr>
        <w:tc>
          <w:tcPr>
            <w:tcW w:w="4063" w:type="dxa"/>
            <w:tcMar/>
            <w:vAlign w:val="center"/>
          </w:tcPr>
          <w:p w:rsidR="1030D1EF" w:rsidP="1030D1EF" w:rsidRDefault="1030D1EF" w14:paraId="58D44B9D">
            <w:pPr>
              <w:spacing w:before="40" w:after="40"/>
            </w:pPr>
            <w:r w:rsidRPr="1030D1EF" w:rsidR="1030D1EF">
              <w:rPr>
                <w:rFonts w:ascii="Calibri" w:hAnsi="Calibri"/>
                <w:color w:val="000000" w:themeColor="text1" w:themeTint="FF" w:themeShade="FF"/>
                <w:sz w:val="20"/>
                <w:szCs w:val="20"/>
              </w:rPr>
              <w:t>Certificate in Professional, Personal, Workplace Development and Well-being</w:t>
            </w:r>
          </w:p>
        </w:tc>
        <w:tc>
          <w:tcPr>
            <w:tcW w:w="1143" w:type="dxa"/>
            <w:tcMar/>
            <w:vAlign w:val="center"/>
          </w:tcPr>
          <w:p w:rsidR="1030D1EF" w:rsidP="1030D1EF" w:rsidRDefault="1030D1EF" w14:paraId="7BB29A06">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2EEF3F29">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5134F0E">
            <w:pPr>
              <w:spacing w:before="40" w:after="40"/>
            </w:pPr>
            <w:r w:rsidRPr="1030D1EF" w:rsidR="1030D1EF">
              <w:rPr>
                <w:rFonts w:ascii="Calibri" w:hAnsi="Calibri"/>
                <w:color w:val="000000" w:themeColor="text1" w:themeTint="FF" w:themeShade="FF"/>
                <w:sz w:val="20"/>
                <w:szCs w:val="20"/>
              </w:rPr>
              <w:t>10</w:t>
            </w:r>
          </w:p>
        </w:tc>
        <w:tc>
          <w:tcPr>
            <w:tcW w:w="1397" w:type="dxa"/>
            <w:tcMar/>
            <w:vAlign w:val="center"/>
          </w:tcPr>
          <w:p w:rsidR="1030D1EF" w:rsidP="1030D1EF" w:rsidRDefault="1030D1EF" w14:paraId="009853AE">
            <w:pPr>
              <w:spacing w:before="40" w:after="40"/>
            </w:pPr>
            <w:r w:rsidRPr="1030D1EF" w:rsidR="1030D1EF">
              <w:rPr>
                <w:rFonts w:ascii="Calibri" w:hAnsi="Calibri"/>
                <w:color w:val="000000" w:themeColor="text1" w:themeTint="FF" w:themeShade="FF"/>
                <w:sz w:val="20"/>
                <w:szCs w:val="20"/>
              </w:rPr>
              <w:t>700</w:t>
            </w:r>
          </w:p>
        </w:tc>
        <w:tc>
          <w:tcPr>
            <w:tcW w:w="1397" w:type="dxa"/>
            <w:tcMar/>
            <w:vAlign w:val="center"/>
          </w:tcPr>
          <w:p w:rsidR="0B6C251A" w:rsidP="1030D1EF" w:rsidRDefault="0B6C251A" w14:paraId="1728F8E4" w14:textId="7289B7F6">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pPr>
            <w:r w:rsidRPr="1030D1EF" w:rsidR="0B6C251A">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1000</w:t>
            </w:r>
          </w:p>
          <w:p w:rsidR="1030D1EF" w:rsidP="1030D1EF" w:rsidRDefault="1030D1EF" w14:paraId="5E3752AC" w14:textId="7BBBBB02">
            <w:pPr>
              <w:pStyle w:val="Normal"/>
              <w:rPr>
                <w:rFonts w:ascii="Calibri" w:hAnsi="Calibri"/>
                <w:color w:val="000000" w:themeColor="text1" w:themeTint="FF" w:themeShade="FF"/>
                <w:sz w:val="20"/>
                <w:szCs w:val="20"/>
              </w:rPr>
            </w:pPr>
          </w:p>
        </w:tc>
        <w:tc>
          <w:tcPr>
            <w:tcW w:w="1524" w:type="dxa"/>
            <w:tcMar/>
            <w:vAlign w:val="center"/>
          </w:tcPr>
          <w:p w:rsidR="1030D1EF" w:rsidP="1030D1EF" w:rsidRDefault="1030D1EF" w14:paraId="729A5641">
            <w:pPr>
              <w:spacing w:before="40" w:after="40"/>
            </w:pPr>
            <w:r w:rsidRPr="1030D1EF" w:rsidR="1030D1EF">
              <w:rPr>
                <w:rFonts w:ascii="Calibri" w:hAnsi="Calibri"/>
                <w:color w:val="000000" w:themeColor="text1" w:themeTint="FF" w:themeShade="FF"/>
                <w:sz w:val="20"/>
                <w:szCs w:val="20"/>
              </w:rPr>
              <w:t>One Semester</w:t>
            </w:r>
          </w:p>
        </w:tc>
      </w:tr>
      <w:tr w:rsidR="1030D1EF" w:rsidTr="34AAF34B" w14:paraId="60291965">
        <w:trPr>
          <w:trHeight w:val="300"/>
        </w:trPr>
        <w:tc>
          <w:tcPr>
            <w:tcW w:w="4063" w:type="dxa"/>
            <w:tcMar/>
            <w:vAlign w:val="center"/>
          </w:tcPr>
          <w:p w:rsidR="1030D1EF" w:rsidP="1030D1EF" w:rsidRDefault="1030D1EF" w14:paraId="28315E65">
            <w:pPr>
              <w:spacing w:before="40" w:after="40"/>
            </w:pPr>
            <w:r w:rsidRPr="1030D1EF" w:rsidR="1030D1EF">
              <w:rPr>
                <w:rFonts w:ascii="Calibri" w:hAnsi="Calibri"/>
                <w:color w:val="000000" w:themeColor="text1" w:themeTint="FF" w:themeShade="FF"/>
                <w:sz w:val="20"/>
                <w:szCs w:val="20"/>
              </w:rPr>
              <w:t>Certificate in Introduction to Project Management</w:t>
            </w:r>
          </w:p>
        </w:tc>
        <w:tc>
          <w:tcPr>
            <w:tcW w:w="1143" w:type="dxa"/>
            <w:tcMar/>
            <w:vAlign w:val="center"/>
          </w:tcPr>
          <w:p w:rsidR="1030D1EF" w:rsidP="1030D1EF" w:rsidRDefault="1030D1EF" w14:paraId="68A6066A">
            <w:pPr>
              <w:spacing w:before="40" w:after="40"/>
            </w:pPr>
            <w:r w:rsidRPr="1030D1EF" w:rsidR="1030D1EF">
              <w:rPr>
                <w:rFonts w:ascii="Calibri" w:hAnsi="Calibri"/>
                <w:color w:val="000000" w:themeColor="text1" w:themeTint="FF" w:themeShade="FF"/>
                <w:sz w:val="20"/>
                <w:szCs w:val="20"/>
              </w:rPr>
              <w:t>7</w:t>
            </w:r>
          </w:p>
        </w:tc>
        <w:tc>
          <w:tcPr>
            <w:tcW w:w="1143" w:type="dxa"/>
            <w:tcMar/>
            <w:vAlign w:val="center"/>
          </w:tcPr>
          <w:p w:rsidR="1030D1EF" w:rsidP="1030D1EF" w:rsidRDefault="1030D1EF" w14:paraId="333E68D9">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5FE5D2A2">
            <w:pPr>
              <w:spacing w:before="40" w:after="40"/>
            </w:pPr>
            <w:r w:rsidRPr="1030D1EF" w:rsidR="1030D1EF">
              <w:rPr>
                <w:rFonts w:ascii="Calibri" w:hAnsi="Calibri"/>
                <w:color w:val="000000" w:themeColor="text1" w:themeTint="FF" w:themeShade="FF"/>
                <w:sz w:val="20"/>
                <w:szCs w:val="20"/>
              </w:rPr>
              <w:t>10</w:t>
            </w:r>
          </w:p>
        </w:tc>
        <w:tc>
          <w:tcPr>
            <w:tcW w:w="1397" w:type="dxa"/>
            <w:tcMar/>
            <w:vAlign w:val="center"/>
          </w:tcPr>
          <w:p w:rsidR="1030D1EF" w:rsidP="1030D1EF" w:rsidRDefault="1030D1EF" w14:paraId="634F674C">
            <w:pPr>
              <w:spacing w:before="40" w:after="40"/>
            </w:pPr>
            <w:r w:rsidRPr="1030D1EF" w:rsidR="1030D1EF">
              <w:rPr>
                <w:rFonts w:ascii="Calibri" w:hAnsi="Calibri"/>
                <w:color w:val="000000" w:themeColor="text1" w:themeTint="FF" w:themeShade="FF"/>
                <w:sz w:val="20"/>
                <w:szCs w:val="20"/>
              </w:rPr>
              <w:t>700</w:t>
            </w:r>
          </w:p>
        </w:tc>
        <w:tc>
          <w:tcPr>
            <w:tcW w:w="1397" w:type="dxa"/>
            <w:tcMar/>
            <w:vAlign w:val="center"/>
          </w:tcPr>
          <w:p w:rsidR="5B845166" w:rsidP="1030D1EF" w:rsidRDefault="5B845166" w14:paraId="451919EA" w14:textId="7289B7F6">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pPr>
            <w:r w:rsidRPr="1030D1EF" w:rsidR="5B845166">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1000</w:t>
            </w:r>
          </w:p>
          <w:p w:rsidR="1030D1EF" w:rsidP="1030D1EF" w:rsidRDefault="1030D1EF" w14:paraId="7E9EF882" w14:textId="6AF61D9D">
            <w:pPr>
              <w:pStyle w:val="Normal"/>
              <w:rPr>
                <w:rFonts w:ascii="Calibri" w:hAnsi="Calibri"/>
                <w:color w:val="000000" w:themeColor="text1" w:themeTint="FF" w:themeShade="FF"/>
                <w:sz w:val="20"/>
                <w:szCs w:val="20"/>
              </w:rPr>
            </w:pPr>
          </w:p>
        </w:tc>
        <w:tc>
          <w:tcPr>
            <w:tcW w:w="1524" w:type="dxa"/>
            <w:tcMar/>
            <w:vAlign w:val="center"/>
          </w:tcPr>
          <w:p w:rsidR="1030D1EF" w:rsidP="1030D1EF" w:rsidRDefault="1030D1EF" w14:paraId="7A335AF4">
            <w:pPr>
              <w:spacing w:before="40" w:after="40"/>
            </w:pPr>
            <w:r w:rsidRPr="1030D1EF" w:rsidR="1030D1EF">
              <w:rPr>
                <w:rFonts w:ascii="Calibri" w:hAnsi="Calibri"/>
                <w:color w:val="000000" w:themeColor="text1" w:themeTint="FF" w:themeShade="FF"/>
                <w:sz w:val="20"/>
                <w:szCs w:val="20"/>
              </w:rPr>
              <w:t>One Semester</w:t>
            </w:r>
          </w:p>
        </w:tc>
      </w:tr>
      <w:tr w:rsidR="1030D1EF" w:rsidTr="34AAF34B" w14:paraId="606CBF52">
        <w:trPr>
          <w:trHeight w:val="300"/>
        </w:trPr>
        <w:tc>
          <w:tcPr>
            <w:tcW w:w="4063" w:type="dxa"/>
            <w:tcMar/>
            <w:vAlign w:val="center"/>
          </w:tcPr>
          <w:p w:rsidR="1030D1EF" w:rsidP="1030D1EF" w:rsidRDefault="1030D1EF" w14:paraId="246A35E4">
            <w:pPr>
              <w:spacing w:before="40" w:after="40"/>
            </w:pPr>
            <w:r w:rsidRPr="1030D1EF" w:rsidR="1030D1EF">
              <w:rPr>
                <w:rFonts w:ascii="Calibri" w:hAnsi="Calibri"/>
                <w:color w:val="000000" w:themeColor="text1" w:themeTint="FF" w:themeShade="FF"/>
                <w:sz w:val="20"/>
                <w:szCs w:val="20"/>
              </w:rPr>
              <w:t>Bachelor of Business in English for Professionals</w:t>
            </w:r>
          </w:p>
        </w:tc>
        <w:tc>
          <w:tcPr>
            <w:tcW w:w="1143" w:type="dxa"/>
            <w:tcMar/>
            <w:vAlign w:val="center"/>
          </w:tcPr>
          <w:p w:rsidR="1030D1EF" w:rsidP="1030D1EF" w:rsidRDefault="1030D1EF" w14:paraId="41128AAD">
            <w:pPr>
              <w:spacing w:before="40" w:after="40"/>
            </w:pPr>
            <w:r w:rsidRPr="1030D1EF" w:rsidR="1030D1EF">
              <w:rPr>
                <w:rFonts w:ascii="Calibri" w:hAnsi="Calibri"/>
                <w:color w:val="000000" w:themeColor="text1" w:themeTint="FF" w:themeShade="FF"/>
                <w:sz w:val="20"/>
                <w:szCs w:val="20"/>
              </w:rPr>
              <w:t>7</w:t>
            </w:r>
          </w:p>
        </w:tc>
        <w:tc>
          <w:tcPr>
            <w:tcW w:w="1143" w:type="dxa"/>
            <w:tcMar/>
            <w:vAlign w:val="center"/>
          </w:tcPr>
          <w:p w:rsidR="1030D1EF" w:rsidP="1030D1EF" w:rsidRDefault="1030D1EF" w14:paraId="0F16010D">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BD0D07A">
            <w:pPr>
              <w:spacing w:before="40" w:after="40"/>
            </w:pPr>
            <w:r w:rsidRPr="1030D1EF" w:rsidR="1030D1EF">
              <w:rPr>
                <w:rFonts w:ascii="Calibri" w:hAnsi="Calibri"/>
                <w:color w:val="000000" w:themeColor="text1" w:themeTint="FF" w:themeShade="FF"/>
                <w:sz w:val="20"/>
                <w:szCs w:val="20"/>
              </w:rPr>
              <w:t>180</w:t>
            </w:r>
          </w:p>
        </w:tc>
        <w:tc>
          <w:tcPr>
            <w:tcW w:w="1397" w:type="dxa"/>
            <w:tcMar/>
            <w:vAlign w:val="center"/>
          </w:tcPr>
          <w:p w:rsidR="1030D1EF" w:rsidP="1030D1EF" w:rsidRDefault="1030D1EF" w14:paraId="64F3C595">
            <w:pPr>
              <w:spacing w:before="40" w:after="40"/>
              <w:rPr>
                <w:rFonts w:ascii="Calibri" w:hAnsi="Calibri"/>
                <w:color w:val="000000" w:themeColor="text1" w:themeTint="FF" w:themeShade="FF"/>
                <w:sz w:val="20"/>
                <w:szCs w:val="20"/>
              </w:rPr>
            </w:pPr>
            <w:r w:rsidRPr="1030D1EF" w:rsidR="1030D1EF">
              <w:rPr>
                <w:rFonts w:ascii="Calibri" w:hAnsi="Calibri"/>
                <w:color w:val="000000" w:themeColor="text1" w:themeTint="FF" w:themeShade="FF"/>
                <w:sz w:val="20"/>
                <w:szCs w:val="20"/>
              </w:rPr>
              <w:t>2500</w:t>
            </w:r>
          </w:p>
        </w:tc>
        <w:tc>
          <w:tcPr>
            <w:tcW w:w="1397" w:type="dxa"/>
            <w:tcMar/>
            <w:vAlign w:val="center"/>
          </w:tcPr>
          <w:p w:rsidR="198999B4" w:rsidP="1030D1EF" w:rsidRDefault="198999B4" w14:paraId="68238C04" w14:textId="5D1D5F21">
            <w:pPr>
              <w:pStyle w:val="Normal"/>
              <w:jc w:val="center"/>
              <w:rPr>
                <w:rFonts w:ascii="Calibri" w:hAnsi="Calibri"/>
                <w:color w:val="000000" w:themeColor="text1" w:themeTint="FF" w:themeShade="FF"/>
                <w:sz w:val="20"/>
                <w:szCs w:val="20"/>
              </w:rPr>
            </w:pPr>
            <w:r w:rsidRPr="1030D1EF" w:rsidR="198999B4">
              <w:rPr>
                <w:rFonts w:ascii="Calibri" w:hAnsi="Calibri"/>
                <w:color w:val="000000" w:themeColor="text1" w:themeTint="FF" w:themeShade="FF"/>
                <w:sz w:val="20"/>
                <w:szCs w:val="20"/>
              </w:rPr>
              <w:t>5300</w:t>
            </w:r>
          </w:p>
          <w:p w:rsidR="1030D1EF" w:rsidP="1030D1EF" w:rsidRDefault="1030D1EF" w14:paraId="71CB21FB" w14:textId="113AE6F8">
            <w:pPr>
              <w:pStyle w:val="Normal"/>
              <w:jc w:val="center"/>
              <w:rPr>
                <w:rFonts w:ascii="Calibri" w:hAnsi="Calibri"/>
                <w:color w:val="000000" w:themeColor="text1" w:themeTint="FF" w:themeShade="FF"/>
                <w:sz w:val="20"/>
                <w:szCs w:val="20"/>
              </w:rPr>
            </w:pPr>
          </w:p>
        </w:tc>
        <w:tc>
          <w:tcPr>
            <w:tcW w:w="1524" w:type="dxa"/>
            <w:tcMar/>
            <w:vAlign w:val="center"/>
          </w:tcPr>
          <w:p w:rsidR="1030D1EF" w:rsidP="1030D1EF" w:rsidRDefault="1030D1EF" w14:paraId="14EF36A8" w14:textId="194F6E1B">
            <w:pPr>
              <w:spacing w:before="40" w:after="40"/>
            </w:pPr>
            <w:r w:rsidRPr="1030D1EF" w:rsidR="1030D1EF">
              <w:rPr>
                <w:rFonts w:ascii="Calibri" w:hAnsi="Calibri"/>
                <w:color w:val="000000" w:themeColor="text1" w:themeTint="FF" w:themeShade="FF"/>
                <w:sz w:val="20"/>
                <w:szCs w:val="20"/>
              </w:rPr>
              <w:t>Year 1 of a 3-year Ab-initio</w:t>
            </w:r>
          </w:p>
          <w:p w:rsidR="1030D1EF" w:rsidP="1030D1EF" w:rsidRDefault="1030D1EF" w14:paraId="6B5911F7" w14:textId="4EFC0812">
            <w:pPr>
              <w:spacing w:before="40" w:after="40"/>
              <w:rPr>
                <w:rFonts w:ascii="Segoe UI" w:hAnsi="Segoe UI" w:eastAsia="Segoe UI" w:cs="Segoe UI"/>
                <w:color w:val="242424"/>
                <w:sz w:val="21"/>
                <w:szCs w:val="21"/>
              </w:rPr>
            </w:pPr>
          </w:p>
        </w:tc>
      </w:tr>
      <w:tr w:rsidR="1030D1EF" w:rsidTr="34AAF34B" w14:paraId="5A8DBD50">
        <w:trPr>
          <w:trHeight w:val="300"/>
        </w:trPr>
        <w:tc>
          <w:tcPr>
            <w:tcW w:w="4063" w:type="dxa"/>
            <w:tcMar/>
            <w:vAlign w:val="center"/>
          </w:tcPr>
          <w:p w:rsidR="1030D1EF" w:rsidP="1030D1EF" w:rsidRDefault="1030D1EF" w14:paraId="3F73EAAC">
            <w:pPr>
              <w:spacing w:before="40" w:after="40"/>
            </w:pPr>
            <w:r w:rsidRPr="1030D1EF" w:rsidR="1030D1EF">
              <w:rPr>
                <w:rFonts w:ascii="Calibri" w:hAnsi="Calibri"/>
                <w:color w:val="000000" w:themeColor="text1" w:themeTint="FF" w:themeShade="FF"/>
                <w:sz w:val="20"/>
                <w:szCs w:val="20"/>
              </w:rPr>
              <w:t>Bachelor of Business (</w:t>
            </w:r>
            <w:r w:rsidRPr="1030D1EF" w:rsidR="1030D1EF">
              <w:rPr>
                <w:rFonts w:ascii="Calibri" w:hAnsi="Calibri"/>
                <w:color w:val="000000" w:themeColor="text1" w:themeTint="FF" w:themeShade="FF"/>
                <w:sz w:val="20"/>
                <w:szCs w:val="20"/>
              </w:rPr>
              <w:t>Honours</w:t>
            </w:r>
            <w:r w:rsidRPr="1030D1EF" w:rsidR="1030D1EF">
              <w:rPr>
                <w:rFonts w:ascii="Calibri" w:hAnsi="Calibri"/>
                <w:color w:val="000000" w:themeColor="text1" w:themeTint="FF" w:themeShade="FF"/>
                <w:sz w:val="20"/>
                <w:szCs w:val="20"/>
              </w:rPr>
              <w:t>) in English for Professionals (add-on)</w:t>
            </w:r>
          </w:p>
        </w:tc>
        <w:tc>
          <w:tcPr>
            <w:tcW w:w="1143" w:type="dxa"/>
            <w:tcMar/>
            <w:vAlign w:val="center"/>
          </w:tcPr>
          <w:p w:rsidR="1030D1EF" w:rsidP="1030D1EF" w:rsidRDefault="1030D1EF" w14:paraId="7F97A08D">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20672EEA">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0FA48061">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0D0248B3">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6F412937" w:rsidP="1030D1EF" w:rsidRDefault="6F412937" w14:paraId="79A4ABE9" w14:textId="5D1D5F21">
            <w:pPr>
              <w:pStyle w:val="Normal"/>
              <w:jc w:val="center"/>
              <w:rPr>
                <w:rFonts w:ascii="Calibri" w:hAnsi="Calibri"/>
                <w:color w:val="000000" w:themeColor="text1" w:themeTint="FF" w:themeShade="FF"/>
                <w:sz w:val="20"/>
                <w:szCs w:val="20"/>
              </w:rPr>
            </w:pPr>
            <w:r w:rsidRPr="1030D1EF" w:rsidR="6F412937">
              <w:rPr>
                <w:rFonts w:ascii="Calibri" w:hAnsi="Calibri"/>
                <w:color w:val="000000" w:themeColor="text1" w:themeTint="FF" w:themeShade="FF"/>
                <w:sz w:val="20"/>
                <w:szCs w:val="20"/>
              </w:rPr>
              <w:t>5300</w:t>
            </w:r>
          </w:p>
        </w:tc>
        <w:tc>
          <w:tcPr>
            <w:tcW w:w="1524" w:type="dxa"/>
            <w:tcMar/>
            <w:vAlign w:val="center"/>
          </w:tcPr>
          <w:p w:rsidR="1030D1EF" w:rsidP="1030D1EF" w:rsidRDefault="1030D1EF" w14:paraId="1D4F9463">
            <w:pPr>
              <w:spacing w:before="40" w:after="40"/>
            </w:pPr>
            <w:r w:rsidRPr="1030D1EF" w:rsidR="1030D1EF">
              <w:rPr>
                <w:rFonts w:ascii="Calibri" w:hAnsi="Calibri"/>
                <w:color w:val="000000" w:themeColor="text1" w:themeTint="FF" w:themeShade="FF"/>
                <w:sz w:val="20"/>
                <w:szCs w:val="20"/>
              </w:rPr>
              <w:t>1 Year</w:t>
            </w:r>
          </w:p>
        </w:tc>
      </w:tr>
      <w:tr w:rsidR="1030D1EF" w:rsidTr="34AAF34B" w14:paraId="5F4CF77F">
        <w:trPr>
          <w:trHeight w:val="300"/>
        </w:trPr>
        <w:tc>
          <w:tcPr>
            <w:tcW w:w="4063" w:type="dxa"/>
            <w:tcMar/>
            <w:vAlign w:val="center"/>
          </w:tcPr>
          <w:p w:rsidR="1030D1EF" w:rsidP="1030D1EF" w:rsidRDefault="1030D1EF" w14:paraId="6630ABD2" w14:textId="7ECE4B42">
            <w:pPr>
              <w:jc w:val="center"/>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 xml:space="preserve">Business </w:t>
            </w:r>
          </w:p>
        </w:tc>
        <w:tc>
          <w:tcPr>
            <w:tcW w:w="1143" w:type="dxa"/>
            <w:tcMar/>
            <w:vAlign w:val="center"/>
          </w:tcPr>
          <w:p w:rsidR="1030D1EF" w:rsidP="1030D1EF" w:rsidRDefault="1030D1EF" w14:paraId="269B573D" w14:textId="2C4D4E78">
            <w:pPr>
              <w:jc w:val="center"/>
              <w:rPr>
                <w:rFonts w:ascii="Calibri" w:hAnsi="Calibri"/>
                <w:color w:val="000000" w:themeColor="text1" w:themeTint="FF" w:themeShade="FF"/>
                <w:sz w:val="20"/>
                <w:szCs w:val="20"/>
              </w:rPr>
            </w:pPr>
          </w:p>
        </w:tc>
        <w:tc>
          <w:tcPr>
            <w:tcW w:w="1143" w:type="dxa"/>
            <w:tcMar/>
            <w:vAlign w:val="center"/>
          </w:tcPr>
          <w:p w:rsidR="1030D1EF" w:rsidP="1030D1EF" w:rsidRDefault="1030D1EF" w14:paraId="2EF57166" w14:textId="795D932A">
            <w:pPr>
              <w:jc w:val="center"/>
              <w:rPr>
                <w:rFonts w:ascii="Calibri" w:hAnsi="Calibri"/>
                <w:color w:val="000000" w:themeColor="text1" w:themeTint="FF" w:themeShade="FF"/>
                <w:sz w:val="20"/>
                <w:szCs w:val="20"/>
              </w:rPr>
            </w:pPr>
          </w:p>
        </w:tc>
        <w:tc>
          <w:tcPr>
            <w:tcW w:w="1143" w:type="dxa"/>
            <w:tcMar/>
            <w:vAlign w:val="center"/>
          </w:tcPr>
          <w:p w:rsidR="1030D1EF" w:rsidP="1030D1EF" w:rsidRDefault="1030D1EF" w14:paraId="0DF55C09" w14:textId="25EA2E44">
            <w:pPr>
              <w:jc w:val="center"/>
              <w:rPr>
                <w:rFonts w:ascii="Calibri" w:hAnsi="Calibri"/>
                <w:color w:val="000000" w:themeColor="text1" w:themeTint="FF" w:themeShade="FF"/>
                <w:sz w:val="20"/>
                <w:szCs w:val="20"/>
              </w:rPr>
            </w:pPr>
          </w:p>
        </w:tc>
        <w:tc>
          <w:tcPr>
            <w:tcW w:w="1397" w:type="dxa"/>
            <w:tcMar/>
            <w:vAlign w:val="center"/>
          </w:tcPr>
          <w:p w:rsidR="1030D1EF" w:rsidP="1030D1EF" w:rsidRDefault="1030D1EF" w14:paraId="162D5580" w14:textId="43A99C7E">
            <w:pPr>
              <w:jc w:val="center"/>
              <w:rPr>
                <w:rFonts w:ascii="Calibri" w:hAnsi="Calibri"/>
                <w:color w:val="000000" w:themeColor="text1" w:themeTint="FF" w:themeShade="FF"/>
                <w:sz w:val="20"/>
                <w:szCs w:val="20"/>
              </w:rPr>
            </w:pPr>
          </w:p>
        </w:tc>
        <w:tc>
          <w:tcPr>
            <w:tcW w:w="1397" w:type="dxa"/>
            <w:tcMar/>
            <w:vAlign w:val="center"/>
          </w:tcPr>
          <w:p w:rsidR="1030D1EF" w:rsidP="1030D1EF" w:rsidRDefault="1030D1EF" w14:paraId="682AD180" w14:textId="3BD551CF">
            <w:pPr>
              <w:pStyle w:val="Normal"/>
              <w:jc w:val="center"/>
              <w:rPr>
                <w:rFonts w:ascii="Calibri" w:hAnsi="Calibri"/>
                <w:color w:val="000000" w:themeColor="text1" w:themeTint="FF" w:themeShade="FF"/>
                <w:sz w:val="20"/>
                <w:szCs w:val="20"/>
              </w:rPr>
            </w:pPr>
          </w:p>
        </w:tc>
        <w:tc>
          <w:tcPr>
            <w:tcW w:w="1524" w:type="dxa"/>
            <w:tcMar/>
            <w:vAlign w:val="center"/>
          </w:tcPr>
          <w:p w:rsidR="1030D1EF" w:rsidP="1030D1EF" w:rsidRDefault="1030D1EF" w14:paraId="1A3A0884" w14:textId="2290693D">
            <w:pPr>
              <w:jc w:val="center"/>
              <w:rPr>
                <w:rFonts w:ascii="Calibri" w:hAnsi="Calibri"/>
                <w:color w:val="000000" w:themeColor="text1" w:themeTint="FF" w:themeShade="FF"/>
                <w:sz w:val="20"/>
                <w:szCs w:val="20"/>
              </w:rPr>
            </w:pPr>
          </w:p>
        </w:tc>
      </w:tr>
      <w:tr w:rsidR="1030D1EF" w:rsidTr="34AAF34B" w14:paraId="64C0D902">
        <w:trPr>
          <w:trHeight w:val="300"/>
        </w:trPr>
        <w:tc>
          <w:tcPr>
            <w:tcW w:w="4063" w:type="dxa"/>
            <w:tcMar/>
            <w:vAlign w:val="center"/>
          </w:tcPr>
          <w:p w:rsidR="1030D1EF" w:rsidP="1030D1EF" w:rsidRDefault="1030D1EF" w14:paraId="1FDBFB84">
            <w:pPr>
              <w:spacing w:before="40" w:after="40"/>
            </w:pPr>
            <w:r w:rsidRPr="1030D1EF" w:rsidR="1030D1EF">
              <w:rPr>
                <w:rFonts w:ascii="Calibri" w:hAnsi="Calibri"/>
                <w:color w:val="000000" w:themeColor="text1" w:themeTint="FF" w:themeShade="FF"/>
                <w:sz w:val="20"/>
                <w:szCs w:val="20"/>
              </w:rPr>
              <w:t>Higher Certificate in Business Year 1</w:t>
            </w:r>
          </w:p>
        </w:tc>
        <w:tc>
          <w:tcPr>
            <w:tcW w:w="1143" w:type="dxa"/>
            <w:tcMar/>
            <w:vAlign w:val="center"/>
          </w:tcPr>
          <w:p w:rsidR="1030D1EF" w:rsidP="1030D1EF" w:rsidRDefault="1030D1EF" w14:paraId="73DA7D62">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59C316E2">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369467C5">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415C637F">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1674BD4F" w:rsidP="1030D1EF" w:rsidRDefault="1674BD4F" w14:paraId="05AEA294" w14:textId="69AD8CD5">
            <w:pPr>
              <w:pStyle w:val="Normal"/>
              <w:jc w:val="center"/>
              <w:rPr>
                <w:rFonts w:ascii="Calibri" w:hAnsi="Calibri"/>
                <w:color w:val="000000" w:themeColor="text1" w:themeTint="FF" w:themeShade="FF"/>
                <w:sz w:val="20"/>
                <w:szCs w:val="20"/>
              </w:rPr>
            </w:pPr>
            <w:r w:rsidRPr="1030D1EF" w:rsidR="1674BD4F">
              <w:rPr>
                <w:rFonts w:ascii="Calibri" w:hAnsi="Calibri"/>
                <w:color w:val="000000" w:themeColor="text1" w:themeTint="FF" w:themeShade="FF"/>
                <w:sz w:val="20"/>
                <w:szCs w:val="20"/>
              </w:rPr>
              <w:t>5300</w:t>
            </w:r>
          </w:p>
        </w:tc>
        <w:tc>
          <w:tcPr>
            <w:tcW w:w="1524" w:type="dxa"/>
            <w:tcMar/>
            <w:vAlign w:val="center"/>
          </w:tcPr>
          <w:p w:rsidR="1030D1EF" w:rsidP="1030D1EF" w:rsidRDefault="1030D1EF" w14:paraId="445FA52F">
            <w:pPr>
              <w:spacing w:before="40" w:after="40"/>
            </w:pPr>
            <w:r w:rsidRPr="1030D1EF" w:rsidR="1030D1EF">
              <w:rPr>
                <w:rFonts w:ascii="Calibri" w:hAnsi="Calibri"/>
                <w:color w:val="000000" w:themeColor="text1" w:themeTint="FF" w:themeShade="FF"/>
                <w:sz w:val="20"/>
                <w:szCs w:val="20"/>
              </w:rPr>
              <w:t>One year</w:t>
            </w:r>
          </w:p>
        </w:tc>
      </w:tr>
      <w:tr w:rsidR="1030D1EF" w:rsidTr="34AAF34B" w14:paraId="7B15B797">
        <w:trPr>
          <w:trHeight w:val="300"/>
        </w:trPr>
        <w:tc>
          <w:tcPr>
            <w:tcW w:w="4063" w:type="dxa"/>
            <w:tcMar/>
            <w:vAlign w:val="center"/>
          </w:tcPr>
          <w:p w:rsidR="1030D1EF" w:rsidP="1030D1EF" w:rsidRDefault="1030D1EF" w14:paraId="5543D422">
            <w:pPr>
              <w:spacing w:before="40" w:after="40"/>
            </w:pPr>
            <w:r w:rsidRPr="1030D1EF" w:rsidR="1030D1EF">
              <w:rPr>
                <w:rFonts w:ascii="Calibri" w:hAnsi="Calibri"/>
                <w:color w:val="000000" w:themeColor="text1" w:themeTint="FF" w:themeShade="FF"/>
                <w:sz w:val="20"/>
                <w:szCs w:val="20"/>
              </w:rPr>
              <w:t>Higher Certificate in Business Year 2</w:t>
            </w:r>
          </w:p>
        </w:tc>
        <w:tc>
          <w:tcPr>
            <w:tcW w:w="1143" w:type="dxa"/>
            <w:tcMar/>
            <w:vAlign w:val="center"/>
          </w:tcPr>
          <w:p w:rsidR="1030D1EF" w:rsidP="1030D1EF" w:rsidRDefault="1030D1EF" w14:paraId="2610509C">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5D7E7CE1">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06B2DFBA">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6D42157D">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1D557058" w:rsidP="1030D1EF" w:rsidRDefault="1D557058" w14:paraId="6879A255" w14:textId="72CF3AA2">
            <w:pPr>
              <w:pStyle w:val="Normal"/>
              <w:jc w:val="center"/>
              <w:rPr>
                <w:rFonts w:ascii="Calibri" w:hAnsi="Calibri"/>
                <w:color w:val="000000" w:themeColor="text1" w:themeTint="FF" w:themeShade="FF"/>
                <w:sz w:val="20"/>
                <w:szCs w:val="20"/>
              </w:rPr>
            </w:pPr>
            <w:r w:rsidRPr="1030D1EF" w:rsidR="1D557058">
              <w:rPr>
                <w:rFonts w:ascii="Calibri" w:hAnsi="Calibri"/>
                <w:color w:val="000000" w:themeColor="text1" w:themeTint="FF" w:themeShade="FF"/>
                <w:sz w:val="20"/>
                <w:szCs w:val="20"/>
              </w:rPr>
              <w:t>5300</w:t>
            </w:r>
          </w:p>
        </w:tc>
        <w:tc>
          <w:tcPr>
            <w:tcW w:w="1524" w:type="dxa"/>
            <w:tcMar/>
            <w:vAlign w:val="center"/>
          </w:tcPr>
          <w:p w:rsidR="1030D1EF" w:rsidP="1030D1EF" w:rsidRDefault="1030D1EF" w14:paraId="72C97668">
            <w:pPr>
              <w:spacing w:before="40" w:after="40"/>
            </w:pPr>
            <w:r w:rsidRPr="1030D1EF" w:rsidR="1030D1EF">
              <w:rPr>
                <w:rFonts w:ascii="Calibri" w:hAnsi="Calibri"/>
                <w:color w:val="000000" w:themeColor="text1" w:themeTint="FF" w:themeShade="FF"/>
                <w:sz w:val="20"/>
                <w:szCs w:val="20"/>
              </w:rPr>
              <w:t>One year</w:t>
            </w:r>
          </w:p>
        </w:tc>
      </w:tr>
      <w:tr w:rsidR="1030D1EF" w:rsidTr="34AAF34B" w14:paraId="1B0C6C2E">
        <w:trPr>
          <w:trHeight w:val="300"/>
        </w:trPr>
        <w:tc>
          <w:tcPr>
            <w:tcW w:w="4063" w:type="dxa"/>
            <w:tcMar/>
            <w:vAlign w:val="center"/>
          </w:tcPr>
          <w:p w:rsidR="1030D1EF" w:rsidP="1030D1EF" w:rsidRDefault="1030D1EF" w14:paraId="5975CB8A">
            <w:pPr>
              <w:spacing w:before="40" w:after="40"/>
            </w:pPr>
            <w:r w:rsidRPr="1030D1EF" w:rsidR="1030D1EF">
              <w:rPr>
                <w:rFonts w:ascii="Calibri" w:hAnsi="Calibri"/>
                <w:color w:val="000000" w:themeColor="text1" w:themeTint="FF" w:themeShade="FF"/>
                <w:sz w:val="20"/>
                <w:szCs w:val="20"/>
              </w:rPr>
              <w:t>Bachelor of Business Year 3 (add-on)</w:t>
            </w:r>
          </w:p>
        </w:tc>
        <w:tc>
          <w:tcPr>
            <w:tcW w:w="1143" w:type="dxa"/>
            <w:tcMar/>
            <w:vAlign w:val="center"/>
          </w:tcPr>
          <w:p w:rsidR="1030D1EF" w:rsidP="1030D1EF" w:rsidRDefault="1030D1EF" w14:paraId="32487FDA">
            <w:pPr>
              <w:spacing w:before="40" w:after="40"/>
            </w:pPr>
            <w:r w:rsidRPr="1030D1EF" w:rsidR="1030D1EF">
              <w:rPr>
                <w:rFonts w:ascii="Calibri" w:hAnsi="Calibri"/>
                <w:color w:val="000000" w:themeColor="text1" w:themeTint="FF" w:themeShade="FF"/>
                <w:sz w:val="20"/>
                <w:szCs w:val="20"/>
              </w:rPr>
              <w:t>7</w:t>
            </w:r>
          </w:p>
        </w:tc>
        <w:tc>
          <w:tcPr>
            <w:tcW w:w="1143" w:type="dxa"/>
            <w:tcMar/>
            <w:vAlign w:val="center"/>
          </w:tcPr>
          <w:p w:rsidR="1030D1EF" w:rsidP="1030D1EF" w:rsidRDefault="1030D1EF" w14:paraId="6A854FD0">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F03E363">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1CD36947">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4913E515" w:rsidP="1030D1EF" w:rsidRDefault="4913E515" w14:paraId="7ABD486A" w14:textId="45AFCC61">
            <w:pPr>
              <w:pStyle w:val="Normal"/>
              <w:jc w:val="center"/>
              <w:rPr>
                <w:rFonts w:ascii="Calibri" w:hAnsi="Calibri"/>
                <w:color w:val="000000" w:themeColor="text1" w:themeTint="FF" w:themeShade="FF"/>
                <w:sz w:val="20"/>
                <w:szCs w:val="20"/>
              </w:rPr>
            </w:pPr>
            <w:r w:rsidRPr="1030D1EF" w:rsidR="4913E515">
              <w:rPr>
                <w:rFonts w:ascii="Calibri" w:hAnsi="Calibri"/>
                <w:color w:val="000000" w:themeColor="text1" w:themeTint="FF" w:themeShade="FF"/>
                <w:sz w:val="20"/>
                <w:szCs w:val="20"/>
              </w:rPr>
              <w:t>5300</w:t>
            </w:r>
          </w:p>
        </w:tc>
        <w:tc>
          <w:tcPr>
            <w:tcW w:w="1524" w:type="dxa"/>
            <w:tcMar/>
            <w:vAlign w:val="center"/>
          </w:tcPr>
          <w:p w:rsidR="1030D1EF" w:rsidP="1030D1EF" w:rsidRDefault="1030D1EF" w14:paraId="7467E3B5">
            <w:pPr>
              <w:spacing w:before="40" w:after="40"/>
            </w:pPr>
            <w:r w:rsidRPr="1030D1EF" w:rsidR="1030D1EF">
              <w:rPr>
                <w:rFonts w:ascii="Calibri" w:hAnsi="Calibri"/>
                <w:color w:val="000000" w:themeColor="text1" w:themeTint="FF" w:themeShade="FF"/>
                <w:sz w:val="20"/>
                <w:szCs w:val="20"/>
              </w:rPr>
              <w:t>One year</w:t>
            </w:r>
          </w:p>
        </w:tc>
      </w:tr>
      <w:tr w:rsidR="1030D1EF" w:rsidTr="34AAF34B" w14:paraId="16F0246F">
        <w:trPr>
          <w:trHeight w:val="300"/>
        </w:trPr>
        <w:tc>
          <w:tcPr>
            <w:tcW w:w="4063" w:type="dxa"/>
            <w:tcMar/>
            <w:vAlign w:val="center"/>
          </w:tcPr>
          <w:p w:rsidR="1030D1EF" w:rsidP="1030D1EF" w:rsidRDefault="1030D1EF" w14:paraId="394E4F28">
            <w:pPr>
              <w:spacing w:before="40" w:after="40"/>
            </w:pPr>
            <w:r w:rsidRPr="1030D1EF" w:rsidR="1030D1EF">
              <w:rPr>
                <w:rFonts w:ascii="Calibri" w:hAnsi="Calibri"/>
                <w:color w:val="000000" w:themeColor="text1" w:themeTint="FF" w:themeShade="FF"/>
                <w:sz w:val="20"/>
                <w:szCs w:val="20"/>
              </w:rPr>
              <w:t>Bachelor of Business (</w:t>
            </w:r>
            <w:r w:rsidRPr="1030D1EF" w:rsidR="1030D1EF">
              <w:rPr>
                <w:rFonts w:ascii="Calibri" w:hAnsi="Calibri"/>
                <w:color w:val="000000" w:themeColor="text1" w:themeTint="FF" w:themeShade="FF"/>
                <w:sz w:val="20"/>
                <w:szCs w:val="20"/>
              </w:rPr>
              <w:t>Honours</w:t>
            </w:r>
            <w:r w:rsidRPr="1030D1EF" w:rsidR="1030D1EF">
              <w:rPr>
                <w:rFonts w:ascii="Calibri" w:hAnsi="Calibri"/>
                <w:color w:val="000000" w:themeColor="text1" w:themeTint="FF" w:themeShade="FF"/>
                <w:sz w:val="20"/>
                <w:szCs w:val="20"/>
              </w:rPr>
              <w:t>) Year 4 (add-on)</w:t>
            </w:r>
          </w:p>
        </w:tc>
        <w:tc>
          <w:tcPr>
            <w:tcW w:w="1143" w:type="dxa"/>
            <w:tcMar/>
            <w:vAlign w:val="center"/>
          </w:tcPr>
          <w:p w:rsidR="1030D1EF" w:rsidP="1030D1EF" w:rsidRDefault="1030D1EF" w14:paraId="7A86446C">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0E6F7BA7">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0F136313">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7737274">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135FF310" w:rsidP="1030D1EF" w:rsidRDefault="135FF310" w14:paraId="24E0C7AA" w14:textId="446E2E6A">
            <w:pPr>
              <w:pStyle w:val="Normal"/>
              <w:jc w:val="center"/>
              <w:rPr>
                <w:rFonts w:ascii="Calibri" w:hAnsi="Calibri"/>
                <w:color w:val="000000" w:themeColor="text1" w:themeTint="FF" w:themeShade="FF"/>
                <w:sz w:val="20"/>
                <w:szCs w:val="20"/>
              </w:rPr>
            </w:pPr>
            <w:r w:rsidRPr="1030D1EF" w:rsidR="135FF310">
              <w:rPr>
                <w:rFonts w:ascii="Calibri" w:hAnsi="Calibri"/>
                <w:color w:val="000000" w:themeColor="text1" w:themeTint="FF" w:themeShade="FF"/>
                <w:sz w:val="20"/>
                <w:szCs w:val="20"/>
              </w:rPr>
              <w:t>5300</w:t>
            </w:r>
          </w:p>
        </w:tc>
        <w:tc>
          <w:tcPr>
            <w:tcW w:w="1524" w:type="dxa"/>
            <w:tcMar/>
            <w:vAlign w:val="center"/>
          </w:tcPr>
          <w:p w:rsidR="1030D1EF" w:rsidP="1030D1EF" w:rsidRDefault="1030D1EF" w14:paraId="214C3323">
            <w:pPr>
              <w:spacing w:before="40" w:after="40"/>
            </w:pPr>
            <w:r w:rsidRPr="1030D1EF" w:rsidR="1030D1EF">
              <w:rPr>
                <w:rFonts w:ascii="Calibri" w:hAnsi="Calibri"/>
                <w:color w:val="000000" w:themeColor="text1" w:themeTint="FF" w:themeShade="FF"/>
                <w:sz w:val="20"/>
                <w:szCs w:val="20"/>
              </w:rPr>
              <w:t>One year</w:t>
            </w:r>
          </w:p>
        </w:tc>
      </w:tr>
      <w:tr w:rsidR="1030D1EF" w:rsidTr="34AAF34B" w14:paraId="62A956D8">
        <w:trPr>
          <w:trHeight w:val="300"/>
        </w:trPr>
        <w:tc>
          <w:tcPr>
            <w:tcW w:w="4063" w:type="dxa"/>
            <w:tcMar/>
            <w:vAlign w:val="center"/>
          </w:tcPr>
          <w:p w:rsidR="1030D1EF" w:rsidP="1030D1EF" w:rsidRDefault="1030D1EF" w14:paraId="4C7F4921" w14:textId="72C1F8E3">
            <w:pPr>
              <w:spacing w:before="40" w:after="40"/>
            </w:pPr>
            <w:r w:rsidRPr="1030D1EF" w:rsidR="1030D1EF">
              <w:rPr>
                <w:rFonts w:ascii="Calibri" w:hAnsi="Calibri"/>
                <w:color w:val="000000" w:themeColor="text1" w:themeTint="FF" w:themeShade="FF"/>
                <w:sz w:val="20"/>
                <w:szCs w:val="20"/>
              </w:rPr>
              <w:t xml:space="preserve">Bachelor of </w:t>
            </w:r>
            <w:r w:rsidRPr="1030D1EF" w:rsidR="1030D1EF">
              <w:rPr>
                <w:rFonts w:ascii="Calibri" w:hAnsi="Calibri"/>
                <w:color w:val="000000" w:themeColor="text1" w:themeTint="FF" w:themeShade="FF"/>
                <w:sz w:val="20"/>
                <w:szCs w:val="20"/>
              </w:rPr>
              <w:t xml:space="preserve">law </w:t>
            </w:r>
            <w:r w:rsidRPr="1030D1EF" w:rsidR="1030D1EF">
              <w:rPr>
                <w:rFonts w:ascii="Calibri" w:hAnsi="Calibri"/>
                <w:color w:val="000000" w:themeColor="text1" w:themeTint="FF" w:themeShade="FF"/>
                <w:sz w:val="20"/>
                <w:szCs w:val="20"/>
              </w:rPr>
              <w:t>(</w:t>
            </w:r>
            <w:r w:rsidRPr="1030D1EF" w:rsidR="1030D1EF">
              <w:rPr>
                <w:rFonts w:ascii="Calibri" w:hAnsi="Calibri"/>
                <w:color w:val="000000" w:themeColor="text1" w:themeTint="FF" w:themeShade="FF"/>
                <w:sz w:val="20"/>
                <w:szCs w:val="20"/>
              </w:rPr>
              <w:t>Honours</w:t>
            </w:r>
            <w:r w:rsidRPr="1030D1EF" w:rsidR="1030D1EF">
              <w:rPr>
                <w:rFonts w:ascii="Calibri" w:hAnsi="Calibri"/>
                <w:color w:val="000000" w:themeColor="text1" w:themeTint="FF" w:themeShade="FF"/>
                <w:sz w:val="20"/>
                <w:szCs w:val="20"/>
              </w:rPr>
              <w:t>) - Year 1 (ab-initio)</w:t>
            </w:r>
          </w:p>
        </w:tc>
        <w:tc>
          <w:tcPr>
            <w:tcW w:w="1143" w:type="dxa"/>
            <w:tcMar/>
            <w:vAlign w:val="center"/>
          </w:tcPr>
          <w:p w:rsidR="1030D1EF" w:rsidP="1030D1EF" w:rsidRDefault="1030D1EF" w14:paraId="008AA7E5">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6CE86D95">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3CFC06ED">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276CA36E">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9BB700E" w:rsidP="1030D1EF" w:rsidRDefault="09BB700E" w14:paraId="2FCD3BC9" w14:textId="6C5B7AC0">
            <w:pPr>
              <w:pStyle w:val="Normal"/>
              <w:jc w:val="center"/>
              <w:rPr>
                <w:rFonts w:ascii="Calibri" w:hAnsi="Calibri"/>
                <w:color w:val="000000" w:themeColor="text1" w:themeTint="FF" w:themeShade="FF"/>
                <w:sz w:val="20"/>
                <w:szCs w:val="20"/>
              </w:rPr>
            </w:pPr>
            <w:r w:rsidRPr="1030D1EF" w:rsidR="09BB700E">
              <w:rPr>
                <w:rFonts w:ascii="Calibri" w:hAnsi="Calibri"/>
                <w:color w:val="000000" w:themeColor="text1" w:themeTint="FF" w:themeShade="FF"/>
                <w:sz w:val="20"/>
                <w:szCs w:val="20"/>
              </w:rPr>
              <w:t>5300</w:t>
            </w:r>
          </w:p>
        </w:tc>
        <w:tc>
          <w:tcPr>
            <w:tcW w:w="1524" w:type="dxa"/>
            <w:tcMar/>
            <w:vAlign w:val="center"/>
          </w:tcPr>
          <w:p w:rsidR="1030D1EF" w:rsidP="1030D1EF" w:rsidRDefault="1030D1EF" w14:paraId="1F1FE48B">
            <w:pPr>
              <w:spacing w:before="40" w:after="40"/>
            </w:pPr>
            <w:r w:rsidRPr="1030D1EF" w:rsidR="1030D1EF">
              <w:rPr>
                <w:rFonts w:ascii="Calibri" w:hAnsi="Calibri"/>
                <w:color w:val="000000" w:themeColor="text1" w:themeTint="FF" w:themeShade="FF"/>
                <w:sz w:val="20"/>
                <w:szCs w:val="20"/>
              </w:rPr>
              <w:t>Year 1 of a 4-year Ab-initio</w:t>
            </w:r>
          </w:p>
        </w:tc>
      </w:tr>
      <w:tr w:rsidR="1030D1EF" w:rsidTr="34AAF34B" w14:paraId="68486433">
        <w:trPr>
          <w:trHeight w:val="300"/>
        </w:trPr>
        <w:tc>
          <w:tcPr>
            <w:tcW w:w="4063" w:type="dxa"/>
            <w:tcMar/>
            <w:vAlign w:val="center"/>
          </w:tcPr>
          <w:p w:rsidR="1030D1EF" w:rsidP="1030D1EF" w:rsidRDefault="1030D1EF" w14:paraId="12EECA3C" w14:textId="55E9CB34">
            <w:pPr>
              <w:jc w:val="center"/>
              <w:rPr>
                <w:rFonts w:ascii="Calibri" w:hAnsi="Calibri"/>
                <w:color w:val="000000" w:themeColor="text1" w:themeTint="FF" w:themeShade="FF"/>
                <w:sz w:val="20"/>
                <w:szCs w:val="20"/>
              </w:rPr>
            </w:pPr>
            <w:r w:rsidRPr="1030D1EF" w:rsidR="1030D1EF">
              <w:rPr>
                <w:rFonts w:ascii="Calibri" w:hAnsi="Calibri"/>
                <w:color w:val="000000" w:themeColor="text1" w:themeTint="FF" w:themeShade="FF"/>
                <w:sz w:val="20"/>
                <w:szCs w:val="20"/>
              </w:rPr>
              <w:t xml:space="preserve">Quality </w:t>
            </w:r>
          </w:p>
        </w:tc>
        <w:tc>
          <w:tcPr>
            <w:tcW w:w="1143" w:type="dxa"/>
            <w:tcMar/>
            <w:vAlign w:val="center"/>
          </w:tcPr>
          <w:p w:rsidR="1030D1EF" w:rsidP="1030D1EF" w:rsidRDefault="1030D1EF" w14:paraId="3DFE7E45" w14:textId="451FD963">
            <w:pPr>
              <w:rPr>
                <w:rFonts w:ascii="Calibri" w:hAnsi="Calibri"/>
                <w:color w:val="000000" w:themeColor="text1" w:themeTint="FF" w:themeShade="FF"/>
                <w:sz w:val="20"/>
                <w:szCs w:val="20"/>
              </w:rPr>
            </w:pPr>
          </w:p>
        </w:tc>
        <w:tc>
          <w:tcPr>
            <w:tcW w:w="1143" w:type="dxa"/>
            <w:tcMar/>
            <w:vAlign w:val="center"/>
          </w:tcPr>
          <w:p w:rsidR="1030D1EF" w:rsidP="1030D1EF" w:rsidRDefault="1030D1EF" w14:paraId="26E1D409" w14:textId="23263667">
            <w:pPr>
              <w:rPr>
                <w:rFonts w:ascii="Calibri" w:hAnsi="Calibri"/>
                <w:color w:val="000000" w:themeColor="text1" w:themeTint="FF" w:themeShade="FF"/>
                <w:sz w:val="20"/>
                <w:szCs w:val="20"/>
              </w:rPr>
            </w:pPr>
          </w:p>
        </w:tc>
        <w:tc>
          <w:tcPr>
            <w:tcW w:w="1143" w:type="dxa"/>
            <w:tcMar/>
            <w:vAlign w:val="center"/>
          </w:tcPr>
          <w:p w:rsidR="1030D1EF" w:rsidP="1030D1EF" w:rsidRDefault="1030D1EF" w14:paraId="5F1A9976" w14:textId="10D770F4">
            <w:pPr>
              <w:rPr>
                <w:rFonts w:ascii="Calibri" w:hAnsi="Calibri"/>
                <w:color w:val="000000" w:themeColor="text1" w:themeTint="FF" w:themeShade="FF"/>
                <w:sz w:val="20"/>
                <w:szCs w:val="20"/>
              </w:rPr>
            </w:pPr>
          </w:p>
        </w:tc>
        <w:tc>
          <w:tcPr>
            <w:tcW w:w="1397" w:type="dxa"/>
            <w:tcMar/>
            <w:vAlign w:val="center"/>
          </w:tcPr>
          <w:p w:rsidR="1030D1EF" w:rsidP="1030D1EF" w:rsidRDefault="1030D1EF" w14:paraId="29B806D0" w14:textId="74215B3B">
            <w:pPr>
              <w:rPr>
                <w:rFonts w:ascii="Calibri" w:hAnsi="Calibri"/>
                <w:color w:val="000000" w:themeColor="text1" w:themeTint="FF" w:themeShade="FF"/>
                <w:sz w:val="20"/>
                <w:szCs w:val="20"/>
              </w:rPr>
            </w:pPr>
          </w:p>
        </w:tc>
        <w:tc>
          <w:tcPr>
            <w:tcW w:w="1397" w:type="dxa"/>
            <w:tcMar/>
            <w:vAlign w:val="center"/>
          </w:tcPr>
          <w:p w:rsidR="1030D1EF" w:rsidP="1030D1EF" w:rsidRDefault="1030D1EF" w14:paraId="4B95CC73" w14:textId="39DA1BF4">
            <w:pPr>
              <w:pStyle w:val="Normal"/>
              <w:jc w:val="center"/>
              <w:rPr>
                <w:rFonts w:ascii="Calibri" w:hAnsi="Calibri"/>
                <w:color w:val="000000" w:themeColor="text1" w:themeTint="FF" w:themeShade="FF"/>
                <w:sz w:val="20"/>
                <w:szCs w:val="20"/>
              </w:rPr>
            </w:pPr>
          </w:p>
        </w:tc>
        <w:tc>
          <w:tcPr>
            <w:tcW w:w="1524" w:type="dxa"/>
            <w:tcMar/>
            <w:vAlign w:val="center"/>
          </w:tcPr>
          <w:p w:rsidR="1030D1EF" w:rsidP="1030D1EF" w:rsidRDefault="1030D1EF" w14:paraId="27F0C4AC" w14:textId="6D837605">
            <w:pPr>
              <w:rPr>
                <w:rFonts w:ascii="Calibri" w:hAnsi="Calibri"/>
                <w:color w:val="000000" w:themeColor="text1" w:themeTint="FF" w:themeShade="FF"/>
                <w:sz w:val="20"/>
                <w:szCs w:val="20"/>
              </w:rPr>
            </w:pPr>
          </w:p>
        </w:tc>
      </w:tr>
      <w:tr w:rsidR="1030D1EF" w:rsidTr="34AAF34B" w14:paraId="0E1982E7">
        <w:trPr>
          <w:trHeight w:val="300"/>
        </w:trPr>
        <w:tc>
          <w:tcPr>
            <w:tcW w:w="4063" w:type="dxa"/>
            <w:tcMar/>
            <w:vAlign w:val="center"/>
          </w:tcPr>
          <w:p w:rsidR="1030D1EF" w:rsidP="1030D1EF" w:rsidRDefault="1030D1EF" w14:paraId="214DF929">
            <w:pPr>
              <w:spacing w:before="40" w:after="40"/>
            </w:pPr>
            <w:r w:rsidRPr="1030D1EF" w:rsidR="1030D1EF">
              <w:rPr>
                <w:rFonts w:ascii="Calibri" w:hAnsi="Calibri"/>
                <w:color w:val="000000" w:themeColor="text1" w:themeTint="FF" w:themeShade="FF"/>
                <w:sz w:val="20"/>
                <w:szCs w:val="20"/>
              </w:rPr>
              <w:t>Certificate in Operations, Quality and Lean Management</w:t>
            </w:r>
          </w:p>
        </w:tc>
        <w:tc>
          <w:tcPr>
            <w:tcW w:w="1143" w:type="dxa"/>
            <w:tcMar/>
            <w:vAlign w:val="center"/>
          </w:tcPr>
          <w:p w:rsidR="1030D1EF" w:rsidP="1030D1EF" w:rsidRDefault="1030D1EF" w14:paraId="656CCCA5">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4563C7F6">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0962D11">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56334FBD">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24B77E94" w:rsidP="1030D1EF" w:rsidRDefault="24B77E94" w14:paraId="2015A012" w14:textId="61984270">
            <w:pPr>
              <w:pStyle w:val="Normal"/>
              <w:jc w:val="center"/>
              <w:rPr>
                <w:rFonts w:ascii="Calibri" w:hAnsi="Calibri"/>
                <w:color w:val="000000" w:themeColor="text1" w:themeTint="FF" w:themeShade="FF"/>
                <w:sz w:val="20"/>
                <w:szCs w:val="20"/>
              </w:rPr>
            </w:pPr>
            <w:r w:rsidRPr="1030D1EF" w:rsidR="24B77E94">
              <w:rPr>
                <w:rFonts w:ascii="Calibri" w:hAnsi="Calibri"/>
                <w:color w:val="000000" w:themeColor="text1" w:themeTint="FF" w:themeShade="FF"/>
                <w:sz w:val="20"/>
                <w:szCs w:val="20"/>
              </w:rPr>
              <w:t>5300</w:t>
            </w:r>
          </w:p>
        </w:tc>
        <w:tc>
          <w:tcPr>
            <w:tcW w:w="1524" w:type="dxa"/>
            <w:tcMar/>
            <w:vAlign w:val="center"/>
          </w:tcPr>
          <w:p w:rsidR="1030D1EF" w:rsidP="1030D1EF" w:rsidRDefault="1030D1EF" w14:paraId="53EBA6AC">
            <w:pPr>
              <w:spacing w:before="40" w:after="40"/>
            </w:pPr>
            <w:r w:rsidRPr="1030D1EF" w:rsidR="1030D1EF">
              <w:rPr>
                <w:rFonts w:ascii="Calibri" w:hAnsi="Calibri"/>
                <w:color w:val="000000" w:themeColor="text1" w:themeTint="FF" w:themeShade="FF"/>
                <w:sz w:val="20"/>
                <w:szCs w:val="20"/>
              </w:rPr>
              <w:t>One year</w:t>
            </w:r>
          </w:p>
        </w:tc>
      </w:tr>
      <w:tr w:rsidR="1030D1EF" w:rsidTr="34AAF34B" w14:paraId="259775E4">
        <w:trPr>
          <w:trHeight w:val="300"/>
        </w:trPr>
        <w:tc>
          <w:tcPr>
            <w:tcW w:w="4063" w:type="dxa"/>
            <w:tcMar/>
            <w:vAlign w:val="center"/>
          </w:tcPr>
          <w:p w:rsidR="1030D1EF" w:rsidP="1030D1EF" w:rsidRDefault="1030D1EF" w14:paraId="6A719E67">
            <w:pPr>
              <w:spacing w:before="40" w:after="40"/>
            </w:pPr>
            <w:r w:rsidRPr="1030D1EF" w:rsidR="1030D1EF">
              <w:rPr>
                <w:rFonts w:ascii="Calibri" w:hAnsi="Calibri"/>
                <w:color w:val="000000" w:themeColor="text1" w:themeTint="FF" w:themeShade="FF"/>
                <w:sz w:val="20"/>
                <w:szCs w:val="20"/>
              </w:rPr>
              <w:t>Higher Certificate in Operations, Quality and Lean Management – Year 2</w:t>
            </w:r>
          </w:p>
        </w:tc>
        <w:tc>
          <w:tcPr>
            <w:tcW w:w="1143" w:type="dxa"/>
            <w:tcMar/>
            <w:vAlign w:val="center"/>
          </w:tcPr>
          <w:p w:rsidR="1030D1EF" w:rsidP="1030D1EF" w:rsidRDefault="1030D1EF" w14:paraId="6C983281">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1556DC5A">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598713A2">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697C1A81">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88ABCE6" w:rsidP="1030D1EF" w:rsidRDefault="088ABCE6" w14:paraId="2B6F4674" w14:textId="57A8FD05">
            <w:pPr>
              <w:pStyle w:val="Normal"/>
              <w:jc w:val="center"/>
              <w:rPr>
                <w:rFonts w:ascii="Calibri" w:hAnsi="Calibri"/>
                <w:color w:val="000000" w:themeColor="text1" w:themeTint="FF" w:themeShade="FF"/>
                <w:sz w:val="20"/>
                <w:szCs w:val="20"/>
              </w:rPr>
            </w:pPr>
            <w:r w:rsidRPr="1030D1EF" w:rsidR="088ABCE6">
              <w:rPr>
                <w:rFonts w:ascii="Calibri" w:hAnsi="Calibri"/>
                <w:color w:val="000000" w:themeColor="text1" w:themeTint="FF" w:themeShade="FF"/>
                <w:sz w:val="20"/>
                <w:szCs w:val="20"/>
              </w:rPr>
              <w:t>5300</w:t>
            </w:r>
          </w:p>
        </w:tc>
        <w:tc>
          <w:tcPr>
            <w:tcW w:w="1524" w:type="dxa"/>
            <w:tcMar/>
            <w:vAlign w:val="center"/>
          </w:tcPr>
          <w:p w:rsidR="1030D1EF" w:rsidP="1030D1EF" w:rsidRDefault="1030D1EF" w14:paraId="4336DBA5">
            <w:pPr>
              <w:spacing w:before="40" w:after="40"/>
            </w:pPr>
            <w:r w:rsidRPr="1030D1EF" w:rsidR="1030D1EF">
              <w:rPr>
                <w:rFonts w:ascii="Calibri" w:hAnsi="Calibri"/>
                <w:color w:val="000000" w:themeColor="text1" w:themeTint="FF" w:themeShade="FF"/>
                <w:sz w:val="20"/>
                <w:szCs w:val="20"/>
              </w:rPr>
              <w:t>One year</w:t>
            </w:r>
          </w:p>
        </w:tc>
      </w:tr>
      <w:tr w:rsidR="1030D1EF" w:rsidTr="34AAF34B" w14:paraId="3F2D5E12">
        <w:trPr>
          <w:trHeight w:val="300"/>
        </w:trPr>
        <w:tc>
          <w:tcPr>
            <w:tcW w:w="4063" w:type="dxa"/>
            <w:tcMar/>
            <w:vAlign w:val="center"/>
          </w:tcPr>
          <w:p w:rsidR="1030D1EF" w:rsidP="1030D1EF" w:rsidRDefault="1030D1EF" w14:paraId="61FFFCB5">
            <w:pPr>
              <w:spacing w:before="40" w:after="40"/>
            </w:pPr>
            <w:r w:rsidRPr="1030D1EF" w:rsidR="1030D1EF">
              <w:rPr>
                <w:rFonts w:ascii="Calibri" w:hAnsi="Calibri"/>
                <w:color w:val="000000" w:themeColor="text1" w:themeTint="FF" w:themeShade="FF"/>
                <w:sz w:val="20"/>
                <w:szCs w:val="20"/>
              </w:rPr>
              <w:t>Bachelor of Science in Quality and Lean Management</w:t>
            </w:r>
          </w:p>
        </w:tc>
        <w:tc>
          <w:tcPr>
            <w:tcW w:w="1143" w:type="dxa"/>
            <w:tcMar/>
            <w:vAlign w:val="center"/>
          </w:tcPr>
          <w:p w:rsidR="1030D1EF" w:rsidP="1030D1EF" w:rsidRDefault="1030D1EF" w14:paraId="3411636D">
            <w:pPr>
              <w:spacing w:before="40" w:after="40"/>
            </w:pPr>
            <w:r w:rsidRPr="1030D1EF" w:rsidR="1030D1EF">
              <w:rPr>
                <w:rFonts w:ascii="Calibri" w:hAnsi="Calibri"/>
                <w:color w:val="000000" w:themeColor="text1" w:themeTint="FF" w:themeShade="FF"/>
                <w:sz w:val="20"/>
                <w:szCs w:val="20"/>
              </w:rPr>
              <w:t>7</w:t>
            </w:r>
          </w:p>
        </w:tc>
        <w:tc>
          <w:tcPr>
            <w:tcW w:w="1143" w:type="dxa"/>
            <w:tcMar/>
            <w:vAlign w:val="center"/>
          </w:tcPr>
          <w:p w:rsidR="1030D1EF" w:rsidP="1030D1EF" w:rsidRDefault="1030D1EF" w14:paraId="3F7944E6">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5DE6B39">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3CB0D3B6">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EB77481" w:rsidP="1030D1EF" w:rsidRDefault="0EB77481" w14:paraId="162BCAE3" w14:textId="260E853D">
            <w:pPr>
              <w:pStyle w:val="Normal"/>
              <w:jc w:val="center"/>
              <w:rPr>
                <w:rFonts w:ascii="Calibri" w:hAnsi="Calibri"/>
                <w:color w:val="000000" w:themeColor="text1" w:themeTint="FF" w:themeShade="FF"/>
                <w:sz w:val="20"/>
                <w:szCs w:val="20"/>
              </w:rPr>
            </w:pPr>
            <w:r w:rsidRPr="1030D1EF" w:rsidR="0EB77481">
              <w:rPr>
                <w:rFonts w:ascii="Calibri" w:hAnsi="Calibri"/>
                <w:color w:val="000000" w:themeColor="text1" w:themeTint="FF" w:themeShade="FF"/>
                <w:sz w:val="20"/>
                <w:szCs w:val="20"/>
              </w:rPr>
              <w:t>5300</w:t>
            </w:r>
          </w:p>
        </w:tc>
        <w:tc>
          <w:tcPr>
            <w:tcW w:w="1524" w:type="dxa"/>
            <w:tcMar/>
            <w:vAlign w:val="center"/>
          </w:tcPr>
          <w:p w:rsidR="1030D1EF" w:rsidP="1030D1EF" w:rsidRDefault="1030D1EF" w14:paraId="2EDE2823">
            <w:pPr>
              <w:spacing w:before="40" w:after="40"/>
            </w:pPr>
            <w:r w:rsidRPr="1030D1EF" w:rsidR="1030D1EF">
              <w:rPr>
                <w:rFonts w:ascii="Calibri" w:hAnsi="Calibri"/>
                <w:color w:val="000000" w:themeColor="text1" w:themeTint="FF" w:themeShade="FF"/>
                <w:sz w:val="20"/>
                <w:szCs w:val="20"/>
              </w:rPr>
              <w:t>One year</w:t>
            </w:r>
          </w:p>
        </w:tc>
      </w:tr>
      <w:tr w:rsidR="1030D1EF" w:rsidTr="34AAF34B" w14:paraId="68FD6637">
        <w:trPr>
          <w:trHeight w:val="300"/>
        </w:trPr>
        <w:tc>
          <w:tcPr>
            <w:tcW w:w="4063" w:type="dxa"/>
            <w:tcMar/>
            <w:vAlign w:val="center"/>
          </w:tcPr>
          <w:p w:rsidR="1030D1EF" w:rsidP="1030D1EF" w:rsidRDefault="1030D1EF" w14:paraId="27B0D121">
            <w:pPr>
              <w:spacing w:before="40" w:after="40"/>
            </w:pPr>
            <w:r w:rsidRPr="1030D1EF" w:rsidR="1030D1EF">
              <w:rPr>
                <w:rFonts w:ascii="Calibri" w:hAnsi="Calibri"/>
                <w:color w:val="000000" w:themeColor="text1" w:themeTint="FF" w:themeShade="FF"/>
                <w:sz w:val="20"/>
                <w:szCs w:val="20"/>
              </w:rPr>
              <w:t>Bachelor of Science (</w:t>
            </w:r>
            <w:r w:rsidRPr="1030D1EF" w:rsidR="1030D1EF">
              <w:rPr>
                <w:rFonts w:ascii="Calibri" w:hAnsi="Calibri"/>
                <w:color w:val="000000" w:themeColor="text1" w:themeTint="FF" w:themeShade="FF"/>
                <w:sz w:val="20"/>
                <w:szCs w:val="20"/>
              </w:rPr>
              <w:t>Honours</w:t>
            </w:r>
            <w:r w:rsidRPr="1030D1EF" w:rsidR="1030D1EF">
              <w:rPr>
                <w:rFonts w:ascii="Calibri" w:hAnsi="Calibri"/>
                <w:color w:val="000000" w:themeColor="text1" w:themeTint="FF" w:themeShade="FF"/>
                <w:sz w:val="20"/>
                <w:szCs w:val="20"/>
              </w:rPr>
              <w:t>) in Quality and Lean Management</w:t>
            </w:r>
          </w:p>
        </w:tc>
        <w:tc>
          <w:tcPr>
            <w:tcW w:w="1143" w:type="dxa"/>
            <w:tcMar/>
            <w:vAlign w:val="center"/>
          </w:tcPr>
          <w:p w:rsidR="1030D1EF" w:rsidP="1030D1EF" w:rsidRDefault="1030D1EF" w14:paraId="632016AD">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6A173602">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049B777">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3B357FB">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54A49212" w:rsidP="1030D1EF" w:rsidRDefault="54A49212" w14:paraId="50DC42E1" w14:textId="5E14EEEE">
            <w:pPr>
              <w:pStyle w:val="Normal"/>
              <w:jc w:val="center"/>
              <w:rPr>
                <w:rFonts w:ascii="Calibri" w:hAnsi="Calibri"/>
                <w:color w:val="000000" w:themeColor="text1" w:themeTint="FF" w:themeShade="FF"/>
                <w:sz w:val="20"/>
                <w:szCs w:val="20"/>
              </w:rPr>
            </w:pPr>
            <w:r w:rsidRPr="1030D1EF" w:rsidR="54A49212">
              <w:rPr>
                <w:rFonts w:ascii="Calibri" w:hAnsi="Calibri"/>
                <w:color w:val="000000" w:themeColor="text1" w:themeTint="FF" w:themeShade="FF"/>
                <w:sz w:val="20"/>
                <w:szCs w:val="20"/>
              </w:rPr>
              <w:t>5300</w:t>
            </w:r>
          </w:p>
        </w:tc>
        <w:tc>
          <w:tcPr>
            <w:tcW w:w="1524" w:type="dxa"/>
            <w:tcMar/>
            <w:vAlign w:val="center"/>
          </w:tcPr>
          <w:p w:rsidR="1030D1EF" w:rsidP="1030D1EF" w:rsidRDefault="1030D1EF" w14:paraId="20388B41">
            <w:pPr>
              <w:spacing w:before="40" w:after="40"/>
            </w:pPr>
            <w:r w:rsidRPr="1030D1EF" w:rsidR="1030D1EF">
              <w:rPr>
                <w:rFonts w:ascii="Calibri" w:hAnsi="Calibri"/>
                <w:color w:val="000000" w:themeColor="text1" w:themeTint="FF" w:themeShade="FF"/>
                <w:sz w:val="20"/>
                <w:szCs w:val="20"/>
              </w:rPr>
              <w:t>One year</w:t>
            </w:r>
          </w:p>
        </w:tc>
      </w:tr>
      <w:tr w:rsidR="1030D1EF" w:rsidTr="34AAF34B" w14:paraId="2A5B8A78">
        <w:trPr>
          <w:trHeight w:val="300"/>
        </w:trPr>
        <w:tc>
          <w:tcPr>
            <w:tcW w:w="4063" w:type="dxa"/>
            <w:tcMar/>
            <w:vAlign w:val="center"/>
          </w:tcPr>
          <w:p w:rsidR="1030D1EF" w:rsidP="1030D1EF" w:rsidRDefault="1030D1EF" w14:paraId="7E09C3E2" w14:textId="6C24F695">
            <w:pPr>
              <w:jc w:val="center"/>
              <w:rPr>
                <w:rFonts w:ascii="Calibri" w:hAnsi="Calibri"/>
                <w:b w:val="1"/>
                <w:bCs w:val="1"/>
                <w:color w:val="000000" w:themeColor="text1" w:themeTint="FF" w:themeShade="FF"/>
                <w:sz w:val="20"/>
                <w:szCs w:val="20"/>
              </w:rPr>
            </w:pPr>
            <w:r w:rsidRPr="1030D1EF" w:rsidR="1030D1EF">
              <w:rPr>
                <w:rFonts w:ascii="Calibri" w:hAnsi="Calibri"/>
                <w:b w:val="1"/>
                <w:bCs w:val="1"/>
                <w:color w:val="000000" w:themeColor="text1" w:themeTint="FF" w:themeShade="FF"/>
                <w:sz w:val="20"/>
                <w:szCs w:val="20"/>
              </w:rPr>
              <w:t>HRM</w:t>
            </w:r>
          </w:p>
        </w:tc>
        <w:tc>
          <w:tcPr>
            <w:tcW w:w="1143" w:type="dxa"/>
            <w:tcMar/>
            <w:vAlign w:val="center"/>
          </w:tcPr>
          <w:p w:rsidR="1030D1EF" w:rsidP="1030D1EF" w:rsidRDefault="1030D1EF" w14:paraId="2D5768D2" w14:textId="2892358E">
            <w:pPr>
              <w:rPr>
                <w:rFonts w:ascii="Calibri" w:hAnsi="Calibri"/>
                <w:color w:val="000000" w:themeColor="text1" w:themeTint="FF" w:themeShade="FF"/>
                <w:sz w:val="20"/>
                <w:szCs w:val="20"/>
              </w:rPr>
            </w:pPr>
          </w:p>
        </w:tc>
        <w:tc>
          <w:tcPr>
            <w:tcW w:w="1143" w:type="dxa"/>
            <w:tcMar/>
            <w:vAlign w:val="center"/>
          </w:tcPr>
          <w:p w:rsidR="1030D1EF" w:rsidP="1030D1EF" w:rsidRDefault="1030D1EF" w14:paraId="4B6B1524" w14:textId="353E7D75">
            <w:pPr>
              <w:rPr>
                <w:rFonts w:ascii="Calibri" w:hAnsi="Calibri"/>
                <w:color w:val="000000" w:themeColor="text1" w:themeTint="FF" w:themeShade="FF"/>
                <w:sz w:val="20"/>
                <w:szCs w:val="20"/>
              </w:rPr>
            </w:pPr>
          </w:p>
        </w:tc>
        <w:tc>
          <w:tcPr>
            <w:tcW w:w="1143" w:type="dxa"/>
            <w:tcMar/>
            <w:vAlign w:val="center"/>
          </w:tcPr>
          <w:p w:rsidR="1030D1EF" w:rsidP="1030D1EF" w:rsidRDefault="1030D1EF" w14:paraId="449C6353" w14:textId="6DF8353C">
            <w:pPr>
              <w:rPr>
                <w:rFonts w:ascii="Calibri" w:hAnsi="Calibri"/>
                <w:color w:val="000000" w:themeColor="text1" w:themeTint="FF" w:themeShade="FF"/>
                <w:sz w:val="20"/>
                <w:szCs w:val="20"/>
              </w:rPr>
            </w:pPr>
          </w:p>
        </w:tc>
        <w:tc>
          <w:tcPr>
            <w:tcW w:w="1397" w:type="dxa"/>
            <w:tcMar/>
            <w:vAlign w:val="center"/>
          </w:tcPr>
          <w:p w:rsidR="1030D1EF" w:rsidP="1030D1EF" w:rsidRDefault="1030D1EF" w14:paraId="34076EFE" w14:textId="55DBDAE7">
            <w:pPr>
              <w:rPr>
                <w:rFonts w:ascii="Calibri" w:hAnsi="Calibri"/>
                <w:color w:val="000000" w:themeColor="text1" w:themeTint="FF" w:themeShade="FF"/>
                <w:sz w:val="20"/>
                <w:szCs w:val="20"/>
              </w:rPr>
            </w:pPr>
          </w:p>
        </w:tc>
        <w:tc>
          <w:tcPr>
            <w:tcW w:w="1397" w:type="dxa"/>
            <w:tcMar/>
            <w:vAlign w:val="center"/>
          </w:tcPr>
          <w:p w:rsidR="1030D1EF" w:rsidP="1030D1EF" w:rsidRDefault="1030D1EF" w14:paraId="612A1E4E" w14:textId="26F0F1AC">
            <w:pPr>
              <w:pStyle w:val="Normal"/>
              <w:jc w:val="center"/>
              <w:rPr>
                <w:rFonts w:ascii="Calibri" w:hAnsi="Calibri"/>
                <w:color w:val="000000" w:themeColor="text1" w:themeTint="FF" w:themeShade="FF"/>
                <w:sz w:val="20"/>
                <w:szCs w:val="20"/>
              </w:rPr>
            </w:pPr>
          </w:p>
        </w:tc>
        <w:tc>
          <w:tcPr>
            <w:tcW w:w="1524" w:type="dxa"/>
            <w:tcMar/>
            <w:vAlign w:val="center"/>
          </w:tcPr>
          <w:p w:rsidR="1030D1EF" w:rsidP="1030D1EF" w:rsidRDefault="1030D1EF" w14:paraId="336F9964" w14:textId="5973A879">
            <w:pPr>
              <w:rPr>
                <w:rFonts w:ascii="Calibri" w:hAnsi="Calibri"/>
                <w:color w:val="000000" w:themeColor="text1" w:themeTint="FF" w:themeShade="FF"/>
                <w:sz w:val="20"/>
                <w:szCs w:val="20"/>
              </w:rPr>
            </w:pPr>
          </w:p>
        </w:tc>
      </w:tr>
      <w:tr w:rsidR="1030D1EF" w:rsidTr="34AAF34B" w14:paraId="339935F7">
        <w:trPr>
          <w:trHeight w:val="300"/>
        </w:trPr>
        <w:tc>
          <w:tcPr>
            <w:tcW w:w="4063" w:type="dxa"/>
            <w:tcMar/>
            <w:vAlign w:val="center"/>
          </w:tcPr>
          <w:p w:rsidR="1030D1EF" w:rsidP="1030D1EF" w:rsidRDefault="1030D1EF" w14:paraId="36037ABD">
            <w:pPr>
              <w:spacing w:before="40" w:after="40"/>
            </w:pPr>
            <w:r w:rsidRPr="1030D1EF" w:rsidR="1030D1EF">
              <w:rPr>
                <w:rFonts w:ascii="Calibri" w:hAnsi="Calibri"/>
                <w:color w:val="000000" w:themeColor="text1" w:themeTint="FF" w:themeShade="FF"/>
                <w:sz w:val="20"/>
                <w:szCs w:val="20"/>
              </w:rPr>
              <w:t>Certificate in Human Resources Management</w:t>
            </w:r>
          </w:p>
        </w:tc>
        <w:tc>
          <w:tcPr>
            <w:tcW w:w="1143" w:type="dxa"/>
            <w:tcMar/>
            <w:vAlign w:val="center"/>
          </w:tcPr>
          <w:p w:rsidR="1030D1EF" w:rsidP="1030D1EF" w:rsidRDefault="1030D1EF" w14:paraId="5BB9647E">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0C3BEBBB">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0A593340">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6AE9377">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BEEC4CD" w:rsidP="1030D1EF" w:rsidRDefault="0BEEC4CD" w14:paraId="4AD0F16D" w14:textId="78E0A91A">
            <w:pPr>
              <w:pStyle w:val="Normal"/>
              <w:jc w:val="center"/>
              <w:rPr>
                <w:rFonts w:ascii="Calibri" w:hAnsi="Calibri"/>
                <w:color w:val="000000" w:themeColor="text1" w:themeTint="FF" w:themeShade="FF"/>
                <w:sz w:val="20"/>
                <w:szCs w:val="20"/>
              </w:rPr>
            </w:pPr>
            <w:r w:rsidRPr="1030D1EF" w:rsidR="0BEEC4CD">
              <w:rPr>
                <w:rFonts w:ascii="Calibri" w:hAnsi="Calibri"/>
                <w:color w:val="000000" w:themeColor="text1" w:themeTint="FF" w:themeShade="FF"/>
                <w:sz w:val="20"/>
                <w:szCs w:val="20"/>
              </w:rPr>
              <w:t>5300</w:t>
            </w:r>
          </w:p>
        </w:tc>
        <w:tc>
          <w:tcPr>
            <w:tcW w:w="1524" w:type="dxa"/>
            <w:tcMar/>
            <w:vAlign w:val="center"/>
          </w:tcPr>
          <w:p w:rsidR="1030D1EF" w:rsidP="1030D1EF" w:rsidRDefault="1030D1EF" w14:paraId="61D0F5F2">
            <w:pPr>
              <w:spacing w:before="40" w:after="40"/>
            </w:pPr>
            <w:r w:rsidRPr="1030D1EF" w:rsidR="1030D1EF">
              <w:rPr>
                <w:rFonts w:ascii="Calibri" w:hAnsi="Calibri"/>
                <w:color w:val="000000" w:themeColor="text1" w:themeTint="FF" w:themeShade="FF"/>
                <w:sz w:val="20"/>
                <w:szCs w:val="20"/>
              </w:rPr>
              <w:t>One year</w:t>
            </w:r>
          </w:p>
        </w:tc>
      </w:tr>
      <w:tr w:rsidR="1030D1EF" w:rsidTr="34AAF34B" w14:paraId="009786A8">
        <w:trPr>
          <w:trHeight w:val="300"/>
        </w:trPr>
        <w:tc>
          <w:tcPr>
            <w:tcW w:w="4063" w:type="dxa"/>
            <w:tcMar/>
            <w:vAlign w:val="center"/>
          </w:tcPr>
          <w:p w:rsidR="1030D1EF" w:rsidP="1030D1EF" w:rsidRDefault="1030D1EF" w14:paraId="403AC8CD">
            <w:pPr>
              <w:spacing w:before="40" w:after="40"/>
            </w:pPr>
            <w:r w:rsidRPr="1030D1EF" w:rsidR="1030D1EF">
              <w:rPr>
                <w:rFonts w:ascii="Calibri" w:hAnsi="Calibri"/>
                <w:color w:val="000000" w:themeColor="text1" w:themeTint="FF" w:themeShade="FF"/>
                <w:sz w:val="20"/>
                <w:szCs w:val="20"/>
              </w:rPr>
              <w:t>Higher Certificate in Business in Talent Management Year 2</w:t>
            </w:r>
          </w:p>
        </w:tc>
        <w:tc>
          <w:tcPr>
            <w:tcW w:w="1143" w:type="dxa"/>
            <w:tcMar/>
            <w:vAlign w:val="center"/>
          </w:tcPr>
          <w:p w:rsidR="1030D1EF" w:rsidP="1030D1EF" w:rsidRDefault="1030D1EF" w14:paraId="0A8EAE38">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55B0AA81">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2A8F7129">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48EB3B15">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6DD04CCD" w:rsidP="1030D1EF" w:rsidRDefault="6DD04CCD" w14:paraId="1127FF4D" w14:textId="7242B15D">
            <w:pPr>
              <w:pStyle w:val="Normal"/>
              <w:jc w:val="center"/>
              <w:rPr>
                <w:rFonts w:ascii="Calibri" w:hAnsi="Calibri"/>
                <w:color w:val="000000" w:themeColor="text1" w:themeTint="FF" w:themeShade="FF"/>
                <w:sz w:val="20"/>
                <w:szCs w:val="20"/>
              </w:rPr>
            </w:pPr>
            <w:r w:rsidRPr="1030D1EF" w:rsidR="6DD04CCD">
              <w:rPr>
                <w:rFonts w:ascii="Calibri" w:hAnsi="Calibri"/>
                <w:color w:val="000000" w:themeColor="text1" w:themeTint="FF" w:themeShade="FF"/>
                <w:sz w:val="20"/>
                <w:szCs w:val="20"/>
              </w:rPr>
              <w:t>5300</w:t>
            </w:r>
          </w:p>
        </w:tc>
        <w:tc>
          <w:tcPr>
            <w:tcW w:w="1524" w:type="dxa"/>
            <w:tcMar/>
            <w:vAlign w:val="center"/>
          </w:tcPr>
          <w:p w:rsidR="1030D1EF" w:rsidP="1030D1EF" w:rsidRDefault="1030D1EF" w14:paraId="17B21946">
            <w:pPr>
              <w:spacing w:before="40" w:after="40"/>
            </w:pPr>
            <w:r w:rsidRPr="1030D1EF" w:rsidR="1030D1EF">
              <w:rPr>
                <w:rFonts w:ascii="Calibri" w:hAnsi="Calibri"/>
                <w:color w:val="000000" w:themeColor="text1" w:themeTint="FF" w:themeShade="FF"/>
                <w:sz w:val="20"/>
                <w:szCs w:val="20"/>
              </w:rPr>
              <w:t>One Year</w:t>
            </w:r>
          </w:p>
        </w:tc>
      </w:tr>
      <w:tr w:rsidR="1030D1EF" w:rsidTr="34AAF34B" w14:paraId="2C4DD224">
        <w:trPr>
          <w:trHeight w:val="300"/>
        </w:trPr>
        <w:tc>
          <w:tcPr>
            <w:tcW w:w="4063" w:type="dxa"/>
            <w:tcMar/>
            <w:vAlign w:val="center"/>
          </w:tcPr>
          <w:p w:rsidR="1030D1EF" w:rsidP="1030D1EF" w:rsidRDefault="1030D1EF" w14:paraId="5384EF6D">
            <w:pPr>
              <w:spacing w:before="40" w:after="40"/>
            </w:pPr>
            <w:r w:rsidRPr="1030D1EF" w:rsidR="1030D1EF">
              <w:rPr>
                <w:rFonts w:ascii="Calibri" w:hAnsi="Calibri"/>
                <w:color w:val="000000" w:themeColor="text1" w:themeTint="FF" w:themeShade="FF"/>
                <w:sz w:val="20"/>
                <w:szCs w:val="20"/>
              </w:rPr>
              <w:t xml:space="preserve">Bachelor of Business in Talent Management &amp; </w:t>
            </w:r>
            <w:r w:rsidRPr="1030D1EF" w:rsidR="1030D1EF">
              <w:rPr>
                <w:rFonts w:ascii="Calibri" w:hAnsi="Calibri"/>
                <w:color w:val="000000" w:themeColor="text1" w:themeTint="FF" w:themeShade="FF"/>
                <w:sz w:val="20"/>
                <w:szCs w:val="20"/>
              </w:rPr>
              <w:t>Organisational</w:t>
            </w:r>
            <w:r w:rsidRPr="1030D1EF" w:rsidR="1030D1EF">
              <w:rPr>
                <w:rFonts w:ascii="Calibri" w:hAnsi="Calibri"/>
                <w:color w:val="000000" w:themeColor="text1" w:themeTint="FF" w:themeShade="FF"/>
                <w:sz w:val="20"/>
                <w:szCs w:val="20"/>
              </w:rPr>
              <w:t xml:space="preserve"> Change Year 3 (add-on)</w:t>
            </w:r>
          </w:p>
        </w:tc>
        <w:tc>
          <w:tcPr>
            <w:tcW w:w="1143" w:type="dxa"/>
            <w:tcMar/>
            <w:vAlign w:val="center"/>
          </w:tcPr>
          <w:p w:rsidR="1030D1EF" w:rsidP="1030D1EF" w:rsidRDefault="1030D1EF" w14:paraId="03E1644B">
            <w:pPr>
              <w:spacing w:before="40" w:after="40"/>
            </w:pPr>
            <w:r w:rsidRPr="1030D1EF" w:rsidR="1030D1EF">
              <w:rPr>
                <w:rFonts w:ascii="Calibri" w:hAnsi="Calibri"/>
                <w:color w:val="000000" w:themeColor="text1" w:themeTint="FF" w:themeShade="FF"/>
                <w:sz w:val="20"/>
                <w:szCs w:val="20"/>
              </w:rPr>
              <w:t>7</w:t>
            </w:r>
          </w:p>
        </w:tc>
        <w:tc>
          <w:tcPr>
            <w:tcW w:w="1143" w:type="dxa"/>
            <w:tcMar/>
            <w:vAlign w:val="center"/>
          </w:tcPr>
          <w:p w:rsidR="1030D1EF" w:rsidP="1030D1EF" w:rsidRDefault="1030D1EF" w14:paraId="1861FE3D">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5438520D">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780EB30">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DA99D69" w:rsidP="1030D1EF" w:rsidRDefault="0DA99D69" w14:paraId="75F936FA" w14:textId="2F6CECEF">
            <w:pPr>
              <w:pStyle w:val="Normal"/>
              <w:jc w:val="center"/>
              <w:rPr>
                <w:rFonts w:ascii="Calibri" w:hAnsi="Calibri"/>
                <w:color w:val="000000" w:themeColor="text1" w:themeTint="FF" w:themeShade="FF"/>
                <w:sz w:val="20"/>
                <w:szCs w:val="20"/>
              </w:rPr>
            </w:pPr>
            <w:r w:rsidRPr="1030D1EF" w:rsidR="0DA99D69">
              <w:rPr>
                <w:rFonts w:ascii="Calibri" w:hAnsi="Calibri"/>
                <w:color w:val="000000" w:themeColor="text1" w:themeTint="FF" w:themeShade="FF"/>
                <w:sz w:val="20"/>
                <w:szCs w:val="20"/>
              </w:rPr>
              <w:t>5300</w:t>
            </w:r>
          </w:p>
        </w:tc>
        <w:tc>
          <w:tcPr>
            <w:tcW w:w="1524" w:type="dxa"/>
            <w:tcMar/>
            <w:vAlign w:val="center"/>
          </w:tcPr>
          <w:p w:rsidR="1030D1EF" w:rsidP="1030D1EF" w:rsidRDefault="1030D1EF" w14:paraId="3954BD6D">
            <w:pPr>
              <w:spacing w:before="40" w:after="40"/>
            </w:pPr>
            <w:r w:rsidRPr="1030D1EF" w:rsidR="1030D1EF">
              <w:rPr>
                <w:rFonts w:ascii="Calibri" w:hAnsi="Calibri"/>
                <w:color w:val="000000" w:themeColor="text1" w:themeTint="FF" w:themeShade="FF"/>
                <w:sz w:val="20"/>
                <w:szCs w:val="20"/>
              </w:rPr>
              <w:t>One Year</w:t>
            </w:r>
          </w:p>
        </w:tc>
      </w:tr>
      <w:tr w:rsidR="1030D1EF" w:rsidTr="34AAF34B" w14:paraId="707681E4">
        <w:trPr>
          <w:trHeight w:val="300"/>
        </w:trPr>
        <w:tc>
          <w:tcPr>
            <w:tcW w:w="4063" w:type="dxa"/>
            <w:tcMar/>
            <w:vAlign w:val="center"/>
          </w:tcPr>
          <w:p w:rsidR="1030D1EF" w:rsidP="1030D1EF" w:rsidRDefault="1030D1EF" w14:paraId="59A258FA" w14:textId="72BDE6D4">
            <w:pPr>
              <w:spacing w:before="40" w:after="40"/>
            </w:pPr>
            <w:r w:rsidRPr="1030D1EF" w:rsidR="1030D1EF">
              <w:rPr>
                <w:rFonts w:ascii="Calibri" w:hAnsi="Calibri"/>
                <w:color w:val="000000" w:themeColor="text1" w:themeTint="FF" w:themeShade="FF"/>
                <w:sz w:val="20"/>
                <w:szCs w:val="20"/>
              </w:rPr>
              <w:t>Bachelor of Business (</w:t>
            </w:r>
            <w:r w:rsidRPr="1030D1EF" w:rsidR="1030D1EF">
              <w:rPr>
                <w:rFonts w:ascii="Calibri" w:hAnsi="Calibri"/>
                <w:color w:val="000000" w:themeColor="text1" w:themeTint="FF" w:themeShade="FF"/>
                <w:sz w:val="20"/>
                <w:szCs w:val="20"/>
              </w:rPr>
              <w:t>Honours</w:t>
            </w:r>
            <w:r w:rsidRPr="1030D1EF" w:rsidR="1030D1EF">
              <w:rPr>
                <w:rFonts w:ascii="Calibri" w:hAnsi="Calibri"/>
                <w:color w:val="000000" w:themeColor="text1" w:themeTint="FF" w:themeShade="FF"/>
                <w:sz w:val="20"/>
                <w:szCs w:val="20"/>
              </w:rPr>
              <w:t xml:space="preserve">) in Strategic Talent Management &amp; Employee </w:t>
            </w:r>
            <w:r w:rsidRPr="1030D1EF" w:rsidR="1030D1EF">
              <w:rPr>
                <w:rFonts w:ascii="Calibri" w:hAnsi="Calibri"/>
                <w:color w:val="000000" w:themeColor="text1" w:themeTint="FF" w:themeShade="FF"/>
                <w:sz w:val="20"/>
                <w:szCs w:val="20"/>
              </w:rPr>
              <w:t>Engagement Year</w:t>
            </w:r>
            <w:r w:rsidRPr="1030D1EF" w:rsidR="1030D1EF">
              <w:rPr>
                <w:rFonts w:ascii="Calibri" w:hAnsi="Calibri"/>
                <w:color w:val="000000" w:themeColor="text1" w:themeTint="FF" w:themeShade="FF"/>
                <w:sz w:val="20"/>
                <w:szCs w:val="20"/>
              </w:rPr>
              <w:t xml:space="preserve"> 4 (add-on)</w:t>
            </w:r>
          </w:p>
        </w:tc>
        <w:tc>
          <w:tcPr>
            <w:tcW w:w="1143" w:type="dxa"/>
            <w:tcMar/>
            <w:vAlign w:val="center"/>
          </w:tcPr>
          <w:p w:rsidR="1030D1EF" w:rsidP="1030D1EF" w:rsidRDefault="1030D1EF" w14:paraId="79ECFEA4">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50E4A402">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E3B5E9E">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1E263AC0">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6A328E0C" w:rsidP="1030D1EF" w:rsidRDefault="6A328E0C" w14:paraId="00F827BE" w14:textId="16755ED9">
            <w:pPr>
              <w:pStyle w:val="Normal"/>
              <w:jc w:val="center"/>
              <w:rPr>
                <w:rFonts w:ascii="Calibri" w:hAnsi="Calibri"/>
                <w:color w:val="000000" w:themeColor="text1" w:themeTint="FF" w:themeShade="FF"/>
                <w:sz w:val="20"/>
                <w:szCs w:val="20"/>
              </w:rPr>
            </w:pPr>
            <w:r w:rsidRPr="1030D1EF" w:rsidR="6A328E0C">
              <w:rPr>
                <w:rFonts w:ascii="Calibri" w:hAnsi="Calibri"/>
                <w:color w:val="000000" w:themeColor="text1" w:themeTint="FF" w:themeShade="FF"/>
                <w:sz w:val="20"/>
                <w:szCs w:val="20"/>
              </w:rPr>
              <w:t>5300</w:t>
            </w:r>
          </w:p>
        </w:tc>
        <w:tc>
          <w:tcPr>
            <w:tcW w:w="1524" w:type="dxa"/>
            <w:tcMar/>
            <w:vAlign w:val="center"/>
          </w:tcPr>
          <w:p w:rsidR="1030D1EF" w:rsidP="1030D1EF" w:rsidRDefault="1030D1EF" w14:paraId="6EFCA24C">
            <w:pPr>
              <w:spacing w:before="40" w:after="40"/>
            </w:pPr>
            <w:r w:rsidRPr="1030D1EF" w:rsidR="1030D1EF">
              <w:rPr>
                <w:rFonts w:ascii="Calibri" w:hAnsi="Calibri"/>
                <w:color w:val="000000" w:themeColor="text1" w:themeTint="FF" w:themeShade="FF"/>
                <w:sz w:val="20"/>
                <w:szCs w:val="20"/>
              </w:rPr>
              <w:t>One Year</w:t>
            </w:r>
          </w:p>
        </w:tc>
      </w:tr>
      <w:tr w:rsidR="1030D1EF" w:rsidTr="34AAF34B" w14:paraId="2E3F232D">
        <w:trPr>
          <w:trHeight w:val="300"/>
        </w:trPr>
        <w:tc>
          <w:tcPr>
            <w:tcW w:w="4063" w:type="dxa"/>
            <w:tcMar/>
            <w:vAlign w:val="center"/>
          </w:tcPr>
          <w:p w:rsidR="2DE7E38A" w:rsidP="1030D1EF" w:rsidRDefault="2DE7E38A" w14:paraId="2B129986" w14:textId="20080D7E">
            <w:pPr>
              <w:pStyle w:val="Normal"/>
              <w:jc w:val="center"/>
              <w:rPr>
                <w:rFonts w:ascii="Calibri" w:hAnsi="Calibri"/>
                <w:b w:val="1"/>
                <w:bCs w:val="1"/>
                <w:color w:val="000000" w:themeColor="text1" w:themeTint="FF" w:themeShade="FF"/>
                <w:sz w:val="20"/>
                <w:szCs w:val="20"/>
              </w:rPr>
            </w:pPr>
            <w:r w:rsidRPr="1030D1EF" w:rsidR="2DE7E38A">
              <w:rPr>
                <w:rFonts w:ascii="Calibri" w:hAnsi="Calibri"/>
                <w:b w:val="1"/>
                <w:bCs w:val="1"/>
                <w:color w:val="000000" w:themeColor="text1" w:themeTint="FF" w:themeShade="FF"/>
                <w:sz w:val="20"/>
                <w:szCs w:val="20"/>
              </w:rPr>
              <w:t>Procurement</w:t>
            </w:r>
          </w:p>
        </w:tc>
        <w:tc>
          <w:tcPr>
            <w:tcW w:w="1143" w:type="dxa"/>
            <w:tcMar/>
            <w:vAlign w:val="center"/>
          </w:tcPr>
          <w:p w:rsidR="1030D1EF" w:rsidP="1030D1EF" w:rsidRDefault="1030D1EF" w14:paraId="1C0B1B60" w14:textId="7E95AB89">
            <w:pPr>
              <w:pStyle w:val="Normal"/>
              <w:rPr>
                <w:rFonts w:ascii="Calibri" w:hAnsi="Calibri"/>
                <w:color w:val="000000" w:themeColor="text1" w:themeTint="FF" w:themeShade="FF"/>
                <w:sz w:val="20"/>
                <w:szCs w:val="20"/>
              </w:rPr>
            </w:pPr>
          </w:p>
        </w:tc>
        <w:tc>
          <w:tcPr>
            <w:tcW w:w="1143" w:type="dxa"/>
            <w:tcMar/>
            <w:vAlign w:val="center"/>
          </w:tcPr>
          <w:p w:rsidR="1030D1EF" w:rsidP="1030D1EF" w:rsidRDefault="1030D1EF" w14:paraId="68AF0ADB" w14:textId="4B3D6D1D">
            <w:pPr>
              <w:pStyle w:val="Normal"/>
              <w:rPr>
                <w:rFonts w:ascii="Calibri" w:hAnsi="Calibri"/>
                <w:color w:val="000000" w:themeColor="text1" w:themeTint="FF" w:themeShade="FF"/>
                <w:sz w:val="20"/>
                <w:szCs w:val="20"/>
              </w:rPr>
            </w:pPr>
          </w:p>
        </w:tc>
        <w:tc>
          <w:tcPr>
            <w:tcW w:w="1143" w:type="dxa"/>
            <w:tcMar/>
            <w:vAlign w:val="center"/>
          </w:tcPr>
          <w:p w:rsidR="1030D1EF" w:rsidP="1030D1EF" w:rsidRDefault="1030D1EF" w14:paraId="3F70EB02" w14:textId="3B118FF3">
            <w:pPr>
              <w:pStyle w:val="Normal"/>
              <w:rPr>
                <w:rFonts w:ascii="Calibri" w:hAnsi="Calibri"/>
                <w:color w:val="000000" w:themeColor="text1" w:themeTint="FF" w:themeShade="FF"/>
                <w:sz w:val="20"/>
                <w:szCs w:val="20"/>
              </w:rPr>
            </w:pPr>
          </w:p>
        </w:tc>
        <w:tc>
          <w:tcPr>
            <w:tcW w:w="1397" w:type="dxa"/>
            <w:tcMar/>
            <w:vAlign w:val="center"/>
          </w:tcPr>
          <w:p w:rsidR="1030D1EF" w:rsidP="1030D1EF" w:rsidRDefault="1030D1EF" w14:paraId="628F16ED" w14:textId="12C38399">
            <w:pPr>
              <w:pStyle w:val="Normal"/>
              <w:rPr>
                <w:rFonts w:ascii="Calibri" w:hAnsi="Calibri"/>
                <w:color w:val="000000" w:themeColor="text1" w:themeTint="FF" w:themeShade="FF"/>
                <w:sz w:val="20"/>
                <w:szCs w:val="20"/>
              </w:rPr>
            </w:pPr>
          </w:p>
        </w:tc>
        <w:tc>
          <w:tcPr>
            <w:tcW w:w="1397" w:type="dxa"/>
            <w:tcMar/>
            <w:vAlign w:val="center"/>
          </w:tcPr>
          <w:p w:rsidR="1030D1EF" w:rsidP="1030D1EF" w:rsidRDefault="1030D1EF" w14:paraId="3C8E6C69" w14:textId="7DE92E32">
            <w:pPr>
              <w:pStyle w:val="Normal"/>
              <w:jc w:val="center"/>
              <w:rPr>
                <w:rFonts w:ascii="Calibri" w:hAnsi="Calibri"/>
                <w:color w:val="000000" w:themeColor="text1" w:themeTint="FF" w:themeShade="FF"/>
                <w:sz w:val="20"/>
                <w:szCs w:val="20"/>
              </w:rPr>
            </w:pPr>
          </w:p>
        </w:tc>
        <w:tc>
          <w:tcPr>
            <w:tcW w:w="1524" w:type="dxa"/>
            <w:tcMar/>
            <w:vAlign w:val="center"/>
          </w:tcPr>
          <w:p w:rsidR="1030D1EF" w:rsidP="1030D1EF" w:rsidRDefault="1030D1EF" w14:paraId="7490B0BF" w14:textId="05055EBD">
            <w:pPr>
              <w:pStyle w:val="Normal"/>
              <w:rPr>
                <w:rFonts w:ascii="Calibri" w:hAnsi="Calibri"/>
                <w:color w:val="000000" w:themeColor="text1" w:themeTint="FF" w:themeShade="FF"/>
                <w:sz w:val="20"/>
                <w:szCs w:val="20"/>
              </w:rPr>
            </w:pPr>
          </w:p>
        </w:tc>
      </w:tr>
      <w:tr w:rsidR="1030D1EF" w:rsidTr="34AAF34B" w14:paraId="6D2662D4">
        <w:trPr>
          <w:trHeight w:val="300"/>
        </w:trPr>
        <w:tc>
          <w:tcPr>
            <w:tcW w:w="4063" w:type="dxa"/>
            <w:tcMar/>
            <w:vAlign w:val="center"/>
          </w:tcPr>
          <w:p w:rsidR="1030D1EF" w:rsidP="1030D1EF" w:rsidRDefault="1030D1EF" w14:paraId="1B94BEEE">
            <w:pPr>
              <w:spacing w:before="40" w:after="40"/>
            </w:pPr>
            <w:r w:rsidRPr="1030D1EF" w:rsidR="1030D1EF">
              <w:rPr>
                <w:rFonts w:ascii="Calibri" w:hAnsi="Calibri"/>
                <w:color w:val="000000" w:themeColor="text1" w:themeTint="FF" w:themeShade="FF"/>
                <w:sz w:val="20"/>
                <w:szCs w:val="20"/>
              </w:rPr>
              <w:t>Certificate in Procurement</w:t>
            </w:r>
          </w:p>
        </w:tc>
        <w:tc>
          <w:tcPr>
            <w:tcW w:w="1143" w:type="dxa"/>
            <w:tcMar/>
            <w:vAlign w:val="center"/>
          </w:tcPr>
          <w:p w:rsidR="1030D1EF" w:rsidP="1030D1EF" w:rsidRDefault="1030D1EF" w14:paraId="06D3B9FE">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6FD915C2">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37354559">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5EDEA8B2">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4F90A020" w:rsidP="1030D1EF" w:rsidRDefault="4F90A020" w14:paraId="1AC4F4CB" w14:textId="250E6F59">
            <w:pPr>
              <w:pStyle w:val="Normal"/>
              <w:jc w:val="center"/>
              <w:rPr>
                <w:rFonts w:ascii="Calibri" w:hAnsi="Calibri"/>
                <w:color w:val="000000" w:themeColor="text1" w:themeTint="FF" w:themeShade="FF"/>
                <w:sz w:val="20"/>
                <w:szCs w:val="20"/>
              </w:rPr>
            </w:pPr>
            <w:r w:rsidRPr="1030D1EF" w:rsidR="4F90A020">
              <w:rPr>
                <w:rFonts w:ascii="Calibri" w:hAnsi="Calibri"/>
                <w:color w:val="000000" w:themeColor="text1" w:themeTint="FF" w:themeShade="FF"/>
                <w:sz w:val="20"/>
                <w:szCs w:val="20"/>
              </w:rPr>
              <w:t>5300</w:t>
            </w:r>
          </w:p>
        </w:tc>
        <w:tc>
          <w:tcPr>
            <w:tcW w:w="1524" w:type="dxa"/>
            <w:tcMar/>
            <w:vAlign w:val="center"/>
          </w:tcPr>
          <w:p w:rsidR="295A2AD2" w:rsidP="1030D1EF" w:rsidRDefault="295A2AD2" w14:paraId="3377D25C">
            <w:pPr>
              <w:spacing w:before="40" w:after="40"/>
            </w:pPr>
            <w:r w:rsidRPr="1030D1EF" w:rsidR="295A2AD2">
              <w:rPr>
                <w:rFonts w:ascii="Calibri" w:hAnsi="Calibri"/>
                <w:color w:val="000000" w:themeColor="text1" w:themeTint="FF" w:themeShade="FF"/>
                <w:sz w:val="20"/>
                <w:szCs w:val="20"/>
              </w:rPr>
              <w:t>One Year</w:t>
            </w:r>
          </w:p>
          <w:p w:rsidR="1030D1EF" w:rsidP="1030D1EF" w:rsidRDefault="1030D1EF" w14:paraId="1905A164" w14:textId="228BC71C">
            <w:pPr>
              <w:pStyle w:val="Normal"/>
              <w:rPr>
                <w:rFonts w:ascii="Calibri" w:hAnsi="Calibri"/>
                <w:color w:val="000000" w:themeColor="text1" w:themeTint="FF" w:themeShade="FF"/>
                <w:sz w:val="20"/>
                <w:szCs w:val="20"/>
              </w:rPr>
            </w:pPr>
          </w:p>
        </w:tc>
      </w:tr>
      <w:tr w:rsidR="1030D1EF" w:rsidTr="34AAF34B" w14:paraId="06DEA35E">
        <w:trPr>
          <w:trHeight w:val="300"/>
        </w:trPr>
        <w:tc>
          <w:tcPr>
            <w:tcW w:w="4063" w:type="dxa"/>
            <w:tcMar/>
            <w:vAlign w:val="center"/>
          </w:tcPr>
          <w:p w:rsidR="1030D1EF" w:rsidP="1030D1EF" w:rsidRDefault="1030D1EF" w14:paraId="71AC3C2A">
            <w:pPr>
              <w:spacing w:before="40" w:after="40"/>
            </w:pPr>
            <w:r w:rsidRPr="1030D1EF" w:rsidR="1030D1EF">
              <w:rPr>
                <w:rFonts w:ascii="Calibri" w:hAnsi="Calibri"/>
                <w:color w:val="000000" w:themeColor="text1" w:themeTint="FF" w:themeShade="FF"/>
                <w:sz w:val="20"/>
                <w:szCs w:val="20"/>
              </w:rPr>
              <w:t>Higher Certificate in Business in Procurement, Logistics and Supply Chain Management Year 2</w:t>
            </w:r>
          </w:p>
        </w:tc>
        <w:tc>
          <w:tcPr>
            <w:tcW w:w="1143" w:type="dxa"/>
            <w:tcMar/>
            <w:vAlign w:val="center"/>
          </w:tcPr>
          <w:p w:rsidR="1030D1EF" w:rsidP="1030D1EF" w:rsidRDefault="1030D1EF" w14:paraId="5B2EB756">
            <w:pPr>
              <w:spacing w:before="40" w:after="40"/>
            </w:pPr>
            <w:r w:rsidRPr="1030D1EF" w:rsidR="1030D1EF">
              <w:rPr>
                <w:rFonts w:ascii="Calibri" w:hAnsi="Calibri"/>
                <w:color w:val="000000" w:themeColor="text1" w:themeTint="FF" w:themeShade="FF"/>
                <w:sz w:val="20"/>
                <w:szCs w:val="20"/>
              </w:rPr>
              <w:t>6</w:t>
            </w:r>
          </w:p>
        </w:tc>
        <w:tc>
          <w:tcPr>
            <w:tcW w:w="1143" w:type="dxa"/>
            <w:tcMar/>
            <w:vAlign w:val="center"/>
          </w:tcPr>
          <w:p w:rsidR="1030D1EF" w:rsidP="1030D1EF" w:rsidRDefault="1030D1EF" w14:paraId="172451AF">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40C9B5F">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2C9F375B">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BD169D0" w:rsidP="1030D1EF" w:rsidRDefault="0BD169D0" w14:paraId="4FAF7083" w14:textId="6BD7049F">
            <w:pPr>
              <w:pStyle w:val="Normal"/>
              <w:jc w:val="center"/>
              <w:rPr>
                <w:rFonts w:ascii="Calibri" w:hAnsi="Calibri"/>
                <w:color w:val="000000" w:themeColor="text1" w:themeTint="FF" w:themeShade="FF"/>
                <w:sz w:val="20"/>
                <w:szCs w:val="20"/>
              </w:rPr>
            </w:pPr>
            <w:r w:rsidRPr="1030D1EF" w:rsidR="0BD169D0">
              <w:rPr>
                <w:rFonts w:ascii="Calibri" w:hAnsi="Calibri"/>
                <w:color w:val="000000" w:themeColor="text1" w:themeTint="FF" w:themeShade="FF"/>
                <w:sz w:val="20"/>
                <w:szCs w:val="20"/>
              </w:rPr>
              <w:t>5300</w:t>
            </w:r>
          </w:p>
        </w:tc>
        <w:tc>
          <w:tcPr>
            <w:tcW w:w="1524" w:type="dxa"/>
            <w:tcMar/>
            <w:vAlign w:val="center"/>
          </w:tcPr>
          <w:p w:rsidR="5F2399BE" w:rsidP="1030D1EF" w:rsidRDefault="5F2399BE" w14:paraId="468BBA43">
            <w:pPr>
              <w:spacing w:before="40" w:after="40"/>
            </w:pPr>
            <w:r w:rsidRPr="1030D1EF" w:rsidR="5F2399BE">
              <w:rPr>
                <w:rFonts w:ascii="Calibri" w:hAnsi="Calibri"/>
                <w:color w:val="000000" w:themeColor="text1" w:themeTint="FF" w:themeShade="FF"/>
                <w:sz w:val="20"/>
                <w:szCs w:val="20"/>
              </w:rPr>
              <w:t>One Year</w:t>
            </w:r>
          </w:p>
          <w:p w:rsidR="1030D1EF" w:rsidP="1030D1EF" w:rsidRDefault="1030D1EF" w14:paraId="0A1BFC10" w14:textId="1F54EAB9">
            <w:pPr>
              <w:pStyle w:val="Normal"/>
              <w:rPr>
                <w:rFonts w:ascii="Calibri" w:hAnsi="Calibri"/>
                <w:color w:val="000000" w:themeColor="text1" w:themeTint="FF" w:themeShade="FF"/>
                <w:sz w:val="20"/>
                <w:szCs w:val="20"/>
              </w:rPr>
            </w:pPr>
          </w:p>
        </w:tc>
      </w:tr>
      <w:tr w:rsidR="1030D1EF" w:rsidTr="34AAF34B" w14:paraId="7C27C02A">
        <w:trPr>
          <w:trHeight w:val="300"/>
        </w:trPr>
        <w:tc>
          <w:tcPr>
            <w:tcW w:w="4063" w:type="dxa"/>
            <w:tcMar/>
            <w:vAlign w:val="center"/>
          </w:tcPr>
          <w:p w:rsidR="1030D1EF" w:rsidP="1030D1EF" w:rsidRDefault="1030D1EF" w14:paraId="2F2C7E6C">
            <w:pPr>
              <w:spacing w:before="40" w:after="40"/>
            </w:pPr>
            <w:r w:rsidRPr="1030D1EF" w:rsidR="1030D1EF">
              <w:rPr>
                <w:rFonts w:ascii="Calibri" w:hAnsi="Calibri"/>
                <w:color w:val="000000" w:themeColor="text1" w:themeTint="FF" w:themeShade="FF"/>
                <w:sz w:val="20"/>
                <w:szCs w:val="20"/>
              </w:rPr>
              <w:t>Bachelor of Business in Sustainable Procurement, Logistics and Supply Chain Management Year 3 (add-on)</w:t>
            </w:r>
          </w:p>
        </w:tc>
        <w:tc>
          <w:tcPr>
            <w:tcW w:w="1143" w:type="dxa"/>
            <w:tcMar/>
            <w:vAlign w:val="center"/>
          </w:tcPr>
          <w:p w:rsidR="1030D1EF" w:rsidP="1030D1EF" w:rsidRDefault="1030D1EF" w14:paraId="13C004D9">
            <w:pPr>
              <w:spacing w:before="40" w:after="40"/>
            </w:pPr>
            <w:r w:rsidRPr="1030D1EF" w:rsidR="1030D1EF">
              <w:rPr>
                <w:rFonts w:ascii="Calibri" w:hAnsi="Calibri"/>
                <w:color w:val="000000" w:themeColor="text1" w:themeTint="FF" w:themeShade="FF"/>
                <w:sz w:val="20"/>
                <w:szCs w:val="20"/>
              </w:rPr>
              <w:t>7</w:t>
            </w:r>
          </w:p>
        </w:tc>
        <w:tc>
          <w:tcPr>
            <w:tcW w:w="1143" w:type="dxa"/>
            <w:tcMar/>
            <w:vAlign w:val="center"/>
          </w:tcPr>
          <w:p w:rsidR="1030D1EF" w:rsidP="1030D1EF" w:rsidRDefault="1030D1EF" w14:paraId="229B7B45">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3570479E">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2402376">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714E3441" w:rsidP="1030D1EF" w:rsidRDefault="714E3441" w14:paraId="43853698" w14:textId="1881B43E">
            <w:pPr>
              <w:pStyle w:val="Normal"/>
              <w:jc w:val="center"/>
              <w:rPr>
                <w:rFonts w:ascii="Calibri" w:hAnsi="Calibri"/>
                <w:color w:val="000000" w:themeColor="text1" w:themeTint="FF" w:themeShade="FF"/>
                <w:sz w:val="20"/>
                <w:szCs w:val="20"/>
              </w:rPr>
            </w:pPr>
            <w:r w:rsidRPr="1030D1EF" w:rsidR="714E3441">
              <w:rPr>
                <w:rFonts w:ascii="Calibri" w:hAnsi="Calibri"/>
                <w:color w:val="000000" w:themeColor="text1" w:themeTint="FF" w:themeShade="FF"/>
                <w:sz w:val="20"/>
                <w:szCs w:val="20"/>
              </w:rPr>
              <w:t>5300</w:t>
            </w:r>
          </w:p>
        </w:tc>
        <w:tc>
          <w:tcPr>
            <w:tcW w:w="1524" w:type="dxa"/>
            <w:tcMar/>
            <w:vAlign w:val="center"/>
          </w:tcPr>
          <w:p w:rsidR="71AC9FEC" w:rsidP="1030D1EF" w:rsidRDefault="71AC9FEC" w14:paraId="2D17E4D5">
            <w:pPr>
              <w:spacing w:before="40" w:after="40"/>
            </w:pPr>
            <w:r w:rsidRPr="1030D1EF" w:rsidR="71AC9FEC">
              <w:rPr>
                <w:rFonts w:ascii="Calibri" w:hAnsi="Calibri"/>
                <w:color w:val="000000" w:themeColor="text1" w:themeTint="FF" w:themeShade="FF"/>
                <w:sz w:val="20"/>
                <w:szCs w:val="20"/>
              </w:rPr>
              <w:t>One Year</w:t>
            </w:r>
          </w:p>
          <w:p w:rsidR="1030D1EF" w:rsidP="1030D1EF" w:rsidRDefault="1030D1EF" w14:paraId="28163EE2" w14:textId="0E64D1D9">
            <w:pPr>
              <w:pStyle w:val="Normal"/>
              <w:rPr>
                <w:rFonts w:ascii="Calibri" w:hAnsi="Calibri"/>
                <w:color w:val="000000" w:themeColor="text1" w:themeTint="FF" w:themeShade="FF"/>
                <w:sz w:val="20"/>
                <w:szCs w:val="20"/>
              </w:rPr>
            </w:pPr>
          </w:p>
        </w:tc>
      </w:tr>
      <w:tr w:rsidR="1030D1EF" w:rsidTr="34AAF34B" w14:paraId="0204B52B">
        <w:trPr>
          <w:trHeight w:val="300"/>
        </w:trPr>
        <w:tc>
          <w:tcPr>
            <w:tcW w:w="4063" w:type="dxa"/>
            <w:tcMar/>
            <w:vAlign w:val="center"/>
          </w:tcPr>
          <w:p w:rsidR="1030D1EF" w:rsidP="1030D1EF" w:rsidRDefault="1030D1EF" w14:paraId="173B1C54">
            <w:pPr>
              <w:spacing w:before="40" w:after="40"/>
            </w:pPr>
            <w:r w:rsidRPr="1030D1EF" w:rsidR="1030D1EF">
              <w:rPr>
                <w:rFonts w:ascii="Calibri" w:hAnsi="Calibri"/>
                <w:color w:val="000000" w:themeColor="text1" w:themeTint="FF" w:themeShade="FF"/>
                <w:sz w:val="20"/>
                <w:szCs w:val="20"/>
              </w:rPr>
              <w:t>Bachelor of Business (</w:t>
            </w:r>
            <w:r w:rsidRPr="1030D1EF" w:rsidR="1030D1EF">
              <w:rPr>
                <w:rFonts w:ascii="Calibri" w:hAnsi="Calibri"/>
                <w:color w:val="000000" w:themeColor="text1" w:themeTint="FF" w:themeShade="FF"/>
                <w:sz w:val="20"/>
                <w:szCs w:val="20"/>
              </w:rPr>
              <w:t>Honours</w:t>
            </w:r>
            <w:r w:rsidRPr="1030D1EF" w:rsidR="1030D1EF">
              <w:rPr>
                <w:rFonts w:ascii="Calibri" w:hAnsi="Calibri"/>
                <w:color w:val="000000" w:themeColor="text1" w:themeTint="FF" w:themeShade="FF"/>
                <w:sz w:val="20"/>
                <w:szCs w:val="20"/>
              </w:rPr>
              <w:t>) in Strategic Procurement, Logistics and Supply Chain Management Year 4 (add-on)</w:t>
            </w:r>
          </w:p>
        </w:tc>
        <w:tc>
          <w:tcPr>
            <w:tcW w:w="1143" w:type="dxa"/>
            <w:tcMar/>
            <w:vAlign w:val="center"/>
          </w:tcPr>
          <w:p w:rsidR="1030D1EF" w:rsidP="1030D1EF" w:rsidRDefault="1030D1EF" w14:paraId="0A1694DB">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0474F4DD">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2662F33A">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5F952C12">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5E59F770" w:rsidP="1030D1EF" w:rsidRDefault="5E59F770" w14:paraId="4B96216C" w14:textId="02625929">
            <w:pPr>
              <w:pStyle w:val="Normal"/>
              <w:jc w:val="center"/>
              <w:rPr>
                <w:rFonts w:ascii="Calibri" w:hAnsi="Calibri"/>
                <w:color w:val="000000" w:themeColor="text1" w:themeTint="FF" w:themeShade="FF"/>
                <w:sz w:val="20"/>
                <w:szCs w:val="20"/>
              </w:rPr>
            </w:pPr>
            <w:r w:rsidRPr="1030D1EF" w:rsidR="5E59F770">
              <w:rPr>
                <w:rFonts w:ascii="Calibri" w:hAnsi="Calibri"/>
                <w:color w:val="000000" w:themeColor="text1" w:themeTint="FF" w:themeShade="FF"/>
                <w:sz w:val="20"/>
                <w:szCs w:val="20"/>
              </w:rPr>
              <w:t>5300</w:t>
            </w:r>
          </w:p>
        </w:tc>
        <w:tc>
          <w:tcPr>
            <w:tcW w:w="1524" w:type="dxa"/>
            <w:tcMar/>
            <w:vAlign w:val="center"/>
          </w:tcPr>
          <w:p w:rsidR="05B6E861" w:rsidP="1030D1EF" w:rsidRDefault="05B6E861" w14:paraId="2D5C617C">
            <w:pPr>
              <w:spacing w:before="40" w:after="40"/>
            </w:pPr>
            <w:r w:rsidRPr="1030D1EF" w:rsidR="05B6E861">
              <w:rPr>
                <w:rFonts w:ascii="Calibri" w:hAnsi="Calibri"/>
                <w:color w:val="000000" w:themeColor="text1" w:themeTint="FF" w:themeShade="FF"/>
                <w:sz w:val="20"/>
                <w:szCs w:val="20"/>
              </w:rPr>
              <w:t>One Year</w:t>
            </w:r>
          </w:p>
          <w:p w:rsidR="1030D1EF" w:rsidP="1030D1EF" w:rsidRDefault="1030D1EF" w14:paraId="69F841C0" w14:textId="1D1FCFCD">
            <w:pPr>
              <w:pStyle w:val="Normal"/>
              <w:rPr>
                <w:rFonts w:ascii="Calibri" w:hAnsi="Calibri"/>
                <w:color w:val="000000" w:themeColor="text1" w:themeTint="FF" w:themeShade="FF"/>
                <w:sz w:val="20"/>
                <w:szCs w:val="20"/>
              </w:rPr>
            </w:pPr>
          </w:p>
        </w:tc>
      </w:tr>
      <w:tr w:rsidR="1030D1EF" w:rsidTr="34AAF34B" w14:paraId="4F523A3E">
        <w:trPr>
          <w:trHeight w:val="300"/>
        </w:trPr>
        <w:tc>
          <w:tcPr>
            <w:tcW w:w="4063" w:type="dxa"/>
            <w:tcMar/>
            <w:vAlign w:val="center"/>
          </w:tcPr>
          <w:p w:rsidR="1030D1EF" w:rsidP="1030D1EF" w:rsidRDefault="1030D1EF" w14:paraId="1DA77956">
            <w:pPr>
              <w:spacing w:before="40" w:after="40"/>
            </w:pPr>
            <w:r w:rsidRPr="1030D1EF" w:rsidR="1030D1EF">
              <w:rPr>
                <w:rFonts w:ascii="Calibri" w:hAnsi="Calibri"/>
                <w:color w:val="000000" w:themeColor="text1" w:themeTint="FF" w:themeShade="FF"/>
                <w:sz w:val="20"/>
                <w:szCs w:val="20"/>
              </w:rPr>
              <w:t>Higher Diploma in Business Operations Management</w:t>
            </w:r>
          </w:p>
        </w:tc>
        <w:tc>
          <w:tcPr>
            <w:tcW w:w="1143" w:type="dxa"/>
            <w:tcMar/>
            <w:vAlign w:val="center"/>
          </w:tcPr>
          <w:p w:rsidR="1030D1EF" w:rsidP="1030D1EF" w:rsidRDefault="1030D1EF" w14:paraId="7C891E15">
            <w:pPr>
              <w:spacing w:before="40" w:after="40"/>
            </w:pPr>
            <w:r w:rsidRPr="1030D1EF" w:rsidR="1030D1EF">
              <w:rPr>
                <w:rFonts w:ascii="Calibri" w:hAnsi="Calibri"/>
                <w:color w:val="000000" w:themeColor="text1" w:themeTint="FF" w:themeShade="FF"/>
                <w:sz w:val="20"/>
                <w:szCs w:val="20"/>
              </w:rPr>
              <w:t>8</w:t>
            </w:r>
          </w:p>
        </w:tc>
        <w:tc>
          <w:tcPr>
            <w:tcW w:w="1143" w:type="dxa"/>
            <w:tcMar/>
            <w:vAlign w:val="center"/>
          </w:tcPr>
          <w:p w:rsidR="1030D1EF" w:rsidP="1030D1EF" w:rsidRDefault="1030D1EF" w14:paraId="1AB5B94C">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17826086">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25B4C568">
            <w:pPr>
              <w:spacing w:before="40" w:after="40"/>
            </w:pPr>
            <w:r w:rsidRPr="1030D1EF" w:rsidR="1030D1EF">
              <w:rPr>
                <w:rFonts w:ascii="Calibri" w:hAnsi="Calibri"/>
                <w:color w:val="000000" w:themeColor="text1" w:themeTint="FF" w:themeShade="FF"/>
                <w:sz w:val="20"/>
                <w:szCs w:val="20"/>
              </w:rPr>
              <w:t>2500</w:t>
            </w:r>
          </w:p>
        </w:tc>
        <w:tc>
          <w:tcPr>
            <w:tcW w:w="1397" w:type="dxa"/>
            <w:tcMar/>
            <w:vAlign w:val="center"/>
          </w:tcPr>
          <w:p w:rsidR="02B842E0" w:rsidP="1030D1EF" w:rsidRDefault="02B842E0" w14:paraId="41125DAC" w14:textId="6766F1B8">
            <w:pPr>
              <w:pStyle w:val="Normal"/>
              <w:jc w:val="center"/>
              <w:rPr>
                <w:rFonts w:ascii="Calibri" w:hAnsi="Calibri"/>
                <w:color w:val="000000" w:themeColor="text1" w:themeTint="FF" w:themeShade="FF"/>
                <w:sz w:val="20"/>
                <w:szCs w:val="20"/>
              </w:rPr>
            </w:pPr>
            <w:r w:rsidRPr="1030D1EF" w:rsidR="02B842E0">
              <w:rPr>
                <w:rFonts w:ascii="Calibri" w:hAnsi="Calibri"/>
                <w:color w:val="000000" w:themeColor="text1" w:themeTint="FF" w:themeShade="FF"/>
                <w:sz w:val="20"/>
                <w:szCs w:val="20"/>
              </w:rPr>
              <w:t>5300</w:t>
            </w:r>
          </w:p>
        </w:tc>
        <w:tc>
          <w:tcPr>
            <w:tcW w:w="1524" w:type="dxa"/>
            <w:tcMar/>
            <w:vAlign w:val="center"/>
          </w:tcPr>
          <w:p w:rsidR="49E2800B" w:rsidP="1030D1EF" w:rsidRDefault="49E2800B" w14:paraId="2069EDF8">
            <w:pPr>
              <w:spacing w:before="40" w:after="40"/>
            </w:pPr>
            <w:r w:rsidRPr="1030D1EF" w:rsidR="49E2800B">
              <w:rPr>
                <w:rFonts w:ascii="Calibri" w:hAnsi="Calibri"/>
                <w:color w:val="000000" w:themeColor="text1" w:themeTint="FF" w:themeShade="FF"/>
                <w:sz w:val="20"/>
                <w:szCs w:val="20"/>
              </w:rPr>
              <w:t>One Year</w:t>
            </w:r>
          </w:p>
          <w:p w:rsidR="1030D1EF" w:rsidP="1030D1EF" w:rsidRDefault="1030D1EF" w14:paraId="17A52B97" w14:textId="6122745A">
            <w:pPr>
              <w:pStyle w:val="Normal"/>
              <w:rPr>
                <w:rFonts w:ascii="Calibri" w:hAnsi="Calibri"/>
                <w:color w:val="000000" w:themeColor="text1" w:themeTint="FF" w:themeShade="FF"/>
                <w:sz w:val="20"/>
                <w:szCs w:val="20"/>
              </w:rPr>
            </w:pPr>
          </w:p>
        </w:tc>
      </w:tr>
      <w:tr w:rsidR="1030D1EF" w:rsidTr="34AAF34B" w14:paraId="472AFCE5">
        <w:trPr>
          <w:trHeight w:val="300"/>
        </w:trPr>
        <w:tc>
          <w:tcPr>
            <w:tcW w:w="4063" w:type="dxa"/>
            <w:tcMar/>
            <w:vAlign w:val="center"/>
          </w:tcPr>
          <w:p w:rsidR="3F44629F" w:rsidP="1030D1EF" w:rsidRDefault="3F44629F" w14:paraId="45C14DC8" w14:textId="635A8589">
            <w:pPr>
              <w:pStyle w:val="Normal"/>
              <w:jc w:val="center"/>
              <w:rPr>
                <w:b w:val="1"/>
                <w:bCs w:val="1"/>
                <w:sz w:val="20"/>
                <w:szCs w:val="20"/>
              </w:rPr>
            </w:pPr>
            <w:r w:rsidRPr="1030D1EF" w:rsidR="3F44629F">
              <w:rPr>
                <w:b w:val="1"/>
                <w:bCs w:val="1"/>
                <w:sz w:val="20"/>
                <w:szCs w:val="20"/>
              </w:rPr>
              <w:t>Micro Creds</w:t>
            </w:r>
          </w:p>
        </w:tc>
        <w:tc>
          <w:tcPr>
            <w:tcW w:w="1143" w:type="dxa"/>
            <w:tcMar/>
            <w:vAlign w:val="center"/>
          </w:tcPr>
          <w:p w:rsidR="1030D1EF" w:rsidP="1030D1EF" w:rsidRDefault="1030D1EF" w14:paraId="7CFF2E55" w14:textId="6D0A6270">
            <w:pPr>
              <w:pStyle w:val="Normal"/>
              <w:rPr>
                <w:sz w:val="20"/>
                <w:szCs w:val="20"/>
              </w:rPr>
            </w:pPr>
          </w:p>
        </w:tc>
        <w:tc>
          <w:tcPr>
            <w:tcW w:w="1143" w:type="dxa"/>
            <w:tcMar/>
            <w:vAlign w:val="center"/>
          </w:tcPr>
          <w:p w:rsidR="1030D1EF" w:rsidP="1030D1EF" w:rsidRDefault="1030D1EF" w14:paraId="21977AFA" w14:textId="37C61B23">
            <w:pPr>
              <w:pStyle w:val="Normal"/>
              <w:rPr>
                <w:sz w:val="20"/>
                <w:szCs w:val="20"/>
              </w:rPr>
            </w:pPr>
          </w:p>
        </w:tc>
        <w:tc>
          <w:tcPr>
            <w:tcW w:w="1143" w:type="dxa"/>
            <w:tcMar/>
            <w:vAlign w:val="center"/>
          </w:tcPr>
          <w:p w:rsidR="1030D1EF" w:rsidP="1030D1EF" w:rsidRDefault="1030D1EF" w14:paraId="3E2A8609" w14:textId="28094E29">
            <w:pPr>
              <w:pStyle w:val="Normal"/>
              <w:rPr>
                <w:sz w:val="20"/>
                <w:szCs w:val="20"/>
              </w:rPr>
            </w:pPr>
          </w:p>
        </w:tc>
        <w:tc>
          <w:tcPr>
            <w:tcW w:w="1397" w:type="dxa"/>
            <w:tcMar/>
            <w:vAlign w:val="center"/>
          </w:tcPr>
          <w:p w:rsidR="1030D1EF" w:rsidP="1030D1EF" w:rsidRDefault="1030D1EF" w14:paraId="45753253" w14:textId="45705EED">
            <w:pPr>
              <w:pStyle w:val="Normal"/>
              <w:rPr>
                <w:sz w:val="20"/>
                <w:szCs w:val="20"/>
              </w:rPr>
            </w:pPr>
          </w:p>
        </w:tc>
        <w:tc>
          <w:tcPr>
            <w:tcW w:w="1397" w:type="dxa"/>
            <w:tcMar/>
            <w:vAlign w:val="center"/>
          </w:tcPr>
          <w:p w:rsidR="1030D1EF" w:rsidP="1030D1EF" w:rsidRDefault="1030D1EF" w14:paraId="1A5A0039" w14:textId="5170B39A">
            <w:pPr>
              <w:pStyle w:val="Normal"/>
              <w:jc w:val="center"/>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pPr>
          </w:p>
        </w:tc>
        <w:tc>
          <w:tcPr>
            <w:tcW w:w="1524" w:type="dxa"/>
            <w:tcMar/>
            <w:vAlign w:val="center"/>
          </w:tcPr>
          <w:p w:rsidR="1030D1EF" w:rsidP="1030D1EF" w:rsidRDefault="1030D1EF" w14:paraId="4CCBFC79" w14:textId="5E1FBD06">
            <w:pPr>
              <w:pStyle w:val="Normal"/>
              <w:rPr>
                <w:sz w:val="20"/>
                <w:szCs w:val="20"/>
              </w:rPr>
            </w:pPr>
          </w:p>
        </w:tc>
      </w:tr>
      <w:tr w:rsidR="1030D1EF" w:rsidTr="34AAF34B" w14:paraId="5F61D9BC">
        <w:trPr>
          <w:trHeight w:val="300"/>
        </w:trPr>
        <w:tc>
          <w:tcPr>
            <w:tcW w:w="4063" w:type="dxa"/>
            <w:tcMar/>
            <w:vAlign w:val="center"/>
          </w:tcPr>
          <w:p w:rsidR="1030D1EF" w:rsidP="1030D1EF" w:rsidRDefault="1030D1EF" w14:paraId="614D6803" w14:textId="24E11009">
            <w:pPr>
              <w:spacing w:before="0" w:beforeAutospacing="off" w:after="0" w:afterAutospacing="off"/>
              <w:rPr>
                <w:sz w:val="20"/>
                <w:szCs w:val="20"/>
              </w:rPr>
            </w:pPr>
            <w:r w:rsidRPr="34AAF34B" w:rsidR="3906F98B">
              <w:rPr>
                <w:sz w:val="20"/>
                <w:szCs w:val="20"/>
              </w:rPr>
              <w:t>C</w:t>
            </w:r>
            <w:r w:rsidRPr="34AAF34B" w:rsidR="1030D1EF">
              <w:rPr>
                <w:sz w:val="20"/>
                <w:szCs w:val="20"/>
              </w:rPr>
              <w:t>ertificate in Business English Language Acquisition for Professionals</w:t>
            </w:r>
          </w:p>
        </w:tc>
        <w:tc>
          <w:tcPr>
            <w:tcW w:w="1143" w:type="dxa"/>
            <w:tcMar/>
            <w:vAlign w:val="center"/>
          </w:tcPr>
          <w:p w:rsidR="1030D1EF" w:rsidP="1030D1EF" w:rsidRDefault="1030D1EF" w14:paraId="6C508703" w14:textId="440C392E">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0F89F59F" w14:textId="6C6E78DB">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6893EC9F" w14:textId="598EC29B">
            <w:pPr>
              <w:spacing w:before="0" w:beforeAutospacing="off" w:after="0" w:afterAutospacing="off"/>
              <w:rPr>
                <w:sz w:val="20"/>
                <w:szCs w:val="20"/>
              </w:rPr>
            </w:pPr>
            <w:r w:rsidRPr="34AAF34B" w:rsidR="31CA4117">
              <w:rPr>
                <w:sz w:val="20"/>
                <w:szCs w:val="20"/>
              </w:rPr>
              <w:t>20</w:t>
            </w:r>
          </w:p>
        </w:tc>
        <w:tc>
          <w:tcPr>
            <w:tcW w:w="1397" w:type="dxa"/>
            <w:tcMar/>
            <w:vAlign w:val="center"/>
          </w:tcPr>
          <w:p w:rsidR="1030D1EF" w:rsidP="1030D1EF" w:rsidRDefault="1030D1EF" w14:paraId="361971B3" w14:textId="230C079D">
            <w:pPr>
              <w:spacing w:before="0" w:beforeAutospacing="off" w:after="0" w:afterAutospacing="off"/>
              <w:rPr>
                <w:sz w:val="20"/>
                <w:szCs w:val="20"/>
              </w:rPr>
            </w:pPr>
            <w:r w:rsidRPr="34AAF34B" w:rsidR="31CA4117">
              <w:rPr>
                <w:sz w:val="20"/>
                <w:szCs w:val="20"/>
              </w:rPr>
              <w:t>12</w:t>
            </w:r>
            <w:r w:rsidRPr="34AAF34B" w:rsidR="1030D1EF">
              <w:rPr>
                <w:sz w:val="20"/>
                <w:szCs w:val="20"/>
              </w:rPr>
              <w:t>00</w:t>
            </w:r>
          </w:p>
        </w:tc>
        <w:tc>
          <w:tcPr>
            <w:tcW w:w="1397" w:type="dxa"/>
            <w:tcMar/>
            <w:vAlign w:val="center"/>
          </w:tcPr>
          <w:p w:rsidR="1030D1EF" w:rsidP="34AAF34B" w:rsidRDefault="1030D1EF" w14:paraId="61F0AD41" w14:textId="392D9488">
            <w:pPr>
              <w:spacing w:before="0" w:beforeAutospacing="off" w:after="0" w:afterAutospacing="off"/>
              <w:jc w:val="center"/>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pPr>
            <w:r w:rsidRPr="34AAF34B"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1</w:t>
            </w:r>
            <w:r w:rsidRPr="34AAF34B" w:rsidR="59E22CDD">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7</w:t>
            </w:r>
            <w:r w:rsidRPr="34AAF34B"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20"/>
                <w:szCs w:val="20"/>
                <w:u w:val="none"/>
              </w:rPr>
              <w:t>00</w:t>
            </w:r>
          </w:p>
        </w:tc>
        <w:tc>
          <w:tcPr>
            <w:tcW w:w="1524" w:type="dxa"/>
            <w:tcMar/>
            <w:vAlign w:val="center"/>
          </w:tcPr>
          <w:p w:rsidR="1030D1EF" w:rsidP="1030D1EF" w:rsidRDefault="1030D1EF" w14:paraId="5C594812" w14:textId="233B60E3">
            <w:pPr>
              <w:spacing w:before="0" w:beforeAutospacing="off" w:after="0" w:afterAutospacing="off"/>
              <w:rPr>
                <w:sz w:val="20"/>
                <w:szCs w:val="20"/>
              </w:rPr>
            </w:pPr>
            <w:r w:rsidRPr="1030D1EF" w:rsidR="1030D1EF">
              <w:rPr>
                <w:sz w:val="20"/>
                <w:szCs w:val="20"/>
              </w:rPr>
              <w:t>One Semester</w:t>
            </w:r>
          </w:p>
        </w:tc>
      </w:tr>
      <w:tr w:rsidR="1030D1EF" w:rsidTr="34AAF34B" w14:paraId="3E044C91">
        <w:trPr>
          <w:trHeight w:val="300"/>
        </w:trPr>
        <w:tc>
          <w:tcPr>
            <w:tcW w:w="4063" w:type="dxa"/>
            <w:tcMar/>
            <w:vAlign w:val="center"/>
          </w:tcPr>
          <w:p w:rsidR="1030D1EF" w:rsidP="1030D1EF" w:rsidRDefault="1030D1EF" w14:paraId="757E7A1D" w14:textId="743D9C95">
            <w:pPr>
              <w:spacing w:before="0" w:beforeAutospacing="off" w:after="0" w:afterAutospacing="off"/>
              <w:rPr>
                <w:sz w:val="20"/>
                <w:szCs w:val="20"/>
              </w:rPr>
            </w:pPr>
            <w:r w:rsidRPr="34AAF34B" w:rsidR="53691318">
              <w:rPr>
                <w:sz w:val="20"/>
                <w:szCs w:val="20"/>
              </w:rPr>
              <w:t xml:space="preserve">PG </w:t>
            </w:r>
            <w:r w:rsidRPr="34AAF34B" w:rsidR="1030D1EF">
              <w:rPr>
                <w:sz w:val="20"/>
                <w:szCs w:val="20"/>
              </w:rPr>
              <w:t xml:space="preserve">Certificate in Strategic Talent Leadership and </w:t>
            </w:r>
            <w:r w:rsidRPr="34AAF34B" w:rsidR="1030D1EF">
              <w:rPr>
                <w:sz w:val="20"/>
                <w:szCs w:val="20"/>
              </w:rPr>
              <w:t>Organisational</w:t>
            </w:r>
            <w:r w:rsidRPr="34AAF34B" w:rsidR="1030D1EF">
              <w:rPr>
                <w:sz w:val="20"/>
                <w:szCs w:val="20"/>
              </w:rPr>
              <w:t xml:space="preserve"> Psychology</w:t>
            </w:r>
          </w:p>
        </w:tc>
        <w:tc>
          <w:tcPr>
            <w:tcW w:w="1143" w:type="dxa"/>
            <w:tcMar/>
            <w:vAlign w:val="center"/>
          </w:tcPr>
          <w:p w:rsidR="1030D1EF" w:rsidP="1030D1EF" w:rsidRDefault="1030D1EF" w14:paraId="4C68476C" w14:textId="0BED490B">
            <w:pPr>
              <w:spacing w:before="0" w:beforeAutospacing="off" w:after="0" w:afterAutospacing="off"/>
              <w:rPr>
                <w:sz w:val="20"/>
                <w:szCs w:val="20"/>
              </w:rPr>
            </w:pPr>
            <w:r w:rsidRPr="1030D1EF" w:rsidR="1030D1EF">
              <w:rPr>
                <w:sz w:val="20"/>
                <w:szCs w:val="20"/>
              </w:rPr>
              <w:t>9</w:t>
            </w:r>
          </w:p>
        </w:tc>
        <w:tc>
          <w:tcPr>
            <w:tcW w:w="1143" w:type="dxa"/>
            <w:tcMar/>
            <w:vAlign w:val="center"/>
          </w:tcPr>
          <w:p w:rsidR="1030D1EF" w:rsidP="1030D1EF" w:rsidRDefault="1030D1EF" w14:paraId="0AC167D2" w14:textId="1D93B288">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3BDB95CB" w14:textId="1D91CD75">
            <w:pPr>
              <w:spacing w:before="0" w:beforeAutospacing="off" w:after="0" w:afterAutospacing="off"/>
              <w:rPr>
                <w:sz w:val="20"/>
                <w:szCs w:val="20"/>
              </w:rPr>
            </w:pPr>
            <w:r w:rsidRPr="1030D1EF" w:rsidR="1030D1EF">
              <w:rPr>
                <w:sz w:val="20"/>
                <w:szCs w:val="20"/>
              </w:rPr>
              <w:t>20</w:t>
            </w:r>
          </w:p>
        </w:tc>
        <w:tc>
          <w:tcPr>
            <w:tcW w:w="1397" w:type="dxa"/>
            <w:tcMar/>
            <w:vAlign w:val="center"/>
          </w:tcPr>
          <w:p w:rsidR="1030D1EF" w:rsidP="1030D1EF" w:rsidRDefault="1030D1EF" w14:paraId="6AA7FB81" w14:textId="16352AF1">
            <w:pPr>
              <w:spacing w:before="0" w:beforeAutospacing="off" w:after="0" w:afterAutospacing="off"/>
              <w:rPr>
                <w:sz w:val="20"/>
                <w:szCs w:val="20"/>
              </w:rPr>
            </w:pPr>
            <w:r w:rsidRPr="1030D1EF" w:rsidR="1030D1EF">
              <w:rPr>
                <w:sz w:val="20"/>
                <w:szCs w:val="20"/>
              </w:rPr>
              <w:t>1,600</w:t>
            </w:r>
          </w:p>
        </w:tc>
        <w:tc>
          <w:tcPr>
            <w:tcW w:w="1397" w:type="dxa"/>
            <w:tcMar/>
            <w:vAlign w:val="center"/>
          </w:tcPr>
          <w:p w:rsidR="1030D1EF" w:rsidP="1030D1EF" w:rsidRDefault="1030D1EF" w14:paraId="68FA3801" w14:textId="2CD3FA3B">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1900</w:t>
            </w:r>
          </w:p>
        </w:tc>
        <w:tc>
          <w:tcPr>
            <w:tcW w:w="1524" w:type="dxa"/>
            <w:tcMar/>
            <w:vAlign w:val="center"/>
          </w:tcPr>
          <w:p w:rsidR="1030D1EF" w:rsidP="1030D1EF" w:rsidRDefault="1030D1EF" w14:paraId="4DF298CF" w14:textId="62A46FDB">
            <w:pPr>
              <w:spacing w:before="0" w:beforeAutospacing="off" w:after="0" w:afterAutospacing="off"/>
              <w:rPr>
                <w:sz w:val="20"/>
                <w:szCs w:val="20"/>
              </w:rPr>
            </w:pPr>
            <w:r w:rsidRPr="1030D1EF" w:rsidR="1030D1EF">
              <w:rPr>
                <w:sz w:val="20"/>
                <w:szCs w:val="20"/>
              </w:rPr>
              <w:t>One or Two Semester(s) TBD</w:t>
            </w:r>
          </w:p>
        </w:tc>
      </w:tr>
      <w:tr w:rsidR="1030D1EF" w:rsidTr="34AAF34B" w14:paraId="3E119FB6">
        <w:trPr>
          <w:trHeight w:val="300"/>
        </w:trPr>
        <w:tc>
          <w:tcPr>
            <w:tcW w:w="4063" w:type="dxa"/>
            <w:tcMar/>
            <w:vAlign w:val="center"/>
          </w:tcPr>
          <w:p w:rsidR="1030D1EF" w:rsidP="1030D1EF" w:rsidRDefault="1030D1EF" w14:paraId="42E161B8" w14:textId="2A70F804">
            <w:pPr>
              <w:spacing w:before="0" w:beforeAutospacing="off" w:after="0" w:afterAutospacing="off"/>
              <w:rPr>
                <w:sz w:val="20"/>
                <w:szCs w:val="20"/>
              </w:rPr>
            </w:pPr>
            <w:r w:rsidRPr="34AAF34B" w:rsidR="0F64C260">
              <w:rPr>
                <w:sz w:val="20"/>
                <w:szCs w:val="20"/>
              </w:rPr>
              <w:t xml:space="preserve">PG </w:t>
            </w:r>
            <w:r w:rsidRPr="34AAF34B" w:rsidR="1030D1EF">
              <w:rPr>
                <w:sz w:val="20"/>
                <w:szCs w:val="20"/>
              </w:rPr>
              <w:t>Certificate in Quality Systems and Process Excellence</w:t>
            </w:r>
          </w:p>
        </w:tc>
        <w:tc>
          <w:tcPr>
            <w:tcW w:w="1143" w:type="dxa"/>
            <w:tcMar/>
            <w:vAlign w:val="center"/>
          </w:tcPr>
          <w:p w:rsidR="1030D1EF" w:rsidP="1030D1EF" w:rsidRDefault="1030D1EF" w14:paraId="4D0BC681" w14:textId="7711003A">
            <w:pPr>
              <w:spacing w:before="0" w:beforeAutospacing="off" w:after="0" w:afterAutospacing="off"/>
              <w:rPr>
                <w:sz w:val="20"/>
                <w:szCs w:val="20"/>
              </w:rPr>
            </w:pPr>
            <w:r w:rsidRPr="1030D1EF" w:rsidR="1030D1EF">
              <w:rPr>
                <w:sz w:val="20"/>
                <w:szCs w:val="20"/>
              </w:rPr>
              <w:t>9</w:t>
            </w:r>
          </w:p>
        </w:tc>
        <w:tc>
          <w:tcPr>
            <w:tcW w:w="1143" w:type="dxa"/>
            <w:tcMar/>
            <w:vAlign w:val="center"/>
          </w:tcPr>
          <w:p w:rsidR="1030D1EF" w:rsidP="1030D1EF" w:rsidRDefault="1030D1EF" w14:paraId="2D29F4E4" w14:textId="67157A04">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21DDFB23" w14:textId="1D91CD75">
            <w:pPr>
              <w:spacing w:before="0" w:beforeAutospacing="off" w:after="0" w:afterAutospacing="off"/>
              <w:rPr>
                <w:sz w:val="20"/>
                <w:szCs w:val="20"/>
              </w:rPr>
            </w:pPr>
            <w:r w:rsidRPr="1030D1EF" w:rsidR="1030D1EF">
              <w:rPr>
                <w:sz w:val="20"/>
                <w:szCs w:val="20"/>
              </w:rPr>
              <w:t>20</w:t>
            </w:r>
          </w:p>
        </w:tc>
        <w:tc>
          <w:tcPr>
            <w:tcW w:w="1397" w:type="dxa"/>
            <w:tcMar/>
            <w:vAlign w:val="center"/>
          </w:tcPr>
          <w:p w:rsidR="1030D1EF" w:rsidP="1030D1EF" w:rsidRDefault="1030D1EF" w14:paraId="4B5C139A" w14:textId="16352AF1">
            <w:pPr>
              <w:spacing w:before="0" w:beforeAutospacing="off" w:after="0" w:afterAutospacing="off"/>
              <w:rPr>
                <w:sz w:val="20"/>
                <w:szCs w:val="20"/>
              </w:rPr>
            </w:pPr>
            <w:r w:rsidRPr="1030D1EF" w:rsidR="1030D1EF">
              <w:rPr>
                <w:sz w:val="20"/>
                <w:szCs w:val="20"/>
              </w:rPr>
              <w:t>1,600</w:t>
            </w:r>
          </w:p>
        </w:tc>
        <w:tc>
          <w:tcPr>
            <w:tcW w:w="1397" w:type="dxa"/>
            <w:tcMar/>
            <w:vAlign w:val="center"/>
          </w:tcPr>
          <w:p w:rsidR="1030D1EF" w:rsidP="1030D1EF" w:rsidRDefault="1030D1EF" w14:paraId="0392655D" w14:textId="07C6A29A">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1900</w:t>
            </w:r>
          </w:p>
        </w:tc>
        <w:tc>
          <w:tcPr>
            <w:tcW w:w="1524" w:type="dxa"/>
            <w:tcMar/>
            <w:vAlign w:val="center"/>
          </w:tcPr>
          <w:p w:rsidR="1030D1EF" w:rsidP="1030D1EF" w:rsidRDefault="1030D1EF" w14:paraId="24E72E4F" w14:textId="62A46FDB">
            <w:pPr>
              <w:spacing w:before="0" w:beforeAutospacing="off" w:after="0" w:afterAutospacing="off"/>
              <w:rPr>
                <w:sz w:val="20"/>
                <w:szCs w:val="20"/>
              </w:rPr>
            </w:pPr>
            <w:r w:rsidRPr="1030D1EF" w:rsidR="1030D1EF">
              <w:rPr>
                <w:sz w:val="20"/>
                <w:szCs w:val="20"/>
              </w:rPr>
              <w:t>One or Two Semester(s) TBD</w:t>
            </w:r>
          </w:p>
        </w:tc>
      </w:tr>
      <w:tr w:rsidR="1030D1EF" w:rsidTr="34AAF34B" w14:paraId="374B7F98">
        <w:trPr>
          <w:trHeight w:val="300"/>
        </w:trPr>
        <w:tc>
          <w:tcPr>
            <w:tcW w:w="4063" w:type="dxa"/>
            <w:tcMar/>
            <w:vAlign w:val="center"/>
          </w:tcPr>
          <w:p w:rsidR="1030D1EF" w:rsidP="1030D1EF" w:rsidRDefault="1030D1EF" w14:paraId="20444043" w14:textId="45808DE2">
            <w:pPr>
              <w:spacing w:before="0" w:beforeAutospacing="off" w:after="0" w:afterAutospacing="off"/>
              <w:rPr>
                <w:sz w:val="20"/>
                <w:szCs w:val="20"/>
              </w:rPr>
            </w:pPr>
            <w:r w:rsidRPr="1030D1EF" w:rsidR="1030D1EF">
              <w:rPr>
                <w:sz w:val="20"/>
                <w:szCs w:val="20"/>
              </w:rPr>
              <w:t>Certificate in Irish Language Proficiency (Reading/Writing)</w:t>
            </w:r>
          </w:p>
        </w:tc>
        <w:tc>
          <w:tcPr>
            <w:tcW w:w="1143" w:type="dxa"/>
            <w:tcMar/>
            <w:vAlign w:val="center"/>
          </w:tcPr>
          <w:p w:rsidR="1030D1EF" w:rsidP="1030D1EF" w:rsidRDefault="1030D1EF" w14:paraId="2BEB7B6A" w14:textId="01E011AB">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05E21C3C" w14:textId="2614CBC3">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6C3B058F" w14:textId="6A56F912">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5DB366DC" w14:textId="756FC8FE">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489969D0" w14:textId="1FC089D6">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32F17EAA" w14:textId="6BAEAF9C">
            <w:pPr>
              <w:spacing w:before="0" w:beforeAutospacing="off" w:after="0" w:afterAutospacing="off"/>
              <w:rPr>
                <w:sz w:val="20"/>
                <w:szCs w:val="20"/>
              </w:rPr>
            </w:pPr>
            <w:r w:rsidRPr="1030D1EF" w:rsidR="1030D1EF">
              <w:rPr>
                <w:sz w:val="20"/>
                <w:szCs w:val="20"/>
              </w:rPr>
              <w:t>One Semester</w:t>
            </w:r>
          </w:p>
        </w:tc>
      </w:tr>
      <w:tr w:rsidR="1030D1EF" w:rsidTr="34AAF34B" w14:paraId="50379BBD">
        <w:trPr>
          <w:trHeight w:val="300"/>
        </w:trPr>
        <w:tc>
          <w:tcPr>
            <w:tcW w:w="4063" w:type="dxa"/>
            <w:tcMar/>
            <w:vAlign w:val="center"/>
          </w:tcPr>
          <w:p w:rsidR="1030D1EF" w:rsidP="1030D1EF" w:rsidRDefault="1030D1EF" w14:paraId="4B758CF6" w14:textId="5AE09146">
            <w:pPr>
              <w:spacing w:before="0" w:beforeAutospacing="off" w:after="0" w:afterAutospacing="off"/>
              <w:rPr>
                <w:sz w:val="20"/>
                <w:szCs w:val="20"/>
              </w:rPr>
            </w:pPr>
            <w:r w:rsidRPr="1030D1EF" w:rsidR="1030D1EF">
              <w:rPr>
                <w:sz w:val="20"/>
                <w:szCs w:val="20"/>
              </w:rPr>
              <w:t>Certificate in Irish Language Proficiency (Conversational/Listening)</w:t>
            </w:r>
          </w:p>
        </w:tc>
        <w:tc>
          <w:tcPr>
            <w:tcW w:w="1143" w:type="dxa"/>
            <w:tcMar/>
            <w:vAlign w:val="center"/>
          </w:tcPr>
          <w:p w:rsidR="1030D1EF" w:rsidP="1030D1EF" w:rsidRDefault="1030D1EF" w14:paraId="146937B6" w14:textId="31DB0412">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0CF2E310" w14:textId="064E8A2C">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3B71CE0C" w14:textId="2AB7B093">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4288C00C" w14:textId="7D5FAF22">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7F8E7E78" w14:textId="69683766">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4FF24EF1" w14:textId="2B7F4488">
            <w:pPr>
              <w:spacing w:before="0" w:beforeAutospacing="off" w:after="0" w:afterAutospacing="off"/>
              <w:rPr>
                <w:sz w:val="20"/>
                <w:szCs w:val="20"/>
              </w:rPr>
            </w:pPr>
            <w:r w:rsidRPr="1030D1EF" w:rsidR="1030D1EF">
              <w:rPr>
                <w:sz w:val="20"/>
                <w:szCs w:val="20"/>
              </w:rPr>
              <w:t>One Semester</w:t>
            </w:r>
          </w:p>
        </w:tc>
      </w:tr>
      <w:tr w:rsidR="1030D1EF" w:rsidTr="34AAF34B" w14:paraId="6E827D73">
        <w:trPr>
          <w:trHeight w:val="300"/>
        </w:trPr>
        <w:tc>
          <w:tcPr>
            <w:tcW w:w="4063" w:type="dxa"/>
            <w:tcMar/>
            <w:vAlign w:val="center"/>
          </w:tcPr>
          <w:p w:rsidR="1030D1EF" w:rsidP="1030D1EF" w:rsidRDefault="1030D1EF" w14:paraId="6E1B6B40" w14:textId="110B30CE">
            <w:pPr>
              <w:spacing w:before="0" w:beforeAutospacing="off" w:after="0" w:afterAutospacing="off"/>
              <w:rPr>
                <w:sz w:val="20"/>
                <w:szCs w:val="20"/>
              </w:rPr>
            </w:pPr>
            <w:r w:rsidRPr="34AAF34B" w:rsidR="1007B7AD">
              <w:rPr>
                <w:sz w:val="20"/>
                <w:szCs w:val="20"/>
              </w:rPr>
              <w:t xml:space="preserve">PG </w:t>
            </w:r>
            <w:r w:rsidRPr="34AAF34B" w:rsidR="1030D1EF">
              <w:rPr>
                <w:sz w:val="20"/>
                <w:szCs w:val="20"/>
              </w:rPr>
              <w:t>Certificate in Strategic Risk, Governance and Financial Decision Making</w:t>
            </w:r>
          </w:p>
        </w:tc>
        <w:tc>
          <w:tcPr>
            <w:tcW w:w="1143" w:type="dxa"/>
            <w:tcMar/>
            <w:vAlign w:val="center"/>
          </w:tcPr>
          <w:p w:rsidR="1030D1EF" w:rsidP="1030D1EF" w:rsidRDefault="1030D1EF" w14:paraId="147AF3E4" w14:textId="12F78D17">
            <w:pPr>
              <w:spacing w:before="0" w:beforeAutospacing="off" w:after="0" w:afterAutospacing="off"/>
              <w:rPr>
                <w:sz w:val="20"/>
                <w:szCs w:val="20"/>
              </w:rPr>
            </w:pPr>
            <w:r w:rsidRPr="1030D1EF" w:rsidR="1030D1EF">
              <w:rPr>
                <w:sz w:val="20"/>
                <w:szCs w:val="20"/>
              </w:rPr>
              <w:t>9</w:t>
            </w:r>
          </w:p>
        </w:tc>
        <w:tc>
          <w:tcPr>
            <w:tcW w:w="1143" w:type="dxa"/>
            <w:tcMar/>
            <w:vAlign w:val="center"/>
          </w:tcPr>
          <w:p w:rsidR="1030D1EF" w:rsidP="1030D1EF" w:rsidRDefault="1030D1EF" w14:paraId="02416684" w14:textId="5E2D59E8">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64676C81" w14:textId="59B632D2">
            <w:pPr>
              <w:spacing w:before="0" w:beforeAutospacing="off" w:after="0" w:afterAutospacing="off"/>
              <w:rPr>
                <w:sz w:val="20"/>
                <w:szCs w:val="20"/>
              </w:rPr>
            </w:pPr>
            <w:r w:rsidRPr="1030D1EF" w:rsidR="1030D1EF">
              <w:rPr>
                <w:sz w:val="20"/>
                <w:szCs w:val="20"/>
              </w:rPr>
              <w:t>20</w:t>
            </w:r>
          </w:p>
        </w:tc>
        <w:tc>
          <w:tcPr>
            <w:tcW w:w="1397" w:type="dxa"/>
            <w:tcMar/>
            <w:vAlign w:val="center"/>
          </w:tcPr>
          <w:p w:rsidR="1030D1EF" w:rsidP="1030D1EF" w:rsidRDefault="1030D1EF" w14:paraId="6BC5E934" w14:textId="4FDF72AF">
            <w:pPr>
              <w:spacing w:before="0" w:beforeAutospacing="off" w:after="0" w:afterAutospacing="off"/>
              <w:rPr>
                <w:sz w:val="20"/>
                <w:szCs w:val="20"/>
              </w:rPr>
            </w:pPr>
            <w:r w:rsidRPr="1030D1EF" w:rsidR="1030D1EF">
              <w:rPr>
                <w:sz w:val="20"/>
                <w:szCs w:val="20"/>
              </w:rPr>
              <w:t>1,600</w:t>
            </w:r>
          </w:p>
        </w:tc>
        <w:tc>
          <w:tcPr>
            <w:tcW w:w="1397" w:type="dxa"/>
            <w:tcMar/>
            <w:vAlign w:val="center"/>
          </w:tcPr>
          <w:p w:rsidR="1030D1EF" w:rsidP="1030D1EF" w:rsidRDefault="1030D1EF" w14:paraId="790C65B9" w14:textId="5D5AF6E0">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1900</w:t>
            </w:r>
          </w:p>
        </w:tc>
        <w:tc>
          <w:tcPr>
            <w:tcW w:w="1524" w:type="dxa"/>
            <w:tcMar/>
            <w:vAlign w:val="center"/>
          </w:tcPr>
          <w:p w:rsidR="1030D1EF" w:rsidP="1030D1EF" w:rsidRDefault="1030D1EF" w14:paraId="55C56E12" w14:textId="6022CA30">
            <w:pPr>
              <w:spacing w:before="0" w:beforeAutospacing="off" w:after="0" w:afterAutospacing="off"/>
              <w:rPr>
                <w:sz w:val="20"/>
                <w:szCs w:val="20"/>
              </w:rPr>
            </w:pPr>
            <w:r w:rsidRPr="1030D1EF" w:rsidR="1030D1EF">
              <w:rPr>
                <w:sz w:val="20"/>
                <w:szCs w:val="20"/>
              </w:rPr>
              <w:t>One or Two Semester(s) TBD</w:t>
            </w:r>
          </w:p>
        </w:tc>
      </w:tr>
      <w:tr w:rsidR="1030D1EF" w:rsidTr="34AAF34B" w14:paraId="7CC49E5E">
        <w:trPr>
          <w:trHeight w:val="300"/>
        </w:trPr>
        <w:tc>
          <w:tcPr>
            <w:tcW w:w="4063" w:type="dxa"/>
            <w:tcMar/>
            <w:vAlign w:val="center"/>
          </w:tcPr>
          <w:p w:rsidR="1030D1EF" w:rsidP="1030D1EF" w:rsidRDefault="1030D1EF" w14:paraId="5544B800" w14:textId="362DE612">
            <w:pPr>
              <w:spacing w:before="0" w:beforeAutospacing="off" w:after="0" w:afterAutospacing="off"/>
              <w:rPr>
                <w:sz w:val="20"/>
                <w:szCs w:val="20"/>
              </w:rPr>
            </w:pPr>
            <w:r w:rsidRPr="1030D1EF" w:rsidR="1030D1EF">
              <w:rPr>
                <w:sz w:val="20"/>
                <w:szCs w:val="20"/>
              </w:rPr>
              <w:t>Certificate in Applied Entrepreneurship and the Irish Enterprise Ecosystem</w:t>
            </w:r>
          </w:p>
        </w:tc>
        <w:tc>
          <w:tcPr>
            <w:tcW w:w="1143" w:type="dxa"/>
            <w:tcMar/>
            <w:vAlign w:val="center"/>
          </w:tcPr>
          <w:p w:rsidR="1030D1EF" w:rsidP="1030D1EF" w:rsidRDefault="1030D1EF" w14:paraId="2D99E5E6" w14:textId="031727C4">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0DA5141A" w14:textId="47468074">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44E9AD8D" w14:textId="33E8CA55">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4FB8E47B" w14:textId="0E666DD5">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62C38846" w14:textId="14A8DF84">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297CFE40" w14:textId="6D053520">
            <w:pPr>
              <w:spacing w:before="0" w:beforeAutospacing="off" w:after="0" w:afterAutospacing="off"/>
              <w:rPr>
                <w:sz w:val="20"/>
                <w:szCs w:val="20"/>
              </w:rPr>
            </w:pPr>
            <w:r w:rsidRPr="1030D1EF" w:rsidR="1030D1EF">
              <w:rPr>
                <w:sz w:val="20"/>
                <w:szCs w:val="20"/>
              </w:rPr>
              <w:t>One Semester</w:t>
            </w:r>
          </w:p>
        </w:tc>
      </w:tr>
      <w:tr w:rsidR="1030D1EF" w:rsidTr="34AAF34B" w14:paraId="4C1C79AE">
        <w:trPr>
          <w:trHeight w:val="300"/>
        </w:trPr>
        <w:tc>
          <w:tcPr>
            <w:tcW w:w="4063" w:type="dxa"/>
            <w:tcMar/>
            <w:vAlign w:val="center"/>
          </w:tcPr>
          <w:p w:rsidR="1030D1EF" w:rsidP="1030D1EF" w:rsidRDefault="1030D1EF" w14:paraId="54255E20" w14:textId="738CE011">
            <w:pPr>
              <w:spacing w:before="0" w:beforeAutospacing="off" w:after="0" w:afterAutospacing="off"/>
              <w:rPr>
                <w:sz w:val="20"/>
                <w:szCs w:val="20"/>
              </w:rPr>
            </w:pPr>
            <w:r w:rsidRPr="34AAF34B" w:rsidR="12FFE3B3">
              <w:rPr>
                <w:sz w:val="20"/>
                <w:szCs w:val="20"/>
              </w:rPr>
              <w:t xml:space="preserve">PG </w:t>
            </w:r>
            <w:r w:rsidRPr="34AAF34B" w:rsidR="1030D1EF">
              <w:rPr>
                <w:sz w:val="20"/>
                <w:szCs w:val="20"/>
              </w:rPr>
              <w:t>Certificate in Applied Management Practice and Leadership in Education</w:t>
            </w:r>
          </w:p>
        </w:tc>
        <w:tc>
          <w:tcPr>
            <w:tcW w:w="1143" w:type="dxa"/>
            <w:tcMar/>
            <w:vAlign w:val="center"/>
          </w:tcPr>
          <w:p w:rsidR="1030D1EF" w:rsidP="1030D1EF" w:rsidRDefault="1030D1EF" w14:paraId="6BD02325" w14:textId="4F221BBB">
            <w:pPr>
              <w:spacing w:before="0" w:beforeAutospacing="off" w:after="0" w:afterAutospacing="off"/>
              <w:rPr>
                <w:sz w:val="20"/>
                <w:szCs w:val="20"/>
              </w:rPr>
            </w:pPr>
            <w:r w:rsidRPr="1030D1EF" w:rsidR="1030D1EF">
              <w:rPr>
                <w:sz w:val="20"/>
                <w:szCs w:val="20"/>
              </w:rPr>
              <w:t>9</w:t>
            </w:r>
          </w:p>
        </w:tc>
        <w:tc>
          <w:tcPr>
            <w:tcW w:w="1143" w:type="dxa"/>
            <w:tcMar/>
            <w:vAlign w:val="center"/>
          </w:tcPr>
          <w:p w:rsidR="1030D1EF" w:rsidP="1030D1EF" w:rsidRDefault="1030D1EF" w14:paraId="16FE8557" w14:textId="7348D58E">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4BC75B55" w14:textId="2FDE6E93">
            <w:pPr>
              <w:spacing w:before="0" w:beforeAutospacing="off" w:after="0" w:afterAutospacing="off"/>
              <w:rPr>
                <w:sz w:val="20"/>
                <w:szCs w:val="20"/>
              </w:rPr>
            </w:pPr>
            <w:r w:rsidRPr="1030D1EF" w:rsidR="1030D1EF">
              <w:rPr>
                <w:sz w:val="20"/>
                <w:szCs w:val="20"/>
              </w:rPr>
              <w:t>20</w:t>
            </w:r>
          </w:p>
        </w:tc>
        <w:tc>
          <w:tcPr>
            <w:tcW w:w="1397" w:type="dxa"/>
            <w:tcMar/>
            <w:vAlign w:val="center"/>
          </w:tcPr>
          <w:p w:rsidR="1030D1EF" w:rsidP="1030D1EF" w:rsidRDefault="1030D1EF" w14:paraId="76D8E4FE" w14:textId="7BB80929">
            <w:pPr>
              <w:spacing w:before="0" w:beforeAutospacing="off" w:after="0" w:afterAutospacing="off"/>
              <w:rPr>
                <w:sz w:val="20"/>
                <w:szCs w:val="20"/>
              </w:rPr>
            </w:pPr>
            <w:r w:rsidRPr="1030D1EF" w:rsidR="1030D1EF">
              <w:rPr>
                <w:sz w:val="20"/>
                <w:szCs w:val="20"/>
              </w:rPr>
              <w:t>1,600</w:t>
            </w:r>
          </w:p>
        </w:tc>
        <w:tc>
          <w:tcPr>
            <w:tcW w:w="1397" w:type="dxa"/>
            <w:tcMar/>
            <w:vAlign w:val="center"/>
          </w:tcPr>
          <w:p w:rsidR="1030D1EF" w:rsidP="1030D1EF" w:rsidRDefault="1030D1EF" w14:paraId="6728E81A" w14:textId="7DCF10DB">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1900</w:t>
            </w:r>
          </w:p>
        </w:tc>
        <w:tc>
          <w:tcPr>
            <w:tcW w:w="1524" w:type="dxa"/>
            <w:tcMar/>
            <w:vAlign w:val="center"/>
          </w:tcPr>
          <w:p w:rsidR="1030D1EF" w:rsidP="1030D1EF" w:rsidRDefault="1030D1EF" w14:paraId="33CA4E73" w14:textId="1C6D2013">
            <w:pPr>
              <w:spacing w:before="0" w:beforeAutospacing="off" w:after="0" w:afterAutospacing="off"/>
              <w:rPr>
                <w:sz w:val="20"/>
                <w:szCs w:val="20"/>
              </w:rPr>
            </w:pPr>
            <w:r w:rsidRPr="1030D1EF" w:rsidR="1030D1EF">
              <w:rPr>
                <w:sz w:val="20"/>
                <w:szCs w:val="20"/>
              </w:rPr>
              <w:t>One or Two Semester(s) TBD</w:t>
            </w:r>
          </w:p>
        </w:tc>
      </w:tr>
      <w:tr w:rsidR="1030D1EF" w:rsidTr="34AAF34B" w14:paraId="7011A988">
        <w:trPr>
          <w:trHeight w:val="300"/>
        </w:trPr>
        <w:tc>
          <w:tcPr>
            <w:tcW w:w="4063" w:type="dxa"/>
            <w:tcMar/>
            <w:vAlign w:val="center"/>
          </w:tcPr>
          <w:p w:rsidR="1030D1EF" w:rsidP="1030D1EF" w:rsidRDefault="1030D1EF" w14:paraId="0733F212" w14:textId="30769580">
            <w:pPr>
              <w:spacing w:before="0" w:beforeAutospacing="off" w:after="0" w:afterAutospacing="off"/>
              <w:rPr>
                <w:sz w:val="20"/>
                <w:szCs w:val="20"/>
              </w:rPr>
            </w:pPr>
            <w:r w:rsidRPr="34AAF34B" w:rsidR="23300756">
              <w:rPr>
                <w:sz w:val="20"/>
                <w:szCs w:val="20"/>
              </w:rPr>
              <w:t xml:space="preserve">PG </w:t>
            </w:r>
            <w:r w:rsidRPr="34AAF34B" w:rsidR="1030D1EF">
              <w:rPr>
                <w:sz w:val="20"/>
                <w:szCs w:val="20"/>
              </w:rPr>
              <w:t>Certificate in Therapeutic and Creative Play Skills</w:t>
            </w:r>
          </w:p>
        </w:tc>
        <w:tc>
          <w:tcPr>
            <w:tcW w:w="1143" w:type="dxa"/>
            <w:tcMar/>
            <w:vAlign w:val="center"/>
          </w:tcPr>
          <w:p w:rsidR="1030D1EF" w:rsidP="1030D1EF" w:rsidRDefault="1030D1EF" w14:paraId="721D9C00" w14:textId="3F363278">
            <w:pPr>
              <w:spacing w:before="0" w:beforeAutospacing="off" w:after="0" w:afterAutospacing="off"/>
              <w:rPr>
                <w:sz w:val="20"/>
                <w:szCs w:val="20"/>
              </w:rPr>
            </w:pPr>
            <w:r w:rsidRPr="1030D1EF" w:rsidR="1030D1EF">
              <w:rPr>
                <w:sz w:val="20"/>
                <w:szCs w:val="20"/>
              </w:rPr>
              <w:t>9</w:t>
            </w:r>
          </w:p>
        </w:tc>
        <w:tc>
          <w:tcPr>
            <w:tcW w:w="1143" w:type="dxa"/>
            <w:tcMar/>
            <w:vAlign w:val="center"/>
          </w:tcPr>
          <w:p w:rsidR="1030D1EF" w:rsidP="1030D1EF" w:rsidRDefault="1030D1EF" w14:paraId="4C14D835" w14:textId="42FBF9A5">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1A41CECC" w14:textId="061A1931">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05697C99" w14:textId="2C3D7051">
            <w:pPr>
              <w:spacing w:before="0" w:beforeAutospacing="off" w:after="0" w:afterAutospacing="off"/>
              <w:rPr>
                <w:sz w:val="20"/>
                <w:szCs w:val="20"/>
              </w:rPr>
            </w:pPr>
            <w:r w:rsidRPr="1030D1EF" w:rsidR="1030D1EF">
              <w:rPr>
                <w:sz w:val="20"/>
                <w:szCs w:val="20"/>
              </w:rPr>
              <w:t>900</w:t>
            </w:r>
          </w:p>
        </w:tc>
        <w:tc>
          <w:tcPr>
            <w:tcW w:w="1397" w:type="dxa"/>
            <w:tcMar/>
            <w:vAlign w:val="center"/>
          </w:tcPr>
          <w:p w:rsidR="1030D1EF" w:rsidP="1030D1EF" w:rsidRDefault="1030D1EF" w14:paraId="2FB6D728" w14:textId="3EEEF7D1">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1200</w:t>
            </w:r>
          </w:p>
        </w:tc>
        <w:tc>
          <w:tcPr>
            <w:tcW w:w="1524" w:type="dxa"/>
            <w:tcMar/>
            <w:vAlign w:val="center"/>
          </w:tcPr>
          <w:p w:rsidR="1030D1EF" w:rsidP="1030D1EF" w:rsidRDefault="1030D1EF" w14:paraId="6353765D" w14:textId="65DCA361">
            <w:pPr>
              <w:spacing w:before="0" w:beforeAutospacing="off" w:after="0" w:afterAutospacing="off"/>
              <w:rPr>
                <w:sz w:val="20"/>
                <w:szCs w:val="20"/>
              </w:rPr>
            </w:pPr>
            <w:r w:rsidRPr="1030D1EF" w:rsidR="1030D1EF">
              <w:rPr>
                <w:sz w:val="20"/>
                <w:szCs w:val="20"/>
              </w:rPr>
              <w:t>One Semester</w:t>
            </w:r>
          </w:p>
        </w:tc>
      </w:tr>
      <w:tr w:rsidR="1030D1EF" w:rsidTr="34AAF34B" w14:paraId="216C6ECC">
        <w:trPr>
          <w:trHeight w:val="300"/>
        </w:trPr>
        <w:tc>
          <w:tcPr>
            <w:tcW w:w="4063" w:type="dxa"/>
            <w:tcMar/>
            <w:vAlign w:val="center"/>
          </w:tcPr>
          <w:p w:rsidR="1030D1EF" w:rsidP="1030D1EF" w:rsidRDefault="1030D1EF" w14:paraId="06B7E662" w14:textId="19C81DBA">
            <w:pPr>
              <w:spacing w:before="0" w:beforeAutospacing="off" w:after="0" w:afterAutospacing="off"/>
              <w:rPr>
                <w:sz w:val="20"/>
                <w:szCs w:val="20"/>
              </w:rPr>
            </w:pPr>
            <w:r w:rsidRPr="1030D1EF" w:rsidR="1030D1EF">
              <w:rPr>
                <w:sz w:val="20"/>
                <w:szCs w:val="20"/>
              </w:rPr>
              <w:t>Certificate in Foundations of Nutrition for Health and Fitness</w:t>
            </w:r>
          </w:p>
        </w:tc>
        <w:tc>
          <w:tcPr>
            <w:tcW w:w="1143" w:type="dxa"/>
            <w:tcMar/>
            <w:vAlign w:val="center"/>
          </w:tcPr>
          <w:p w:rsidR="1030D1EF" w:rsidP="1030D1EF" w:rsidRDefault="1030D1EF" w14:paraId="038610F5" w14:textId="2AF88AEC">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041E1D03" w14:textId="61D07EB7">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5520444E" w14:textId="6B536B28">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115F8E6B" w14:textId="0FC1BFE7">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27226E5B" w14:textId="7DB5A683">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30AF58BF" w14:textId="59514E9B">
            <w:pPr>
              <w:spacing w:before="0" w:beforeAutospacing="off" w:after="0" w:afterAutospacing="off"/>
              <w:rPr>
                <w:sz w:val="20"/>
                <w:szCs w:val="20"/>
              </w:rPr>
            </w:pPr>
            <w:r w:rsidRPr="1030D1EF" w:rsidR="1030D1EF">
              <w:rPr>
                <w:sz w:val="20"/>
                <w:szCs w:val="20"/>
              </w:rPr>
              <w:t>One Semester</w:t>
            </w:r>
          </w:p>
        </w:tc>
      </w:tr>
      <w:tr w:rsidR="1030D1EF" w:rsidTr="34AAF34B" w14:paraId="2D3B9E09">
        <w:trPr>
          <w:trHeight w:val="300"/>
        </w:trPr>
        <w:tc>
          <w:tcPr>
            <w:tcW w:w="4063" w:type="dxa"/>
            <w:tcMar/>
            <w:vAlign w:val="center"/>
          </w:tcPr>
          <w:p w:rsidR="1030D1EF" w:rsidP="1030D1EF" w:rsidRDefault="1030D1EF" w14:paraId="79A0D1E1" w14:textId="5A55E668">
            <w:pPr>
              <w:spacing w:before="0" w:beforeAutospacing="off" w:after="0" w:afterAutospacing="off"/>
              <w:rPr>
                <w:sz w:val="20"/>
                <w:szCs w:val="20"/>
              </w:rPr>
            </w:pPr>
            <w:r w:rsidRPr="1030D1EF" w:rsidR="1030D1EF">
              <w:rPr>
                <w:sz w:val="20"/>
                <w:szCs w:val="20"/>
              </w:rPr>
              <w:t>Certificate in Volunteering</w:t>
            </w:r>
          </w:p>
        </w:tc>
        <w:tc>
          <w:tcPr>
            <w:tcW w:w="1143" w:type="dxa"/>
            <w:tcMar/>
            <w:vAlign w:val="center"/>
          </w:tcPr>
          <w:p w:rsidR="1030D1EF" w:rsidP="1030D1EF" w:rsidRDefault="1030D1EF" w14:paraId="720D149D" w14:textId="6C770D2B">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58E5DB85" w14:textId="7F8B5896">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6F6BF01B" w14:textId="50A0B56B">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099B1205" w14:textId="6DCF95DB">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4A754CB9" w14:textId="203A2E45">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61495D9E" w14:textId="7688EF25">
            <w:pPr>
              <w:spacing w:before="0" w:beforeAutospacing="off" w:after="0" w:afterAutospacing="off"/>
              <w:rPr>
                <w:sz w:val="20"/>
                <w:szCs w:val="20"/>
              </w:rPr>
            </w:pPr>
            <w:r w:rsidRPr="1030D1EF" w:rsidR="1030D1EF">
              <w:rPr>
                <w:sz w:val="20"/>
                <w:szCs w:val="20"/>
              </w:rPr>
              <w:t>One Semester</w:t>
            </w:r>
          </w:p>
        </w:tc>
      </w:tr>
      <w:tr w:rsidR="1030D1EF" w:rsidTr="34AAF34B" w14:paraId="11D018D7">
        <w:trPr>
          <w:trHeight w:val="300"/>
        </w:trPr>
        <w:tc>
          <w:tcPr>
            <w:tcW w:w="4063" w:type="dxa"/>
            <w:tcMar/>
            <w:vAlign w:val="center"/>
          </w:tcPr>
          <w:p w:rsidR="1030D1EF" w:rsidP="1030D1EF" w:rsidRDefault="1030D1EF" w14:paraId="4177F14B" w14:textId="07CCB375">
            <w:pPr>
              <w:spacing w:before="0" w:beforeAutospacing="off" w:after="0" w:afterAutospacing="off"/>
              <w:rPr>
                <w:sz w:val="20"/>
                <w:szCs w:val="20"/>
              </w:rPr>
            </w:pPr>
            <w:r w:rsidRPr="1030D1EF" w:rsidR="1030D1EF">
              <w:rPr>
                <w:sz w:val="20"/>
                <w:szCs w:val="20"/>
              </w:rPr>
              <w:t>Certificate in Artificial Intelligence and Emerging Technologies</w:t>
            </w:r>
          </w:p>
        </w:tc>
        <w:tc>
          <w:tcPr>
            <w:tcW w:w="1143" w:type="dxa"/>
            <w:tcMar/>
            <w:vAlign w:val="center"/>
          </w:tcPr>
          <w:p w:rsidR="1030D1EF" w:rsidP="1030D1EF" w:rsidRDefault="1030D1EF" w14:paraId="46815965" w14:textId="3F0B2574">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19C2D8CB" w14:textId="18D4B1A5">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5DA53800" w14:textId="148A255A">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7B083D34" w14:textId="769BC1EF">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439B25FC" w14:textId="24D0EE36">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3BFCBBD4" w14:textId="4083E68F">
            <w:pPr>
              <w:spacing w:before="0" w:beforeAutospacing="off" w:after="0" w:afterAutospacing="off"/>
              <w:rPr>
                <w:sz w:val="20"/>
                <w:szCs w:val="20"/>
              </w:rPr>
            </w:pPr>
            <w:r w:rsidRPr="1030D1EF" w:rsidR="1030D1EF">
              <w:rPr>
                <w:sz w:val="20"/>
                <w:szCs w:val="20"/>
              </w:rPr>
              <w:t>One Semester</w:t>
            </w:r>
          </w:p>
        </w:tc>
      </w:tr>
      <w:tr w:rsidR="1030D1EF" w:rsidTr="34AAF34B" w14:paraId="3FFA3400">
        <w:trPr>
          <w:trHeight w:val="300"/>
        </w:trPr>
        <w:tc>
          <w:tcPr>
            <w:tcW w:w="4063" w:type="dxa"/>
            <w:tcMar/>
            <w:vAlign w:val="center"/>
          </w:tcPr>
          <w:p w:rsidR="1030D1EF" w:rsidP="1030D1EF" w:rsidRDefault="1030D1EF" w14:paraId="558D479E" w14:textId="4A908239">
            <w:pPr>
              <w:spacing w:before="0" w:beforeAutospacing="off" w:after="0" w:afterAutospacing="off"/>
              <w:jc w:val="left"/>
              <w:rPr>
                <w:rFonts w:ascii="Calibri" w:hAnsi="Calibri" w:eastAsia="Calibri" w:cs="Calibri" w:asciiTheme="majorAscii" w:hAnsiTheme="majorAscii" w:eastAsiaTheme="majorAscii" w:cstheme="majorAscii"/>
                <w:b w:val="0"/>
                <w:bCs w:val="0"/>
                <w:i w:val="0"/>
                <w:iCs w:val="0"/>
                <w:strike w:val="0"/>
                <w:dstrike w:val="0"/>
                <w:sz w:val="20"/>
                <w:szCs w:val="20"/>
                <w:u w:val="none"/>
              </w:rPr>
            </w:pPr>
            <w:r w:rsidRPr="1030D1EF" w:rsidR="1030D1EF">
              <w:rPr>
                <w:rFonts w:ascii="Calibri" w:hAnsi="Calibri" w:eastAsia="Calibri" w:cs="Calibri" w:asciiTheme="majorAscii" w:hAnsiTheme="majorAscii" w:eastAsiaTheme="majorAscii" w:cstheme="majorAscii"/>
                <w:b w:val="0"/>
                <w:bCs w:val="0"/>
                <w:i w:val="0"/>
                <w:iCs w:val="0"/>
                <w:strike w:val="0"/>
                <w:dstrike w:val="0"/>
                <w:sz w:val="20"/>
                <w:szCs w:val="20"/>
                <w:u w:val="none"/>
              </w:rPr>
              <w:t>Certificate in Fundamentals of Cybersecurity</w:t>
            </w:r>
          </w:p>
          <w:p w:rsidR="1030D1EF" w:rsidP="1030D1EF" w:rsidRDefault="1030D1EF" w14:paraId="26F713AE" w14:textId="2D4AF7E5">
            <w:pPr>
              <w:pStyle w:val="Normal"/>
              <w:rPr>
                <w:sz w:val="20"/>
                <w:szCs w:val="20"/>
              </w:rPr>
            </w:pPr>
          </w:p>
        </w:tc>
        <w:tc>
          <w:tcPr>
            <w:tcW w:w="1143" w:type="dxa"/>
            <w:tcMar/>
            <w:vAlign w:val="center"/>
          </w:tcPr>
          <w:p w:rsidR="1030D1EF" w:rsidP="1030D1EF" w:rsidRDefault="1030D1EF" w14:paraId="33A73AF4" w14:textId="6C770D2B">
            <w:pPr>
              <w:spacing w:before="0" w:beforeAutospacing="off" w:after="0" w:afterAutospacing="off"/>
              <w:rPr>
                <w:sz w:val="20"/>
                <w:szCs w:val="20"/>
              </w:rPr>
            </w:pPr>
            <w:r w:rsidRPr="1030D1EF" w:rsidR="1030D1EF">
              <w:rPr>
                <w:sz w:val="20"/>
                <w:szCs w:val="20"/>
              </w:rPr>
              <w:t>6</w:t>
            </w:r>
          </w:p>
        </w:tc>
        <w:tc>
          <w:tcPr>
            <w:tcW w:w="1143" w:type="dxa"/>
            <w:tcMar/>
            <w:vAlign w:val="center"/>
          </w:tcPr>
          <w:p w:rsidR="1030D1EF" w:rsidP="1030D1EF" w:rsidRDefault="1030D1EF" w14:paraId="18C2DC4E" w14:textId="7F8B5896">
            <w:pPr>
              <w:spacing w:before="0" w:beforeAutospacing="off" w:after="0" w:afterAutospacing="off"/>
              <w:rPr>
                <w:sz w:val="20"/>
                <w:szCs w:val="20"/>
              </w:rPr>
            </w:pPr>
            <w:r w:rsidRPr="1030D1EF" w:rsidR="1030D1EF">
              <w:rPr>
                <w:sz w:val="20"/>
                <w:szCs w:val="20"/>
              </w:rPr>
              <w:t>P/T</w:t>
            </w:r>
          </w:p>
        </w:tc>
        <w:tc>
          <w:tcPr>
            <w:tcW w:w="1143" w:type="dxa"/>
            <w:tcMar/>
            <w:vAlign w:val="center"/>
          </w:tcPr>
          <w:p w:rsidR="1030D1EF" w:rsidP="1030D1EF" w:rsidRDefault="1030D1EF" w14:paraId="28C27EAF" w14:textId="50A0B56B">
            <w:pPr>
              <w:spacing w:before="0" w:beforeAutospacing="off" w:after="0" w:afterAutospacing="off"/>
              <w:rPr>
                <w:sz w:val="20"/>
                <w:szCs w:val="20"/>
              </w:rPr>
            </w:pPr>
            <w:r w:rsidRPr="1030D1EF" w:rsidR="1030D1EF">
              <w:rPr>
                <w:sz w:val="20"/>
                <w:szCs w:val="20"/>
              </w:rPr>
              <w:t>10</w:t>
            </w:r>
          </w:p>
        </w:tc>
        <w:tc>
          <w:tcPr>
            <w:tcW w:w="1397" w:type="dxa"/>
            <w:tcMar/>
            <w:vAlign w:val="center"/>
          </w:tcPr>
          <w:p w:rsidR="1030D1EF" w:rsidP="1030D1EF" w:rsidRDefault="1030D1EF" w14:paraId="45D7BBFA" w14:textId="6DCF95DB">
            <w:pPr>
              <w:spacing w:before="0" w:beforeAutospacing="off" w:after="0" w:afterAutospacing="off"/>
              <w:rPr>
                <w:sz w:val="20"/>
                <w:szCs w:val="20"/>
              </w:rPr>
            </w:pPr>
            <w:r w:rsidRPr="1030D1EF" w:rsidR="1030D1EF">
              <w:rPr>
                <w:sz w:val="20"/>
                <w:szCs w:val="20"/>
              </w:rPr>
              <w:t>700</w:t>
            </w:r>
          </w:p>
        </w:tc>
        <w:tc>
          <w:tcPr>
            <w:tcW w:w="1397" w:type="dxa"/>
            <w:tcMar/>
            <w:vAlign w:val="center"/>
          </w:tcPr>
          <w:p w:rsidR="1030D1EF" w:rsidP="1030D1EF" w:rsidRDefault="1030D1EF" w14:paraId="7645CC63" w14:textId="76CA284B">
            <w:pPr>
              <w:spacing w:before="0" w:beforeAutospacing="off" w:after="0" w:afterAutospacing="off"/>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r w:rsidRPr="1030D1EF" w:rsidR="1030D1EF">
              <w:rPr>
                <w:rFonts w:ascii="Aptos Narrow" w:hAnsi="Aptos Narrow" w:eastAsia="Aptos Narrow" w:cs="Aptos Narrow"/>
                <w:b w:val="0"/>
                <w:bCs w:val="0"/>
                <w:i w:val="0"/>
                <w:iCs w:val="0"/>
                <w:strike w:val="0"/>
                <w:dstrike w:val="0"/>
                <w:color w:val="000000" w:themeColor="text1" w:themeTint="FF" w:themeShade="FF"/>
                <w:sz w:val="20"/>
                <w:szCs w:val="20"/>
                <w:u w:val="none"/>
              </w:rPr>
              <w:t>1000</w:t>
            </w:r>
          </w:p>
        </w:tc>
        <w:tc>
          <w:tcPr>
            <w:tcW w:w="1524" w:type="dxa"/>
            <w:tcMar/>
            <w:vAlign w:val="center"/>
          </w:tcPr>
          <w:p w:rsidR="1030D1EF" w:rsidP="1030D1EF" w:rsidRDefault="1030D1EF" w14:paraId="124BD16F" w14:textId="7688EF25">
            <w:pPr>
              <w:spacing w:before="0" w:beforeAutospacing="off" w:after="0" w:afterAutospacing="off"/>
              <w:rPr>
                <w:sz w:val="20"/>
                <w:szCs w:val="20"/>
              </w:rPr>
            </w:pPr>
            <w:r w:rsidRPr="1030D1EF" w:rsidR="1030D1EF">
              <w:rPr>
                <w:sz w:val="20"/>
                <w:szCs w:val="20"/>
              </w:rPr>
              <w:t>One Semester</w:t>
            </w:r>
          </w:p>
        </w:tc>
      </w:tr>
      <w:tr w:rsidR="1030D1EF" w:rsidTr="34AAF34B" w14:paraId="3C159B62">
        <w:trPr>
          <w:trHeight w:val="300"/>
        </w:trPr>
        <w:tc>
          <w:tcPr>
            <w:tcW w:w="4063" w:type="dxa"/>
            <w:tcMar/>
            <w:vAlign w:val="center"/>
          </w:tcPr>
          <w:p w:rsidR="60F51BB3" w:rsidP="1030D1EF" w:rsidRDefault="60F51BB3" w14:paraId="032E8FDC" w14:textId="30607611">
            <w:pPr>
              <w:pStyle w:val="Normal"/>
              <w:jc w:val="center"/>
              <w:rPr>
                <w:rFonts w:ascii="Calibri" w:hAnsi="Calibri" w:eastAsia="Calibri" w:cs="Calibri" w:asciiTheme="majorAscii" w:hAnsiTheme="majorAscii" w:eastAsiaTheme="majorAscii" w:cstheme="majorAscii"/>
                <w:b w:val="1"/>
                <w:bCs w:val="1"/>
                <w:i w:val="0"/>
                <w:iCs w:val="0"/>
                <w:strike w:val="0"/>
                <w:dstrike w:val="0"/>
                <w:sz w:val="20"/>
                <w:szCs w:val="20"/>
                <w:u w:val="none"/>
              </w:rPr>
            </w:pPr>
            <w:r w:rsidRPr="1030D1EF" w:rsidR="60F51BB3">
              <w:rPr>
                <w:rFonts w:ascii="Calibri" w:hAnsi="Calibri" w:eastAsia="Calibri" w:cs="Calibri" w:asciiTheme="majorAscii" w:hAnsiTheme="majorAscii" w:eastAsiaTheme="majorAscii" w:cstheme="majorAscii"/>
                <w:b w:val="1"/>
                <w:bCs w:val="1"/>
                <w:i w:val="0"/>
                <w:iCs w:val="0"/>
                <w:strike w:val="0"/>
                <w:dstrike w:val="0"/>
                <w:sz w:val="20"/>
                <w:szCs w:val="20"/>
                <w:u w:val="none"/>
              </w:rPr>
              <w:t xml:space="preserve">Postgraduate Studies </w:t>
            </w:r>
          </w:p>
        </w:tc>
        <w:tc>
          <w:tcPr>
            <w:tcW w:w="1143" w:type="dxa"/>
            <w:tcMar/>
            <w:vAlign w:val="center"/>
          </w:tcPr>
          <w:p w:rsidR="1030D1EF" w:rsidP="1030D1EF" w:rsidRDefault="1030D1EF" w14:paraId="4326CDFB" w14:textId="6844EE1B">
            <w:pPr>
              <w:pStyle w:val="Normal"/>
              <w:rPr>
                <w:sz w:val="20"/>
                <w:szCs w:val="20"/>
              </w:rPr>
            </w:pPr>
          </w:p>
        </w:tc>
        <w:tc>
          <w:tcPr>
            <w:tcW w:w="1143" w:type="dxa"/>
            <w:tcMar/>
            <w:vAlign w:val="center"/>
          </w:tcPr>
          <w:p w:rsidR="1030D1EF" w:rsidP="1030D1EF" w:rsidRDefault="1030D1EF" w14:paraId="000C566D" w14:textId="29F3D866">
            <w:pPr>
              <w:pStyle w:val="Normal"/>
              <w:rPr>
                <w:sz w:val="20"/>
                <w:szCs w:val="20"/>
              </w:rPr>
            </w:pPr>
          </w:p>
        </w:tc>
        <w:tc>
          <w:tcPr>
            <w:tcW w:w="1143" w:type="dxa"/>
            <w:tcMar/>
            <w:vAlign w:val="center"/>
          </w:tcPr>
          <w:p w:rsidR="1030D1EF" w:rsidP="1030D1EF" w:rsidRDefault="1030D1EF" w14:paraId="266B6D52" w14:textId="6B642858">
            <w:pPr>
              <w:pStyle w:val="Normal"/>
              <w:rPr>
                <w:sz w:val="20"/>
                <w:szCs w:val="20"/>
              </w:rPr>
            </w:pPr>
          </w:p>
        </w:tc>
        <w:tc>
          <w:tcPr>
            <w:tcW w:w="1397" w:type="dxa"/>
            <w:tcMar/>
            <w:vAlign w:val="center"/>
          </w:tcPr>
          <w:p w:rsidR="1030D1EF" w:rsidP="1030D1EF" w:rsidRDefault="1030D1EF" w14:paraId="4648DBB6" w14:textId="57A884C0">
            <w:pPr>
              <w:pStyle w:val="Normal"/>
              <w:rPr>
                <w:sz w:val="20"/>
                <w:szCs w:val="20"/>
              </w:rPr>
            </w:pPr>
          </w:p>
        </w:tc>
        <w:tc>
          <w:tcPr>
            <w:tcW w:w="1397" w:type="dxa"/>
            <w:tcMar/>
            <w:vAlign w:val="center"/>
          </w:tcPr>
          <w:p w:rsidR="1030D1EF" w:rsidP="1030D1EF" w:rsidRDefault="1030D1EF" w14:paraId="55DA2A7C" w14:textId="2B2A747E">
            <w:pPr>
              <w:pStyle w:val="Normal"/>
              <w:jc w:val="center"/>
              <w:rPr>
                <w:rFonts w:ascii="Aptos Narrow" w:hAnsi="Aptos Narrow" w:eastAsia="Aptos Narrow" w:cs="Aptos Narrow"/>
                <w:b w:val="0"/>
                <w:bCs w:val="0"/>
                <w:i w:val="0"/>
                <w:iCs w:val="0"/>
                <w:strike w:val="0"/>
                <w:dstrike w:val="0"/>
                <w:color w:val="000000" w:themeColor="text1" w:themeTint="FF" w:themeShade="FF"/>
                <w:sz w:val="20"/>
                <w:szCs w:val="20"/>
                <w:u w:val="none"/>
              </w:rPr>
            </w:pPr>
          </w:p>
        </w:tc>
        <w:tc>
          <w:tcPr>
            <w:tcW w:w="1524" w:type="dxa"/>
            <w:tcMar/>
            <w:vAlign w:val="center"/>
          </w:tcPr>
          <w:p w:rsidR="1030D1EF" w:rsidP="1030D1EF" w:rsidRDefault="1030D1EF" w14:paraId="68BD2B2E" w14:textId="1A4E344C">
            <w:pPr>
              <w:pStyle w:val="Normal"/>
              <w:rPr>
                <w:sz w:val="20"/>
                <w:szCs w:val="20"/>
              </w:rPr>
            </w:pPr>
          </w:p>
        </w:tc>
      </w:tr>
      <w:tr w:rsidR="1030D1EF" w:rsidTr="34AAF34B" w14:paraId="357572E8">
        <w:trPr>
          <w:trHeight w:val="300"/>
        </w:trPr>
        <w:tc>
          <w:tcPr>
            <w:tcW w:w="4063" w:type="dxa"/>
            <w:tcMar/>
            <w:vAlign w:val="center"/>
          </w:tcPr>
          <w:p w:rsidR="1030D1EF" w:rsidP="1030D1EF" w:rsidRDefault="1030D1EF" w14:paraId="51896823">
            <w:pPr>
              <w:spacing w:before="40" w:after="40"/>
            </w:pPr>
            <w:r w:rsidRPr="1030D1EF" w:rsidR="1030D1EF">
              <w:rPr>
                <w:rFonts w:ascii="Calibri" w:hAnsi="Calibri"/>
                <w:color w:val="000000" w:themeColor="text1" w:themeTint="FF" w:themeShade="FF"/>
                <w:sz w:val="20"/>
                <w:szCs w:val="20"/>
              </w:rPr>
              <w:t>Postgraduate Diploma in Financial Management</w:t>
            </w:r>
          </w:p>
        </w:tc>
        <w:tc>
          <w:tcPr>
            <w:tcW w:w="1143" w:type="dxa"/>
            <w:tcMar/>
            <w:vAlign w:val="center"/>
          </w:tcPr>
          <w:p w:rsidR="1030D1EF" w:rsidP="1030D1EF" w:rsidRDefault="1030D1EF" w14:paraId="07DD9E5E">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69CF4B1B" w14:textId="3C480489">
            <w:pPr>
              <w:spacing w:before="40" w:after="40"/>
              <w:rPr>
                <w:rFonts w:ascii="Calibri" w:hAnsi="Calibri"/>
                <w:color w:val="000000" w:themeColor="text1" w:themeTint="FF" w:themeShade="FF"/>
                <w:sz w:val="20"/>
                <w:szCs w:val="20"/>
              </w:rPr>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9CBDB25">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3DCAA42">
            <w:pPr>
              <w:spacing w:before="40" w:after="40"/>
            </w:pPr>
            <w:r w:rsidRPr="1030D1EF" w:rsidR="1030D1EF">
              <w:rPr>
                <w:rFonts w:ascii="Calibri" w:hAnsi="Calibri"/>
                <w:color w:val="000000" w:themeColor="text1" w:themeTint="FF" w:themeShade="FF"/>
                <w:sz w:val="20"/>
                <w:szCs w:val="20"/>
              </w:rPr>
              <w:t>5000</w:t>
            </w:r>
          </w:p>
        </w:tc>
        <w:tc>
          <w:tcPr>
            <w:tcW w:w="1397" w:type="dxa"/>
            <w:tcMar/>
            <w:vAlign w:val="center"/>
          </w:tcPr>
          <w:p w:rsidR="584E6EE9" w:rsidP="1030D1EF" w:rsidRDefault="584E6EE9" w14:paraId="131F2E05" w14:textId="3EB7C005">
            <w:pPr>
              <w:spacing w:before="40" w:after="40"/>
              <w:rPr>
                <w:rFonts w:ascii="Calibri" w:hAnsi="Calibri"/>
                <w:color w:val="000000" w:themeColor="text1" w:themeTint="FF" w:themeShade="FF"/>
                <w:sz w:val="20"/>
                <w:szCs w:val="20"/>
              </w:rPr>
            </w:pPr>
            <w:r w:rsidRPr="1030D1EF" w:rsidR="584E6EE9">
              <w:rPr>
                <w:rFonts w:ascii="Calibri" w:hAnsi="Calibri"/>
                <w:color w:val="000000" w:themeColor="text1" w:themeTint="FF" w:themeShade="FF"/>
                <w:sz w:val="20"/>
                <w:szCs w:val="20"/>
              </w:rPr>
              <w:t>6500</w:t>
            </w:r>
          </w:p>
        </w:tc>
        <w:tc>
          <w:tcPr>
            <w:tcW w:w="1524" w:type="dxa"/>
            <w:tcMar/>
            <w:vAlign w:val="center"/>
          </w:tcPr>
          <w:p w:rsidR="1030D1EF" w:rsidP="1030D1EF" w:rsidRDefault="1030D1EF" w14:paraId="056571F5">
            <w:pPr>
              <w:spacing w:before="40" w:after="40"/>
            </w:pPr>
            <w:r w:rsidRPr="1030D1EF" w:rsidR="1030D1EF">
              <w:rPr>
                <w:rFonts w:ascii="Calibri" w:hAnsi="Calibri"/>
                <w:color w:val="000000" w:themeColor="text1" w:themeTint="FF" w:themeShade="FF"/>
                <w:sz w:val="20"/>
                <w:szCs w:val="20"/>
              </w:rPr>
              <w:t>One Year</w:t>
            </w:r>
          </w:p>
        </w:tc>
      </w:tr>
      <w:tr w:rsidR="1030D1EF" w:rsidTr="34AAF34B" w14:paraId="16F66C6B">
        <w:trPr>
          <w:trHeight w:val="300"/>
        </w:trPr>
        <w:tc>
          <w:tcPr>
            <w:tcW w:w="4063" w:type="dxa"/>
            <w:tcMar/>
            <w:vAlign w:val="center"/>
          </w:tcPr>
          <w:p w:rsidR="1030D1EF" w:rsidP="1030D1EF" w:rsidRDefault="1030D1EF" w14:paraId="68DFA75B">
            <w:pPr>
              <w:spacing w:before="40" w:after="40"/>
            </w:pPr>
            <w:r w:rsidRPr="1030D1EF" w:rsidR="1030D1EF">
              <w:rPr>
                <w:rFonts w:ascii="Calibri" w:hAnsi="Calibri"/>
                <w:color w:val="000000" w:themeColor="text1" w:themeTint="FF" w:themeShade="FF"/>
                <w:sz w:val="20"/>
                <w:szCs w:val="20"/>
              </w:rPr>
              <w:t>Postgraduate Diploma in Quality Management and Validation</w:t>
            </w:r>
          </w:p>
        </w:tc>
        <w:tc>
          <w:tcPr>
            <w:tcW w:w="1143" w:type="dxa"/>
            <w:tcMar/>
            <w:vAlign w:val="center"/>
          </w:tcPr>
          <w:p w:rsidR="1030D1EF" w:rsidP="1030D1EF" w:rsidRDefault="1030D1EF" w14:paraId="3DCDAB7F">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15138D98" w14:textId="2699D2A2">
            <w:pPr>
              <w:spacing w:before="40" w:after="40"/>
              <w:rPr>
                <w:rFonts w:ascii="Calibri" w:hAnsi="Calibri"/>
                <w:color w:val="000000" w:themeColor="text1" w:themeTint="FF" w:themeShade="FF"/>
                <w:sz w:val="20"/>
                <w:szCs w:val="20"/>
              </w:rPr>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7B7058BF">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57729B27">
            <w:pPr>
              <w:spacing w:before="40" w:after="40"/>
            </w:pPr>
            <w:r w:rsidRPr="1030D1EF" w:rsidR="1030D1EF">
              <w:rPr>
                <w:rFonts w:ascii="Calibri" w:hAnsi="Calibri"/>
                <w:color w:val="000000" w:themeColor="text1" w:themeTint="FF" w:themeShade="FF"/>
                <w:sz w:val="20"/>
                <w:szCs w:val="20"/>
              </w:rPr>
              <w:t>5000</w:t>
            </w:r>
          </w:p>
        </w:tc>
        <w:tc>
          <w:tcPr>
            <w:tcW w:w="1397" w:type="dxa"/>
            <w:tcMar/>
            <w:vAlign w:val="center"/>
          </w:tcPr>
          <w:p w:rsidR="58D94AF8" w:rsidP="1030D1EF" w:rsidRDefault="58D94AF8" w14:paraId="20525784" w14:textId="76AA0F2D">
            <w:pPr>
              <w:spacing w:before="40" w:after="40"/>
              <w:rPr>
                <w:rFonts w:ascii="Calibri" w:hAnsi="Calibri"/>
                <w:color w:val="000000" w:themeColor="text1" w:themeTint="FF" w:themeShade="FF"/>
                <w:sz w:val="20"/>
                <w:szCs w:val="20"/>
              </w:rPr>
            </w:pPr>
            <w:r w:rsidRPr="1030D1EF" w:rsidR="58D94AF8">
              <w:rPr>
                <w:rFonts w:ascii="Calibri" w:hAnsi="Calibri"/>
                <w:color w:val="000000" w:themeColor="text1" w:themeTint="FF" w:themeShade="FF"/>
                <w:sz w:val="20"/>
                <w:szCs w:val="20"/>
              </w:rPr>
              <w:t>6500</w:t>
            </w:r>
          </w:p>
        </w:tc>
        <w:tc>
          <w:tcPr>
            <w:tcW w:w="1524" w:type="dxa"/>
            <w:tcMar/>
            <w:vAlign w:val="center"/>
          </w:tcPr>
          <w:p w:rsidR="1030D1EF" w:rsidP="1030D1EF" w:rsidRDefault="1030D1EF" w14:paraId="1222B170">
            <w:pPr>
              <w:spacing w:before="40" w:after="40"/>
            </w:pPr>
            <w:r w:rsidRPr="1030D1EF" w:rsidR="1030D1EF">
              <w:rPr>
                <w:rFonts w:ascii="Calibri" w:hAnsi="Calibri"/>
                <w:color w:val="000000" w:themeColor="text1" w:themeTint="FF" w:themeShade="FF"/>
                <w:sz w:val="20"/>
                <w:szCs w:val="20"/>
              </w:rPr>
              <w:t>One Year</w:t>
            </w:r>
          </w:p>
        </w:tc>
      </w:tr>
      <w:tr w:rsidR="1030D1EF" w:rsidTr="34AAF34B" w14:paraId="063EFCF6">
        <w:trPr>
          <w:trHeight w:val="300"/>
        </w:trPr>
        <w:tc>
          <w:tcPr>
            <w:tcW w:w="4063" w:type="dxa"/>
            <w:tcMar/>
            <w:vAlign w:val="center"/>
          </w:tcPr>
          <w:p w:rsidR="1030D1EF" w:rsidP="1030D1EF" w:rsidRDefault="1030D1EF" w14:paraId="680DAC49">
            <w:pPr>
              <w:spacing w:before="40" w:after="40"/>
            </w:pPr>
            <w:r w:rsidRPr="1030D1EF" w:rsidR="1030D1EF">
              <w:rPr>
                <w:rFonts w:ascii="Calibri" w:hAnsi="Calibri"/>
                <w:color w:val="000000" w:themeColor="text1" w:themeTint="FF" w:themeShade="FF"/>
                <w:sz w:val="20"/>
                <w:szCs w:val="20"/>
              </w:rPr>
              <w:t>Postgraduate Diploma in Business Executive Management</w:t>
            </w:r>
          </w:p>
        </w:tc>
        <w:tc>
          <w:tcPr>
            <w:tcW w:w="1143" w:type="dxa"/>
            <w:tcMar/>
            <w:vAlign w:val="center"/>
          </w:tcPr>
          <w:p w:rsidR="1030D1EF" w:rsidP="1030D1EF" w:rsidRDefault="1030D1EF" w14:paraId="06B0E047">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0F992308">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60B3B344">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33ABD79B">
            <w:pPr>
              <w:spacing w:before="40" w:after="40"/>
            </w:pPr>
            <w:r w:rsidRPr="1030D1EF" w:rsidR="1030D1EF">
              <w:rPr>
                <w:rFonts w:ascii="Calibri" w:hAnsi="Calibri"/>
                <w:color w:val="000000" w:themeColor="text1" w:themeTint="FF" w:themeShade="FF"/>
                <w:sz w:val="20"/>
                <w:szCs w:val="20"/>
              </w:rPr>
              <w:t>8750</w:t>
            </w:r>
          </w:p>
        </w:tc>
        <w:tc>
          <w:tcPr>
            <w:tcW w:w="1397" w:type="dxa"/>
            <w:tcMar/>
            <w:vAlign w:val="center"/>
          </w:tcPr>
          <w:p w:rsidR="52091EFF" w:rsidP="1030D1EF" w:rsidRDefault="52091EFF" w14:paraId="159086EA" w14:textId="39105A71">
            <w:pPr>
              <w:spacing w:before="40" w:after="40"/>
              <w:rPr>
                <w:rFonts w:ascii="Calibri" w:hAnsi="Calibri"/>
                <w:color w:val="000000" w:themeColor="text1" w:themeTint="FF" w:themeShade="FF"/>
                <w:sz w:val="20"/>
                <w:szCs w:val="20"/>
              </w:rPr>
            </w:pPr>
            <w:r w:rsidRPr="1030D1EF" w:rsidR="52091EFF">
              <w:rPr>
                <w:rFonts w:ascii="Calibri" w:hAnsi="Calibri"/>
                <w:color w:val="000000" w:themeColor="text1" w:themeTint="FF" w:themeShade="FF"/>
                <w:sz w:val="20"/>
                <w:szCs w:val="20"/>
              </w:rPr>
              <w:t>10000</w:t>
            </w:r>
          </w:p>
        </w:tc>
        <w:tc>
          <w:tcPr>
            <w:tcW w:w="1524" w:type="dxa"/>
            <w:tcMar/>
            <w:vAlign w:val="center"/>
          </w:tcPr>
          <w:p w:rsidR="1030D1EF" w:rsidP="1030D1EF" w:rsidRDefault="1030D1EF" w14:paraId="36604AA7">
            <w:pPr>
              <w:spacing w:before="40" w:after="40"/>
            </w:pPr>
            <w:r w:rsidRPr="1030D1EF" w:rsidR="1030D1EF">
              <w:rPr>
                <w:rFonts w:ascii="Calibri" w:hAnsi="Calibri"/>
                <w:color w:val="000000" w:themeColor="text1" w:themeTint="FF" w:themeShade="FF"/>
                <w:sz w:val="20"/>
                <w:szCs w:val="20"/>
              </w:rPr>
              <w:t>One Year</w:t>
            </w:r>
          </w:p>
        </w:tc>
      </w:tr>
      <w:tr w:rsidR="1030D1EF" w:rsidTr="34AAF34B" w14:paraId="394DB233">
        <w:trPr>
          <w:trHeight w:val="300"/>
        </w:trPr>
        <w:tc>
          <w:tcPr>
            <w:tcW w:w="4063" w:type="dxa"/>
            <w:tcMar/>
            <w:vAlign w:val="center"/>
          </w:tcPr>
          <w:p w:rsidR="1030D1EF" w:rsidP="1030D1EF" w:rsidRDefault="1030D1EF" w14:paraId="698F06F2" w14:textId="263CBC44">
            <w:pPr>
              <w:pStyle w:val="Normal"/>
              <w:suppressLineNumbers w:val="0"/>
              <w:bidi w:val="0"/>
              <w:spacing w:before="40" w:beforeAutospacing="off" w:after="40" w:afterAutospacing="off" w:line="276" w:lineRule="auto"/>
              <w:ind w:left="0" w:right="0"/>
              <w:jc w:val="left"/>
              <w:rPr>
                <w:rFonts w:ascii="Calibri" w:hAnsi="Calibri"/>
                <w:color w:val="000000" w:themeColor="text1" w:themeTint="FF" w:themeShade="FF"/>
                <w:sz w:val="20"/>
                <w:szCs w:val="20"/>
              </w:rPr>
            </w:pPr>
            <w:r w:rsidRPr="1030D1EF" w:rsidR="1030D1EF">
              <w:rPr>
                <w:rFonts w:ascii="Calibri" w:hAnsi="Calibri"/>
                <w:color w:val="000000" w:themeColor="text1" w:themeTint="FF" w:themeShade="FF"/>
                <w:sz w:val="20"/>
                <w:szCs w:val="20"/>
              </w:rPr>
              <w:t xml:space="preserve">Postgraduate Diploma in </w:t>
            </w:r>
            <w:r w:rsidRPr="1030D1EF" w:rsidR="1030D1EF">
              <w:rPr>
                <w:rFonts w:ascii="Calibri" w:hAnsi="Calibri"/>
                <w:color w:val="000000" w:themeColor="text1" w:themeTint="FF" w:themeShade="FF"/>
                <w:sz w:val="20"/>
                <w:szCs w:val="20"/>
              </w:rPr>
              <w:t>Education Innovation</w:t>
            </w:r>
            <w:r w:rsidRPr="1030D1EF" w:rsidR="1030D1EF">
              <w:rPr>
                <w:rFonts w:ascii="Calibri" w:hAnsi="Calibri"/>
                <w:color w:val="000000" w:themeColor="text1" w:themeTint="FF" w:themeShade="FF"/>
                <w:sz w:val="20"/>
                <w:szCs w:val="20"/>
              </w:rPr>
              <w:t>, Management and Leadership</w:t>
            </w:r>
            <w:r w:rsidRPr="1030D1EF" w:rsidR="1030D1EF">
              <w:rPr>
                <w:rFonts w:ascii="Calibri" w:hAnsi="Calibri"/>
                <w:color w:val="000000" w:themeColor="text1" w:themeTint="FF" w:themeShade="FF"/>
                <w:sz w:val="20"/>
                <w:szCs w:val="20"/>
              </w:rPr>
              <w:t xml:space="preserve">   </w:t>
            </w:r>
          </w:p>
        </w:tc>
        <w:tc>
          <w:tcPr>
            <w:tcW w:w="1143" w:type="dxa"/>
            <w:tcMar/>
            <w:vAlign w:val="center"/>
          </w:tcPr>
          <w:p w:rsidR="1030D1EF" w:rsidP="1030D1EF" w:rsidRDefault="1030D1EF" w14:paraId="2D0A342B">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2AEF4DD9">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76923402">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2EA9116A">
            <w:pPr>
              <w:spacing w:before="40" w:after="40"/>
            </w:pPr>
            <w:r w:rsidRPr="1030D1EF" w:rsidR="1030D1EF">
              <w:rPr>
                <w:rFonts w:ascii="Calibri" w:hAnsi="Calibri"/>
                <w:color w:val="000000" w:themeColor="text1" w:themeTint="FF" w:themeShade="FF"/>
                <w:sz w:val="20"/>
                <w:szCs w:val="20"/>
              </w:rPr>
              <w:t>5000</w:t>
            </w:r>
          </w:p>
        </w:tc>
        <w:tc>
          <w:tcPr>
            <w:tcW w:w="1397" w:type="dxa"/>
            <w:tcMar/>
            <w:vAlign w:val="center"/>
          </w:tcPr>
          <w:p w:rsidR="78A4E8AF" w:rsidP="1030D1EF" w:rsidRDefault="78A4E8AF" w14:paraId="124D3381" w14:textId="5DD24386">
            <w:pPr>
              <w:spacing w:before="40" w:after="40"/>
              <w:rPr>
                <w:rFonts w:ascii="Calibri" w:hAnsi="Calibri"/>
                <w:color w:val="000000" w:themeColor="text1" w:themeTint="FF" w:themeShade="FF"/>
                <w:sz w:val="20"/>
                <w:szCs w:val="20"/>
              </w:rPr>
            </w:pPr>
            <w:r w:rsidRPr="1030D1EF" w:rsidR="78A4E8AF">
              <w:rPr>
                <w:rFonts w:ascii="Calibri" w:hAnsi="Calibri"/>
                <w:color w:val="000000" w:themeColor="text1" w:themeTint="FF" w:themeShade="FF"/>
                <w:sz w:val="20"/>
                <w:szCs w:val="20"/>
              </w:rPr>
              <w:t>6500</w:t>
            </w:r>
          </w:p>
        </w:tc>
        <w:tc>
          <w:tcPr>
            <w:tcW w:w="1524" w:type="dxa"/>
            <w:tcMar/>
            <w:vAlign w:val="center"/>
          </w:tcPr>
          <w:p w:rsidR="1030D1EF" w:rsidP="1030D1EF" w:rsidRDefault="1030D1EF" w14:paraId="7CDD5126">
            <w:pPr>
              <w:spacing w:before="40" w:after="40"/>
            </w:pPr>
            <w:r w:rsidRPr="1030D1EF" w:rsidR="1030D1EF">
              <w:rPr>
                <w:rFonts w:ascii="Calibri" w:hAnsi="Calibri"/>
                <w:color w:val="000000" w:themeColor="text1" w:themeTint="FF" w:themeShade="FF"/>
                <w:sz w:val="20"/>
                <w:szCs w:val="20"/>
              </w:rPr>
              <w:t>One Year</w:t>
            </w:r>
          </w:p>
        </w:tc>
      </w:tr>
      <w:tr w:rsidR="1030D1EF" w:rsidTr="34AAF34B" w14:paraId="3C6EE6C9">
        <w:trPr>
          <w:trHeight w:val="300"/>
        </w:trPr>
        <w:tc>
          <w:tcPr>
            <w:tcW w:w="4063" w:type="dxa"/>
            <w:tcMar/>
            <w:vAlign w:val="center"/>
          </w:tcPr>
          <w:p w:rsidR="1030D1EF" w:rsidP="1030D1EF" w:rsidRDefault="1030D1EF" w14:paraId="4409FE41" w14:textId="44941CEE">
            <w:pPr>
              <w:spacing w:before="40" w:after="40"/>
            </w:pPr>
            <w:r w:rsidRPr="1030D1EF" w:rsidR="1030D1EF">
              <w:rPr>
                <w:rFonts w:ascii="Calibri" w:hAnsi="Calibri"/>
                <w:color w:val="000000" w:themeColor="text1" w:themeTint="FF" w:themeShade="FF"/>
                <w:sz w:val="20"/>
                <w:szCs w:val="20"/>
              </w:rPr>
              <w:t xml:space="preserve">Postgraduate Diploma in </w:t>
            </w:r>
            <w:r w:rsidRPr="1030D1EF" w:rsidR="1030D1EF">
              <w:rPr>
                <w:rFonts w:ascii="Calibri" w:hAnsi="Calibri"/>
                <w:color w:val="000000" w:themeColor="text1" w:themeTint="FF" w:themeShade="FF"/>
                <w:sz w:val="20"/>
                <w:szCs w:val="20"/>
              </w:rPr>
              <w:t xml:space="preserve">Arts in </w:t>
            </w:r>
            <w:r w:rsidRPr="1030D1EF" w:rsidR="1030D1EF">
              <w:rPr>
                <w:rFonts w:ascii="Calibri" w:hAnsi="Calibri"/>
                <w:color w:val="000000" w:themeColor="text1" w:themeTint="FF" w:themeShade="FF"/>
                <w:sz w:val="20"/>
                <w:szCs w:val="20"/>
              </w:rPr>
              <w:t>Talent Management</w:t>
            </w:r>
          </w:p>
        </w:tc>
        <w:tc>
          <w:tcPr>
            <w:tcW w:w="1143" w:type="dxa"/>
            <w:tcMar/>
            <w:vAlign w:val="center"/>
          </w:tcPr>
          <w:p w:rsidR="1030D1EF" w:rsidP="1030D1EF" w:rsidRDefault="1030D1EF" w14:paraId="0A6F722F">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6F970195">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6CAB61C9">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47876C9B">
            <w:pPr>
              <w:spacing w:before="40" w:after="40"/>
            </w:pPr>
            <w:r w:rsidRPr="1030D1EF" w:rsidR="1030D1EF">
              <w:rPr>
                <w:rFonts w:ascii="Calibri" w:hAnsi="Calibri"/>
                <w:color w:val="000000" w:themeColor="text1" w:themeTint="FF" w:themeShade="FF"/>
                <w:sz w:val="20"/>
                <w:szCs w:val="20"/>
              </w:rPr>
              <w:t>5000</w:t>
            </w:r>
          </w:p>
        </w:tc>
        <w:tc>
          <w:tcPr>
            <w:tcW w:w="1397" w:type="dxa"/>
            <w:tcMar/>
            <w:vAlign w:val="center"/>
          </w:tcPr>
          <w:p w:rsidR="06F017EB" w:rsidP="1030D1EF" w:rsidRDefault="06F017EB" w14:paraId="7ED541DA" w14:textId="2EC2FC5C">
            <w:pPr>
              <w:spacing w:before="40" w:after="40"/>
              <w:rPr>
                <w:rFonts w:ascii="Calibri" w:hAnsi="Calibri"/>
                <w:color w:val="000000" w:themeColor="text1" w:themeTint="FF" w:themeShade="FF"/>
                <w:sz w:val="20"/>
                <w:szCs w:val="20"/>
              </w:rPr>
            </w:pPr>
            <w:r w:rsidRPr="1030D1EF" w:rsidR="06F017EB">
              <w:rPr>
                <w:rFonts w:ascii="Calibri" w:hAnsi="Calibri"/>
                <w:color w:val="000000" w:themeColor="text1" w:themeTint="FF" w:themeShade="FF"/>
                <w:sz w:val="20"/>
                <w:szCs w:val="20"/>
              </w:rPr>
              <w:t>6500</w:t>
            </w:r>
          </w:p>
        </w:tc>
        <w:tc>
          <w:tcPr>
            <w:tcW w:w="1524" w:type="dxa"/>
            <w:tcMar/>
            <w:vAlign w:val="center"/>
          </w:tcPr>
          <w:p w:rsidR="1030D1EF" w:rsidP="1030D1EF" w:rsidRDefault="1030D1EF" w14:paraId="47B0785D">
            <w:pPr>
              <w:spacing w:before="40" w:after="40"/>
            </w:pPr>
            <w:r w:rsidRPr="1030D1EF" w:rsidR="1030D1EF">
              <w:rPr>
                <w:rFonts w:ascii="Calibri" w:hAnsi="Calibri"/>
                <w:color w:val="000000" w:themeColor="text1" w:themeTint="FF" w:themeShade="FF"/>
                <w:sz w:val="20"/>
                <w:szCs w:val="20"/>
              </w:rPr>
              <w:t>One Year</w:t>
            </w:r>
          </w:p>
        </w:tc>
      </w:tr>
      <w:tr w:rsidR="1030D1EF" w:rsidTr="34AAF34B" w14:paraId="64B5E3B3">
        <w:trPr>
          <w:trHeight w:val="300"/>
        </w:trPr>
        <w:tc>
          <w:tcPr>
            <w:tcW w:w="4063" w:type="dxa"/>
            <w:tcMar/>
            <w:vAlign w:val="center"/>
          </w:tcPr>
          <w:p w:rsidR="1030D1EF" w:rsidP="1030D1EF" w:rsidRDefault="1030D1EF" w14:paraId="7B838EA5" w14:textId="6836137B">
            <w:pPr>
              <w:spacing w:before="40" w:after="40"/>
            </w:pPr>
            <w:r w:rsidRPr="1030D1EF" w:rsidR="1030D1EF">
              <w:rPr>
                <w:rFonts w:ascii="Calibri" w:hAnsi="Calibri"/>
                <w:color w:val="000000" w:themeColor="text1" w:themeTint="FF" w:themeShade="FF"/>
                <w:sz w:val="20"/>
                <w:szCs w:val="20"/>
              </w:rPr>
              <w:t>Master of Business Administration Year 2</w:t>
            </w:r>
            <w:r w:rsidRPr="1030D1EF" w:rsidR="1030D1EF">
              <w:rPr>
                <w:rFonts w:ascii="Calibri" w:hAnsi="Calibri"/>
                <w:color w:val="000000" w:themeColor="text1" w:themeTint="FF" w:themeShade="FF"/>
                <w:sz w:val="20"/>
                <w:szCs w:val="20"/>
              </w:rPr>
              <w:t>*</w:t>
            </w:r>
          </w:p>
        </w:tc>
        <w:tc>
          <w:tcPr>
            <w:tcW w:w="1143" w:type="dxa"/>
            <w:tcMar/>
            <w:vAlign w:val="center"/>
          </w:tcPr>
          <w:p w:rsidR="1030D1EF" w:rsidP="1030D1EF" w:rsidRDefault="1030D1EF" w14:paraId="3DBD1425">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069D8BA3">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4CD6F6F0">
            <w:pPr>
              <w:spacing w:before="40" w:after="40"/>
            </w:pPr>
            <w:r w:rsidRPr="1030D1EF" w:rsidR="1030D1EF">
              <w:rPr>
                <w:rFonts w:ascii="Calibri" w:hAnsi="Calibri"/>
                <w:color w:val="000000" w:themeColor="text1" w:themeTint="FF" w:themeShade="FF"/>
                <w:sz w:val="20"/>
                <w:szCs w:val="20"/>
              </w:rPr>
              <w:t>60</w:t>
            </w:r>
          </w:p>
        </w:tc>
        <w:tc>
          <w:tcPr>
            <w:tcW w:w="1397" w:type="dxa"/>
            <w:tcMar/>
            <w:vAlign w:val="center"/>
          </w:tcPr>
          <w:p w:rsidR="1030D1EF" w:rsidP="1030D1EF" w:rsidRDefault="1030D1EF" w14:paraId="791D0E49">
            <w:pPr>
              <w:spacing w:before="40" w:after="40"/>
            </w:pPr>
            <w:r w:rsidRPr="1030D1EF" w:rsidR="1030D1EF">
              <w:rPr>
                <w:rFonts w:ascii="Calibri" w:hAnsi="Calibri"/>
                <w:color w:val="000000" w:themeColor="text1" w:themeTint="FF" w:themeShade="FF"/>
                <w:sz w:val="20"/>
                <w:szCs w:val="20"/>
              </w:rPr>
              <w:t>8750</w:t>
            </w:r>
          </w:p>
        </w:tc>
        <w:tc>
          <w:tcPr>
            <w:tcW w:w="1397" w:type="dxa"/>
            <w:tcMar/>
            <w:vAlign w:val="center"/>
          </w:tcPr>
          <w:p w:rsidR="0381CF0B" w:rsidP="1030D1EF" w:rsidRDefault="0381CF0B" w14:paraId="48249F1B" w14:textId="100D7543">
            <w:pPr>
              <w:spacing w:before="40" w:after="40"/>
              <w:rPr>
                <w:rFonts w:ascii="Calibri" w:hAnsi="Calibri"/>
                <w:color w:val="000000" w:themeColor="text1" w:themeTint="FF" w:themeShade="FF"/>
                <w:sz w:val="20"/>
                <w:szCs w:val="20"/>
              </w:rPr>
            </w:pPr>
            <w:r w:rsidRPr="1030D1EF" w:rsidR="0381CF0B">
              <w:rPr>
                <w:rFonts w:ascii="Calibri" w:hAnsi="Calibri"/>
                <w:color w:val="000000" w:themeColor="text1" w:themeTint="FF" w:themeShade="FF"/>
                <w:sz w:val="20"/>
                <w:szCs w:val="20"/>
              </w:rPr>
              <w:t>10000</w:t>
            </w:r>
          </w:p>
        </w:tc>
        <w:tc>
          <w:tcPr>
            <w:tcW w:w="1524" w:type="dxa"/>
            <w:tcMar/>
            <w:vAlign w:val="center"/>
          </w:tcPr>
          <w:p w:rsidR="1030D1EF" w:rsidP="1030D1EF" w:rsidRDefault="1030D1EF" w14:paraId="76C12655">
            <w:pPr>
              <w:spacing w:before="40" w:after="40"/>
            </w:pPr>
            <w:r w:rsidRPr="1030D1EF" w:rsidR="1030D1EF">
              <w:rPr>
                <w:rFonts w:ascii="Calibri" w:hAnsi="Calibri"/>
                <w:color w:val="000000" w:themeColor="text1" w:themeTint="FF" w:themeShade="FF"/>
                <w:sz w:val="20"/>
                <w:szCs w:val="20"/>
              </w:rPr>
              <w:t>One Year</w:t>
            </w:r>
          </w:p>
        </w:tc>
      </w:tr>
      <w:tr w:rsidR="1030D1EF" w:rsidTr="34AAF34B" w14:paraId="2CF4B9A6">
        <w:trPr>
          <w:trHeight w:val="300"/>
        </w:trPr>
        <w:tc>
          <w:tcPr>
            <w:tcW w:w="4063" w:type="dxa"/>
            <w:tcMar/>
            <w:vAlign w:val="center"/>
          </w:tcPr>
          <w:p w:rsidR="1030D1EF" w:rsidP="1030D1EF" w:rsidRDefault="1030D1EF" w14:paraId="30FF2CDA">
            <w:pPr>
              <w:spacing w:before="40" w:after="40"/>
            </w:pPr>
            <w:r w:rsidRPr="1030D1EF" w:rsidR="1030D1EF">
              <w:rPr>
                <w:rFonts w:ascii="Calibri" w:hAnsi="Calibri"/>
                <w:color w:val="000000" w:themeColor="text1" w:themeTint="FF" w:themeShade="FF"/>
                <w:sz w:val="20"/>
                <w:szCs w:val="20"/>
              </w:rPr>
              <w:t>MA in Financial Management</w:t>
            </w:r>
          </w:p>
        </w:tc>
        <w:tc>
          <w:tcPr>
            <w:tcW w:w="1143" w:type="dxa"/>
            <w:tcMar/>
            <w:vAlign w:val="center"/>
          </w:tcPr>
          <w:p w:rsidR="1030D1EF" w:rsidP="1030D1EF" w:rsidRDefault="1030D1EF" w14:paraId="6B1D52B1">
            <w:pPr>
              <w:spacing w:before="40" w:after="40"/>
            </w:pPr>
            <w:r w:rsidRPr="1030D1EF" w:rsidR="1030D1EF">
              <w:rPr>
                <w:rFonts w:ascii="Calibri" w:hAnsi="Calibri"/>
                <w:color w:val="000000" w:themeColor="text1" w:themeTint="FF" w:themeShade="FF"/>
                <w:sz w:val="20"/>
                <w:szCs w:val="20"/>
              </w:rPr>
              <w:t>9</w:t>
            </w:r>
          </w:p>
        </w:tc>
        <w:tc>
          <w:tcPr>
            <w:tcW w:w="1143" w:type="dxa"/>
            <w:tcMar/>
            <w:vAlign w:val="center"/>
          </w:tcPr>
          <w:p w:rsidR="1030D1EF" w:rsidP="1030D1EF" w:rsidRDefault="1030D1EF" w14:paraId="0DAF3FA8">
            <w:pPr>
              <w:spacing w:before="40" w:after="40"/>
            </w:pPr>
            <w:r w:rsidRPr="1030D1EF" w:rsidR="1030D1EF">
              <w:rPr>
                <w:rFonts w:ascii="Calibri" w:hAnsi="Calibri"/>
                <w:color w:val="000000" w:themeColor="text1" w:themeTint="FF" w:themeShade="FF"/>
                <w:sz w:val="20"/>
                <w:szCs w:val="20"/>
              </w:rPr>
              <w:t>P/T</w:t>
            </w:r>
          </w:p>
        </w:tc>
        <w:tc>
          <w:tcPr>
            <w:tcW w:w="1143" w:type="dxa"/>
            <w:tcMar/>
            <w:vAlign w:val="center"/>
          </w:tcPr>
          <w:p w:rsidR="1030D1EF" w:rsidP="1030D1EF" w:rsidRDefault="1030D1EF" w14:paraId="77394DE4">
            <w:pPr>
              <w:spacing w:before="40" w:after="40"/>
            </w:pPr>
            <w:r w:rsidRPr="1030D1EF" w:rsidR="1030D1EF">
              <w:rPr>
                <w:rFonts w:ascii="Calibri" w:hAnsi="Calibri"/>
                <w:color w:val="000000" w:themeColor="text1" w:themeTint="FF" w:themeShade="FF"/>
                <w:sz w:val="20"/>
                <w:szCs w:val="20"/>
              </w:rPr>
              <w:t>30</w:t>
            </w:r>
          </w:p>
        </w:tc>
        <w:tc>
          <w:tcPr>
            <w:tcW w:w="1397" w:type="dxa"/>
            <w:tcMar/>
            <w:vAlign w:val="center"/>
          </w:tcPr>
          <w:p w:rsidR="1030D1EF" w:rsidP="1030D1EF" w:rsidRDefault="1030D1EF" w14:paraId="49CA7585" w14:textId="17241FB5">
            <w:pPr>
              <w:spacing w:before="40" w:after="40"/>
            </w:pPr>
            <w:r w:rsidRPr="1030D1EF" w:rsidR="1030D1EF">
              <w:rPr>
                <w:rFonts w:ascii="Calibri" w:hAnsi="Calibri"/>
                <w:color w:val="000000" w:themeColor="text1" w:themeTint="FF" w:themeShade="FF"/>
                <w:sz w:val="20"/>
                <w:szCs w:val="20"/>
              </w:rPr>
              <w:t>7</w:t>
            </w:r>
            <w:r w:rsidRPr="1030D1EF" w:rsidR="1030D1EF">
              <w:rPr>
                <w:rFonts w:ascii="Calibri" w:hAnsi="Calibri"/>
                <w:color w:val="000000" w:themeColor="text1" w:themeTint="FF" w:themeShade="FF"/>
                <w:sz w:val="20"/>
                <w:szCs w:val="20"/>
              </w:rPr>
              <w:t>500</w:t>
            </w:r>
            <w:r w:rsidRPr="1030D1EF" w:rsidR="1030D1EF">
              <w:rPr>
                <w:rFonts w:ascii="Calibri" w:hAnsi="Calibri"/>
                <w:color w:val="000000" w:themeColor="text1" w:themeTint="FF" w:themeShade="FF"/>
                <w:sz w:val="20"/>
                <w:szCs w:val="20"/>
              </w:rPr>
              <w:t xml:space="preserve"> (2500 for research </w:t>
            </w:r>
            <w:r w:rsidRPr="1030D1EF" w:rsidR="1030D1EF">
              <w:rPr>
                <w:rFonts w:ascii="Calibri" w:hAnsi="Calibri"/>
                <w:color w:val="000000" w:themeColor="text1" w:themeTint="FF" w:themeShade="FF"/>
                <w:sz w:val="20"/>
                <w:szCs w:val="20"/>
              </w:rPr>
              <w:t>component</w:t>
            </w:r>
            <w:r w:rsidRPr="1030D1EF" w:rsidR="1030D1EF">
              <w:rPr>
                <w:rFonts w:ascii="Calibri" w:hAnsi="Calibri"/>
                <w:color w:val="000000" w:themeColor="text1" w:themeTint="FF" w:themeShade="FF"/>
                <w:sz w:val="20"/>
                <w:szCs w:val="20"/>
              </w:rPr>
              <w:t>)</w:t>
            </w:r>
          </w:p>
        </w:tc>
        <w:tc>
          <w:tcPr>
            <w:tcW w:w="1397" w:type="dxa"/>
            <w:tcMar/>
            <w:vAlign w:val="center"/>
          </w:tcPr>
          <w:p w:rsidR="2B1C4FA9" w:rsidP="1030D1EF" w:rsidRDefault="2B1C4FA9" w14:paraId="3AC70E91" w14:textId="02D4CB1B">
            <w:pPr>
              <w:spacing w:before="40" w:after="40"/>
              <w:rPr>
                <w:rFonts w:ascii="Calibri" w:hAnsi="Calibri"/>
                <w:color w:val="000000" w:themeColor="text1" w:themeTint="FF" w:themeShade="FF"/>
                <w:sz w:val="20"/>
                <w:szCs w:val="20"/>
              </w:rPr>
            </w:pPr>
            <w:r w:rsidRPr="1030D1EF" w:rsidR="2B1C4FA9">
              <w:rPr>
                <w:rFonts w:ascii="Calibri" w:hAnsi="Calibri"/>
                <w:color w:val="000000" w:themeColor="text1" w:themeTint="FF" w:themeShade="FF"/>
                <w:sz w:val="20"/>
                <w:szCs w:val="20"/>
              </w:rPr>
              <w:t>9300</w:t>
            </w:r>
          </w:p>
        </w:tc>
        <w:tc>
          <w:tcPr>
            <w:tcW w:w="1524" w:type="dxa"/>
            <w:tcMar/>
            <w:vAlign w:val="center"/>
          </w:tcPr>
          <w:p w:rsidR="1030D1EF" w:rsidP="1030D1EF" w:rsidRDefault="1030D1EF" w14:paraId="469C2A60">
            <w:pPr>
              <w:spacing w:before="40" w:after="40"/>
            </w:pPr>
            <w:r w:rsidRPr="1030D1EF" w:rsidR="1030D1EF">
              <w:rPr>
                <w:rFonts w:ascii="Calibri" w:hAnsi="Calibri"/>
                <w:color w:val="000000" w:themeColor="text1" w:themeTint="FF" w:themeShade="FF"/>
                <w:sz w:val="20"/>
                <w:szCs w:val="20"/>
              </w:rPr>
              <w:t>One Year</w:t>
            </w:r>
          </w:p>
        </w:tc>
      </w:tr>
    </w:tbl>
    <w:tbl>
      <w:tblPr>
        <w:tblStyle w:val="TableNormal"/>
        <w:bidiVisual w:val="0"/>
        <w:tblW w:w="0" w:type="auto"/>
        <w:jc w:val="left"/>
        <w:tblLook w:val="06A0" w:firstRow="1" w:lastRow="0" w:firstColumn="1" w:lastColumn="0" w:noHBand="1" w:noVBand="1"/>
      </w:tblPr>
      <w:tblGrid>
        <w:gridCol w:w="4290"/>
      </w:tblGrid>
      <w:tr w:rsidR="1030D1EF" w:rsidTr="1030D1EF" w14:paraId="34303BA0">
        <w:trPr>
          <w:trHeight w:val="1185"/>
        </w:trPr>
        <w:tc>
          <w:tcPr>
            <w:tcW w:w="4290" w:type="dxa"/>
            <w:tcBorders>
              <w:top w:val="nil"/>
              <w:left w:val="nil"/>
              <w:bottom w:val="nil"/>
              <w:right w:val="nil"/>
            </w:tcBorders>
            <w:tcMar>
              <w:top w:w="15" w:type="dxa"/>
              <w:left w:w="15" w:type="dxa"/>
              <w:right w:w="15" w:type="dxa"/>
            </w:tcMar>
            <w:vAlign w:val="bottom"/>
          </w:tcPr>
          <w:p w:rsidR="1030D1EF" w:rsidP="1030D1EF" w:rsidRDefault="1030D1EF" w14:paraId="04730D0F" w14:textId="207CD65F">
            <w:pPr>
              <w:pStyle w:val="Normal"/>
              <w:suppressLineNumbers w:val="0"/>
              <w:bidi w:val="0"/>
              <w:spacing w:before="0" w:beforeAutospacing="off" w:after="0" w:afterAutospacing="off" w:line="276" w:lineRule="auto"/>
              <w:ind w:left="0" w:right="0"/>
              <w:jc w:val="both"/>
              <w:rPr>
                <w:rFonts w:ascii="Times New Roman" w:hAnsi="Times New Roman" w:eastAsia="Times New Roman" w:cs="Times New Roman"/>
                <w:b w:val="0"/>
                <w:bCs w:val="0"/>
                <w:i w:val="0"/>
                <w:iCs w:val="0"/>
                <w:strike w:val="0"/>
                <w:dstrike w:val="0"/>
                <w:color w:val="000000" w:themeColor="text1" w:themeTint="FF" w:themeShade="FF"/>
                <w:sz w:val="16"/>
                <w:szCs w:val="16"/>
                <w:u w:val="none"/>
              </w:rPr>
            </w:pP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 European: To be eligible for EU Fees, </w:t>
            </w:r>
            <w:r w:rsidRPr="1030D1EF" w:rsidR="0AA0AD4C">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must</w:t>
            </w: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 be an EU </w:t>
            </w:r>
            <w:r w:rsidRPr="1030D1EF" w:rsidR="430BB934">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citizen</w:t>
            </w: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 or from Switzerland or </w:t>
            </w:r>
            <w:r w:rsidRPr="1030D1EF" w:rsidR="7ACFAEC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the </w:t>
            </w: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United </w:t>
            </w:r>
            <w:r w:rsidRPr="1030D1EF" w:rsidR="5C70EB33">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Kingdom</w:t>
            </w: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 (UK)</w:t>
            </w:r>
            <w:r w:rsidRPr="1030D1EF" w:rsidR="01FCA57E">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w:t>
            </w: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 and you </w:t>
            </w:r>
            <w:r w:rsidRPr="1030D1EF" w:rsidR="111592D1">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must</w:t>
            </w:r>
            <w:r w:rsidRPr="1030D1EF" w:rsidR="1030D1EF">
              <w:rPr>
                <w:rFonts w:ascii="Calibri" w:hAnsi="Calibri" w:eastAsia="Calibri" w:cs="Calibri" w:asciiTheme="majorAscii" w:hAnsiTheme="majorAscii" w:eastAsiaTheme="majorAscii" w:cstheme="majorAscii"/>
                <w:b w:val="0"/>
                <w:bCs w:val="0"/>
                <w:i w:val="0"/>
                <w:iCs w:val="0"/>
                <w:strike w:val="0"/>
                <w:dstrike w:val="0"/>
                <w:color w:val="000000" w:themeColor="text1" w:themeTint="FF" w:themeShade="FF"/>
                <w:sz w:val="16"/>
                <w:szCs w:val="16"/>
                <w:u w:val="none"/>
              </w:rPr>
              <w:t xml:space="preserve"> be able to demonstrate that you have been living in that state for at least 3 of the 5 years before starting your course</w:t>
            </w:r>
            <w:r w:rsidRPr="1030D1EF" w:rsidR="1030D1EF">
              <w:rPr>
                <w:rFonts w:ascii="Times New Roman" w:hAnsi="Times New Roman" w:eastAsia="Times New Roman" w:cs="Times New Roman"/>
                <w:b w:val="0"/>
                <w:bCs w:val="0"/>
                <w:i w:val="0"/>
                <w:iCs w:val="0"/>
                <w:strike w:val="0"/>
                <w:dstrike w:val="0"/>
                <w:color w:val="000000" w:themeColor="text1" w:themeTint="FF" w:themeShade="FF"/>
                <w:sz w:val="16"/>
                <w:szCs w:val="16"/>
                <w:u w:val="none"/>
              </w:rPr>
              <w:t>.</w:t>
            </w:r>
          </w:p>
        </w:tc>
      </w:tr>
    </w:tbl>
    <w:p w:rsidR="1030D1EF" w:rsidP="1030D1EF" w:rsidRDefault="1030D1EF" w14:paraId="7DF43240" w14:textId="618BDE2E">
      <w:pPr>
        <w:rPr>
          <w:rFonts w:ascii="Calibri" w:hAnsi="Calibri"/>
          <w:color w:val="000000" w:themeColor="text1" w:themeTint="FF" w:themeShade="FF"/>
        </w:rPr>
      </w:pPr>
    </w:p>
    <w:p w:rsidR="49DDAEFC" w:rsidP="49DDAEFC" w:rsidRDefault="49DDAEFC" w14:paraId="5124FBBC" w14:textId="28793E98">
      <w:r>
        <w:br w:type="page"/>
      </w:r>
    </w:p>
    <w:p w:rsidR="49DDAEFC" w:rsidP="487DDC34" w:rsidRDefault="49DDAEFC" w14:paraId="1F712C24" w14:textId="4A28FABF">
      <w:pPr>
        <w:rPr>
          <w:rFonts w:ascii="Calibri" w:hAnsi="Calibri"/>
          <w:color w:val="000000" w:themeColor="text1"/>
        </w:rPr>
      </w:pPr>
    </w:p>
    <w:p w:rsidR="0040090F" w:rsidP="49DDAEFC" w:rsidRDefault="53C06C58" w14:paraId="53DA8958" w14:textId="1A2D5BF7">
      <w:pPr>
        <w:pBdr>
          <w:top w:val="single" w:color="C9A227" w:sz="12" w:space="0"/>
          <w:left w:val="single" w:color="C9A227" w:sz="12" w:space="0"/>
          <w:bottom w:val="single" w:color="C9A227" w:sz="12" w:space="0"/>
          <w:right w:val="single" w:color="C9A227" w:sz="12" w:space="0"/>
        </w:pBdr>
        <w:shd w:val="clear" w:color="auto" w:fill="F2F2F2" w:themeFill="background1" w:themeFillShade="F2"/>
        <w:rPr>
          <w:rFonts w:ascii="Calibri" w:hAnsi="Calibri"/>
          <w:b/>
          <w:bCs/>
          <w:sz w:val="32"/>
          <w:szCs w:val="32"/>
        </w:rPr>
      </w:pPr>
      <w:r w:rsidRPr="49DDAEFC">
        <w:rPr>
          <w:rFonts w:ascii="Calibri" w:hAnsi="Calibri"/>
          <w:b/>
          <w:bCs/>
          <w:sz w:val="32"/>
          <w:szCs w:val="32"/>
        </w:rPr>
        <w:t>SECTION 2</w:t>
      </w:r>
      <w:r w:rsidRPr="49DDAEFC" w:rsidR="453E92BE">
        <w:rPr>
          <w:rFonts w:ascii="Calibri" w:hAnsi="Calibri"/>
          <w:b/>
          <w:bCs/>
          <w:sz w:val="32"/>
          <w:szCs w:val="32"/>
        </w:rPr>
        <w:t xml:space="preserve"> - </w:t>
      </w:r>
      <w:r w:rsidRPr="49DDAEFC">
        <w:rPr>
          <w:rFonts w:ascii="Calibri" w:hAnsi="Calibri"/>
          <w:b/>
          <w:bCs/>
          <w:sz w:val="32"/>
          <w:szCs w:val="32"/>
        </w:rPr>
        <w:t>FACULTY OF CPODL REFUND SCHEDULE-MIDLANDS</w:t>
      </w:r>
    </w:p>
    <w:p w:rsidR="49DDAEFC" w:rsidP="49DDAEFC" w:rsidRDefault="49DDAEFC" w14:paraId="20F18AB6" w14:textId="22015897">
      <w:pPr>
        <w:pBdr>
          <w:bottom w:val="single" w:color="C9A227" w:sz="12" w:space="0"/>
        </w:pBdr>
        <w:rPr>
          <w:rFonts w:ascii="Calibri" w:hAnsi="Calibri"/>
          <w:b/>
          <w:bCs/>
          <w:color w:val="000000" w:themeColor="text1"/>
        </w:rPr>
      </w:pPr>
    </w:p>
    <w:p w:rsidR="0040090F" w:rsidP="49DDAEFC" w:rsidRDefault="53C06C58" w14:paraId="01D3E00C" w14:textId="2FF03F8E">
      <w:pPr>
        <w:pBdr>
          <w:bottom w:val="single" w:color="C9A227" w:sz="12" w:space="0"/>
        </w:pBdr>
        <w:rPr>
          <w:rFonts w:ascii="Calibri" w:hAnsi="Calibri"/>
          <w:b/>
          <w:bCs/>
          <w:color w:val="000000" w:themeColor="text1"/>
        </w:rPr>
      </w:pPr>
      <w:r w:rsidRPr="49DDAEFC">
        <w:rPr>
          <w:rFonts w:ascii="Calibri" w:hAnsi="Calibri"/>
          <w:b/>
          <w:bCs/>
          <w:color w:val="000000" w:themeColor="text1"/>
        </w:rPr>
        <w:t xml:space="preserve">2.1 PART-TIME PROGRAMME FEE AND REFUND </w:t>
      </w:r>
      <w:r w:rsidRPr="49DDAEFC" w:rsidR="6B3977FE">
        <w:rPr>
          <w:rFonts w:ascii="Calibri" w:hAnsi="Calibri"/>
          <w:b/>
          <w:bCs/>
          <w:color w:val="000000" w:themeColor="text1"/>
        </w:rPr>
        <w:t>SCHEDULE</w:t>
      </w:r>
      <w:r w:rsidRPr="49DDAEFC">
        <w:rPr>
          <w:rFonts w:ascii="Calibri" w:hAnsi="Calibri"/>
          <w:b/>
          <w:bCs/>
          <w:color w:val="000000" w:themeColor="text1"/>
        </w:rPr>
        <w:t xml:space="preserve"> FOR 2026/2027 ACADEMIC YEAR</w:t>
      </w:r>
    </w:p>
    <w:p w:rsidR="0040090F" w:rsidRDefault="0085639A" w14:paraId="3846CF20" w14:textId="77777777">
      <w:r>
        <w:rPr>
          <w:rFonts w:ascii="Calibri" w:hAnsi="Calibri"/>
          <w:color w:val="000000"/>
        </w:rPr>
        <w:t>Programme Categories and Funding Structure</w:t>
      </w:r>
    </w:p>
    <w:p w:rsidR="0040090F" w:rsidRDefault="0085639A" w14:paraId="0F84E342" w14:textId="77777777">
      <w:r>
        <w:rPr>
          <w:rFonts w:ascii="Calibri" w:hAnsi="Calibri"/>
          <w:color w:val="000000"/>
        </w:rPr>
        <w:t xml:space="preserve">TUS Midlands delivers flexible part-time </w:t>
      </w:r>
      <w:proofErr w:type="spellStart"/>
      <w:r>
        <w:rPr>
          <w:rFonts w:ascii="Calibri" w:hAnsi="Calibri"/>
          <w:color w:val="000000"/>
        </w:rPr>
        <w:t>programmes</w:t>
      </w:r>
      <w:proofErr w:type="spellEnd"/>
      <w:r>
        <w:rPr>
          <w:rFonts w:ascii="Calibri" w:hAnsi="Calibri"/>
          <w:color w:val="000000"/>
        </w:rPr>
        <w:t xml:space="preserve"> under the following two categories:</w:t>
      </w:r>
    </w:p>
    <w:p w:rsidR="0040090F" w:rsidRDefault="0085639A" w14:paraId="780F2347" w14:textId="77777777">
      <w:r>
        <w:rPr>
          <w:rFonts w:ascii="Calibri" w:hAnsi="Calibri"/>
          <w:color w:val="000000"/>
        </w:rPr>
        <w:t xml:space="preserve">1. Fee-Paying </w:t>
      </w:r>
      <w:proofErr w:type="spellStart"/>
      <w:r>
        <w:rPr>
          <w:rFonts w:ascii="Calibri" w:hAnsi="Calibri"/>
          <w:color w:val="000000"/>
        </w:rPr>
        <w:t>Programmes</w:t>
      </w:r>
      <w:proofErr w:type="spellEnd"/>
    </w:p>
    <w:p w:rsidR="0040090F" w:rsidRDefault="0582E7F5" w14:paraId="77C965DB" w14:textId="79543F8D">
      <w:r w:rsidRPr="487DDC34">
        <w:rPr>
          <w:rFonts w:ascii="Calibri" w:hAnsi="Calibri"/>
          <w:color w:val="000000" w:themeColor="text1"/>
        </w:rPr>
        <w:t xml:space="preserve">These </w:t>
      </w:r>
      <w:proofErr w:type="spellStart"/>
      <w:r w:rsidRPr="487DDC34">
        <w:rPr>
          <w:rFonts w:ascii="Calibri" w:hAnsi="Calibri"/>
          <w:color w:val="000000" w:themeColor="text1"/>
        </w:rPr>
        <w:t>programmes</w:t>
      </w:r>
      <w:proofErr w:type="spellEnd"/>
      <w:r w:rsidRPr="487DDC34">
        <w:rPr>
          <w:rFonts w:ascii="Calibri" w:hAnsi="Calibri"/>
          <w:color w:val="000000" w:themeColor="text1"/>
        </w:rPr>
        <w:t xml:space="preserve"> are funded directly by the student. Students are responsible for payment of the full </w:t>
      </w:r>
      <w:proofErr w:type="spellStart"/>
      <w:r w:rsidRPr="487DDC34">
        <w:rPr>
          <w:rFonts w:ascii="Calibri" w:hAnsi="Calibri"/>
          <w:color w:val="000000" w:themeColor="text1"/>
        </w:rPr>
        <w:t>programme</w:t>
      </w:r>
      <w:proofErr w:type="spellEnd"/>
      <w:r w:rsidRPr="487DDC34">
        <w:rPr>
          <w:rFonts w:ascii="Calibri" w:hAnsi="Calibri"/>
          <w:color w:val="000000" w:themeColor="text1"/>
        </w:rPr>
        <w:t xml:space="preserve"> fee in accordance with the </w:t>
      </w:r>
      <w:r w:rsidRPr="487DDC34" w:rsidR="7335F621">
        <w:rPr>
          <w:rFonts w:ascii="Calibri" w:hAnsi="Calibri"/>
          <w:color w:val="000000" w:themeColor="text1"/>
        </w:rPr>
        <w:t>Faculty of CPODL`s</w:t>
      </w:r>
      <w:r w:rsidRPr="487DDC34">
        <w:rPr>
          <w:rFonts w:ascii="Calibri" w:hAnsi="Calibri"/>
          <w:color w:val="000000" w:themeColor="text1"/>
        </w:rPr>
        <w:t xml:space="preserve"> Fee Payment and Refund Policy.</w:t>
      </w:r>
    </w:p>
    <w:p w:rsidR="0040090F" w:rsidRDefault="0085639A" w14:paraId="0455878F" w14:textId="77777777">
      <w:r>
        <w:rPr>
          <w:rFonts w:ascii="Calibri" w:hAnsi="Calibri"/>
          <w:color w:val="000000"/>
        </w:rPr>
        <w:t xml:space="preserve">2. Funded </w:t>
      </w:r>
      <w:proofErr w:type="spellStart"/>
      <w:r>
        <w:rPr>
          <w:rFonts w:ascii="Calibri" w:hAnsi="Calibri"/>
          <w:color w:val="000000"/>
        </w:rPr>
        <w:t>Programmes</w:t>
      </w:r>
      <w:proofErr w:type="spellEnd"/>
    </w:p>
    <w:p w:rsidR="0040090F" w:rsidP="49DDAEFC" w:rsidRDefault="07BFD53C" w14:paraId="603E3C4F" w14:textId="457A0BBC">
      <w:pPr>
        <w:rPr>
          <w:rFonts w:ascii="Calibri" w:hAnsi="Calibri"/>
          <w:color w:val="000000" w:themeColor="text1"/>
        </w:rPr>
      </w:pPr>
      <w:r w:rsidRPr="487DDC34">
        <w:rPr>
          <w:rFonts w:ascii="Calibri" w:hAnsi="Calibri"/>
          <w:color w:val="000000" w:themeColor="text1"/>
        </w:rPr>
        <w:t xml:space="preserve">These </w:t>
      </w:r>
      <w:proofErr w:type="spellStart"/>
      <w:r w:rsidRPr="487DDC34">
        <w:rPr>
          <w:rFonts w:ascii="Calibri" w:hAnsi="Calibri"/>
          <w:color w:val="000000" w:themeColor="text1"/>
        </w:rPr>
        <w:t>programmes</w:t>
      </w:r>
      <w:proofErr w:type="spellEnd"/>
      <w:r w:rsidRPr="487DDC34">
        <w:rPr>
          <w:rFonts w:ascii="Calibri" w:hAnsi="Calibri"/>
          <w:color w:val="000000" w:themeColor="text1"/>
        </w:rPr>
        <w:t xml:space="preserve"> are fully or partially funded by the Higher Education Authority (HEA) under national initiatives, including Springboard+</w:t>
      </w:r>
      <w:r w:rsidRPr="487DDC34" w:rsidR="3A77590F">
        <w:rPr>
          <w:rFonts w:ascii="Calibri" w:hAnsi="Calibri"/>
          <w:color w:val="000000" w:themeColor="text1"/>
        </w:rPr>
        <w:t xml:space="preserve">, </w:t>
      </w:r>
      <w:proofErr w:type="spellStart"/>
      <w:r w:rsidRPr="487DDC34" w:rsidR="3A77590F">
        <w:rPr>
          <w:rFonts w:ascii="Calibri" w:hAnsi="Calibri"/>
          <w:color w:val="000000" w:themeColor="text1"/>
        </w:rPr>
        <w:t>Skillnets</w:t>
      </w:r>
      <w:proofErr w:type="spellEnd"/>
      <w:r w:rsidRPr="487DDC34" w:rsidR="3A77590F">
        <w:rPr>
          <w:rFonts w:ascii="Calibri" w:hAnsi="Calibri"/>
          <w:color w:val="000000" w:themeColor="text1"/>
        </w:rPr>
        <w:t xml:space="preserve"> or other funding channels.</w:t>
      </w:r>
    </w:p>
    <w:p w:rsidR="0040090F" w:rsidP="487DDC34" w:rsidRDefault="0582E7F5" w14:paraId="73508A14" w14:textId="0A9AA614">
      <w:pPr>
        <w:rPr>
          <w:rFonts w:ascii="Calibri" w:hAnsi="Calibri"/>
          <w:color w:val="000000" w:themeColor="text1"/>
        </w:rPr>
      </w:pPr>
      <w:r w:rsidRPr="487DDC34">
        <w:rPr>
          <w:rFonts w:ascii="Calibri" w:hAnsi="Calibri"/>
          <w:color w:val="000000" w:themeColor="text1"/>
        </w:rPr>
        <w:t xml:space="preserve">Eligibility for funding is determined in accordance with </w:t>
      </w:r>
      <w:r w:rsidRPr="487DDC34" w:rsidR="23AA052D">
        <w:rPr>
          <w:rFonts w:ascii="Calibri" w:hAnsi="Calibri"/>
          <w:color w:val="000000" w:themeColor="text1"/>
        </w:rPr>
        <w:t>the relevant funding body guidelines</w:t>
      </w:r>
      <w:r w:rsidRPr="487DDC34">
        <w:rPr>
          <w:rFonts w:ascii="Calibri" w:hAnsi="Calibri"/>
          <w:color w:val="000000" w:themeColor="text1"/>
        </w:rPr>
        <w:t xml:space="preserve"> and is subject to confirmation of status and compliance with </w:t>
      </w:r>
      <w:proofErr w:type="spellStart"/>
      <w:r w:rsidRPr="487DDC34">
        <w:rPr>
          <w:rFonts w:ascii="Calibri" w:hAnsi="Calibri"/>
          <w:color w:val="000000" w:themeColor="text1"/>
        </w:rPr>
        <w:t>programme</w:t>
      </w:r>
      <w:proofErr w:type="spellEnd"/>
      <w:r w:rsidRPr="487DDC34">
        <w:rPr>
          <w:rFonts w:ascii="Calibri" w:hAnsi="Calibri"/>
          <w:color w:val="000000" w:themeColor="text1"/>
        </w:rPr>
        <w:t xml:space="preserve"> conditions.</w:t>
      </w:r>
    </w:p>
    <w:p w:rsidR="0040090F" w:rsidRDefault="0085639A" w14:paraId="73CE0FA2" w14:textId="77777777">
      <w:r>
        <w:rPr>
          <w:rFonts w:ascii="Calibri" w:hAnsi="Calibri"/>
          <w:color w:val="000000"/>
        </w:rPr>
        <w:t>Implementation of Fee and Refund Schedule</w:t>
      </w:r>
    </w:p>
    <w:p w:rsidR="0040090F" w:rsidRDefault="53C06C58" w14:paraId="433AA91F" w14:textId="77777777">
      <w:r w:rsidRPr="49DDAEFC">
        <w:rPr>
          <w:rFonts w:ascii="Calibri" w:hAnsi="Calibri"/>
          <w:color w:val="000000" w:themeColor="text1"/>
        </w:rPr>
        <w:t xml:space="preserve">The following Fee and Refund Schedule shall apply to all </w:t>
      </w:r>
      <w:proofErr w:type="spellStart"/>
      <w:r w:rsidRPr="49DDAEFC">
        <w:rPr>
          <w:rFonts w:ascii="Calibri" w:hAnsi="Calibri"/>
          <w:color w:val="000000" w:themeColor="text1"/>
        </w:rPr>
        <w:t>programmes</w:t>
      </w:r>
      <w:proofErr w:type="spellEnd"/>
      <w:r w:rsidRPr="49DDAEFC">
        <w:rPr>
          <w:rFonts w:ascii="Calibri" w:hAnsi="Calibri"/>
          <w:color w:val="000000" w:themeColor="text1"/>
        </w:rPr>
        <w:t xml:space="preserve"> commencing from September 2026.</w:t>
      </w:r>
    </w:p>
    <w:p w:rsidR="49DDAEFC" w:rsidP="49DDAEFC" w:rsidRDefault="49DDAEFC" w14:paraId="2A01767A" w14:textId="60E8AE8A">
      <w:pPr>
        <w:rPr>
          <w:rFonts w:ascii="Calibri" w:hAnsi="Calibri"/>
          <w:color w:val="000000" w:themeColor="text1"/>
        </w:rPr>
      </w:pPr>
    </w:p>
    <w:p w:rsidR="49DDAEFC" w:rsidP="49DDAEFC" w:rsidRDefault="49DDAEFC" w14:paraId="38A4A0F5" w14:textId="0D5752BA">
      <w:pPr>
        <w:rPr>
          <w:rFonts w:ascii="Calibri" w:hAnsi="Calibri"/>
          <w:color w:val="000000" w:themeColor="text1"/>
        </w:rPr>
      </w:pPr>
    </w:p>
    <w:p w:rsidR="49DDAEFC" w:rsidP="49DDAEFC" w:rsidRDefault="49DDAEFC" w14:paraId="40E0BF52" w14:textId="3E7E58DC">
      <w:pPr>
        <w:rPr>
          <w:rFonts w:ascii="Calibri" w:hAnsi="Calibri"/>
          <w:color w:val="000000" w:themeColor="text1"/>
        </w:rPr>
      </w:pPr>
    </w:p>
    <w:p w:rsidR="49DDAEFC" w:rsidP="49DDAEFC" w:rsidRDefault="49DDAEFC" w14:paraId="5C7C0269" w14:textId="6AC8B70A">
      <w:pPr>
        <w:rPr>
          <w:rFonts w:ascii="Calibri" w:hAnsi="Calibri"/>
          <w:color w:val="000000" w:themeColor="text1"/>
        </w:rPr>
      </w:pPr>
    </w:p>
    <w:p w:rsidR="0040090F" w:rsidRDefault="0085639A" w14:paraId="3C76DA10" w14:textId="77777777">
      <w:pPr>
        <w:pBdr>
          <w:bottom w:val="single" w:color="C9A227" w:sz="12" w:space="0"/>
        </w:pBdr>
      </w:pPr>
      <w:r>
        <w:rPr>
          <w:rFonts w:ascii="Calibri" w:hAnsi="Calibri"/>
          <w:color w:val="000000"/>
        </w:rPr>
        <w:t xml:space="preserve">2.2 Part-time </w:t>
      </w:r>
      <w:proofErr w:type="spellStart"/>
      <w:r>
        <w:rPr>
          <w:rFonts w:ascii="Calibri" w:hAnsi="Calibri"/>
          <w:color w:val="000000"/>
        </w:rPr>
        <w:t>Programmes</w:t>
      </w:r>
      <w:proofErr w:type="spellEnd"/>
      <w:r>
        <w:rPr>
          <w:rFonts w:ascii="Calibri" w:hAnsi="Calibri"/>
          <w:color w:val="000000"/>
        </w:rPr>
        <w:t xml:space="preserve"> up to 15 weeks in duration (one semester) 2026/2027</w:t>
      </w:r>
    </w:p>
    <w:p w:rsidR="0040090F" w:rsidRDefault="0085639A" w14:paraId="36985C73" w14:textId="77777777">
      <w:r>
        <w:rPr>
          <w:rFonts w:ascii="Calibri" w:hAnsi="Calibri"/>
          <w:color w:val="000000"/>
        </w:rPr>
        <w:t>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3120"/>
        <w:gridCol w:w="3120"/>
        <w:gridCol w:w="3120"/>
      </w:tblGrid>
      <w:tr w:rsidR="0040090F" w:rsidTr="49DDAEFC" w14:paraId="6515339C" w14:textId="77777777">
        <w:trPr>
          <w:jc w:val="center"/>
        </w:trPr>
        <w:tc>
          <w:tcPr>
            <w:tcW w:w="3120" w:type="dxa"/>
            <w:shd w:val="clear" w:color="auto" w:fill="000000" w:themeFill="text1"/>
            <w:vAlign w:val="center"/>
          </w:tcPr>
          <w:p w:rsidR="0040090F" w:rsidRDefault="0085639A" w14:paraId="0E1F69F1" w14:textId="77777777">
            <w:pPr>
              <w:spacing w:before="40" w:after="40"/>
              <w:jc w:val="center"/>
            </w:pPr>
            <w:r>
              <w:rPr>
                <w:rFonts w:ascii="Calibri" w:hAnsi="Calibri"/>
                <w:b/>
                <w:color w:val="FFFFFF"/>
                <w:sz w:val="20"/>
              </w:rPr>
              <w:t>Programme Start Date</w:t>
            </w:r>
          </w:p>
        </w:tc>
        <w:tc>
          <w:tcPr>
            <w:tcW w:w="3120" w:type="dxa"/>
            <w:shd w:val="clear" w:color="auto" w:fill="000000" w:themeFill="text1"/>
            <w:vAlign w:val="center"/>
          </w:tcPr>
          <w:p w:rsidR="0040090F" w:rsidRDefault="0085639A" w14:paraId="663004EF" w14:textId="77777777">
            <w:pPr>
              <w:spacing w:before="40" w:after="40"/>
              <w:jc w:val="center"/>
            </w:pPr>
            <w:r>
              <w:rPr>
                <w:rFonts w:ascii="Calibri" w:hAnsi="Calibri"/>
                <w:b/>
                <w:color w:val="FFFFFF"/>
                <w:sz w:val="20"/>
              </w:rPr>
              <w:t>Date Payment is Due</w:t>
            </w:r>
          </w:p>
        </w:tc>
        <w:tc>
          <w:tcPr>
            <w:tcW w:w="3120" w:type="dxa"/>
            <w:shd w:val="clear" w:color="auto" w:fill="000000" w:themeFill="text1"/>
            <w:vAlign w:val="center"/>
          </w:tcPr>
          <w:p w:rsidR="0040090F" w:rsidRDefault="0085639A" w14:paraId="5B3A427A" w14:textId="77777777">
            <w:pPr>
              <w:spacing w:before="40" w:after="40"/>
              <w:jc w:val="center"/>
            </w:pPr>
            <w:r>
              <w:rPr>
                <w:rFonts w:ascii="Calibri" w:hAnsi="Calibri"/>
                <w:b/>
                <w:color w:val="FFFFFF"/>
                <w:sz w:val="20"/>
              </w:rPr>
              <w:t>Refund Available</w:t>
            </w:r>
          </w:p>
        </w:tc>
      </w:tr>
      <w:tr w:rsidR="0040090F" w:rsidTr="49DDAEFC" w14:paraId="3131DD7C" w14:textId="77777777">
        <w:trPr>
          <w:jc w:val="center"/>
        </w:trPr>
        <w:tc>
          <w:tcPr>
            <w:tcW w:w="3120" w:type="dxa"/>
            <w:vAlign w:val="center"/>
          </w:tcPr>
          <w:p w:rsidR="0040090F" w:rsidRDefault="0085639A" w14:paraId="7969DA16" w14:textId="77777777">
            <w:pPr>
              <w:spacing w:before="40" w:after="40"/>
            </w:pPr>
            <w:r>
              <w:rPr>
                <w:rFonts w:ascii="Calibri" w:hAnsi="Calibri"/>
                <w:color w:val="000000"/>
                <w:sz w:val="20"/>
              </w:rPr>
              <w:t>Semester 1 and/or Semester 2</w:t>
            </w:r>
          </w:p>
        </w:tc>
        <w:tc>
          <w:tcPr>
            <w:tcW w:w="3120" w:type="dxa"/>
            <w:vAlign w:val="center"/>
          </w:tcPr>
          <w:p w:rsidR="0040090F" w:rsidRDefault="0085639A" w14:paraId="6CE065D7" w14:textId="77777777">
            <w:pPr>
              <w:spacing w:before="40" w:after="40"/>
            </w:pPr>
            <w:r>
              <w:rPr>
                <w:rFonts w:ascii="Calibri" w:hAnsi="Calibri"/>
                <w:color w:val="000000"/>
                <w:sz w:val="20"/>
              </w:rPr>
              <w:t>Before course commencement</w:t>
            </w:r>
          </w:p>
        </w:tc>
        <w:tc>
          <w:tcPr>
            <w:tcW w:w="3120" w:type="dxa"/>
            <w:vAlign w:val="center"/>
          </w:tcPr>
          <w:p w:rsidR="0040090F" w:rsidP="49DDAEFC" w:rsidRDefault="53C06C58" w14:paraId="77AFE003" w14:textId="53655C2A">
            <w:pPr>
              <w:spacing w:before="40" w:after="40"/>
              <w:rPr>
                <w:rFonts w:ascii="Calibri" w:hAnsi="Calibri"/>
                <w:color w:val="000000" w:themeColor="text1"/>
                <w:sz w:val="20"/>
                <w:szCs w:val="20"/>
              </w:rPr>
            </w:pPr>
            <w:r w:rsidRPr="49DDAEFC">
              <w:rPr>
                <w:rFonts w:ascii="Calibri" w:hAnsi="Calibri"/>
                <w:color w:val="000000" w:themeColor="text1"/>
                <w:sz w:val="20"/>
                <w:szCs w:val="20"/>
              </w:rPr>
              <w:t xml:space="preserve">Full refund available if requested before course commencement. No </w:t>
            </w:r>
            <w:r w:rsidRPr="49DDAEFC" w:rsidR="2293A804">
              <w:rPr>
                <w:rFonts w:ascii="Calibri" w:hAnsi="Calibri"/>
                <w:color w:val="000000" w:themeColor="text1"/>
                <w:sz w:val="20"/>
                <w:szCs w:val="20"/>
              </w:rPr>
              <w:t>refunds are</w:t>
            </w:r>
            <w:r w:rsidRPr="49DDAEFC">
              <w:rPr>
                <w:rFonts w:ascii="Calibri" w:hAnsi="Calibri"/>
                <w:color w:val="000000" w:themeColor="text1"/>
                <w:sz w:val="20"/>
                <w:szCs w:val="20"/>
              </w:rPr>
              <w:t xml:space="preserve"> available thereafter.</w:t>
            </w:r>
          </w:p>
        </w:tc>
      </w:tr>
    </w:tbl>
    <w:p w:rsidR="0040090F" w:rsidRDefault="0040090F" w14:paraId="610AA467" w14:textId="77777777"/>
    <w:p w:rsidR="0040090F" w:rsidRDefault="0040090F" w14:paraId="7051F2C2" w14:textId="77777777"/>
    <w:p w:rsidR="0040090F" w:rsidRDefault="0085639A" w14:paraId="12DAF989" w14:textId="77777777">
      <w:pPr>
        <w:pBdr>
          <w:bottom w:val="single" w:color="C9A227" w:sz="12" w:space="0"/>
        </w:pBdr>
      </w:pPr>
      <w:r>
        <w:rPr>
          <w:rFonts w:ascii="Calibri" w:hAnsi="Calibri"/>
          <w:color w:val="000000"/>
        </w:rPr>
        <w:t xml:space="preserve">2.3 Part-time </w:t>
      </w:r>
      <w:proofErr w:type="spellStart"/>
      <w:r>
        <w:rPr>
          <w:rFonts w:ascii="Calibri" w:hAnsi="Calibri"/>
          <w:color w:val="000000"/>
        </w:rPr>
        <w:t>Programmes</w:t>
      </w:r>
      <w:proofErr w:type="spellEnd"/>
      <w:r>
        <w:rPr>
          <w:rFonts w:ascii="Calibri" w:hAnsi="Calibri"/>
          <w:color w:val="000000"/>
        </w:rPr>
        <w:t xml:space="preserve"> over 15 weeks in duration 2026/2027 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3120"/>
        <w:gridCol w:w="3120"/>
        <w:gridCol w:w="3120"/>
      </w:tblGrid>
      <w:tr w:rsidR="0040090F" w14:paraId="4A6F9575" w14:textId="77777777">
        <w:trPr>
          <w:jc w:val="center"/>
        </w:trPr>
        <w:tc>
          <w:tcPr>
            <w:tcW w:w="3120" w:type="dxa"/>
            <w:shd w:val="clear" w:color="auto" w:fill="000000"/>
            <w:vAlign w:val="center"/>
          </w:tcPr>
          <w:p w:rsidR="0040090F" w:rsidRDefault="0085639A" w14:paraId="75A3B663" w14:textId="77777777">
            <w:pPr>
              <w:spacing w:before="40" w:after="40"/>
              <w:jc w:val="center"/>
            </w:pPr>
            <w:r>
              <w:rPr>
                <w:rFonts w:ascii="Calibri" w:hAnsi="Calibri"/>
                <w:b/>
                <w:color w:val="FFFFFF"/>
                <w:sz w:val="20"/>
              </w:rPr>
              <w:t>Programme Start Date</w:t>
            </w:r>
          </w:p>
        </w:tc>
        <w:tc>
          <w:tcPr>
            <w:tcW w:w="3120" w:type="dxa"/>
            <w:shd w:val="clear" w:color="auto" w:fill="000000"/>
            <w:vAlign w:val="center"/>
          </w:tcPr>
          <w:p w:rsidR="0040090F" w:rsidRDefault="0085639A" w14:paraId="2498E7F5" w14:textId="77777777">
            <w:pPr>
              <w:spacing w:before="40" w:after="40"/>
              <w:jc w:val="center"/>
            </w:pPr>
            <w:r>
              <w:rPr>
                <w:rFonts w:ascii="Calibri" w:hAnsi="Calibri"/>
                <w:b/>
                <w:color w:val="FFFFFF"/>
                <w:sz w:val="20"/>
              </w:rPr>
              <w:t>Date Payment is Due</w:t>
            </w:r>
          </w:p>
        </w:tc>
        <w:tc>
          <w:tcPr>
            <w:tcW w:w="3120" w:type="dxa"/>
            <w:shd w:val="clear" w:color="auto" w:fill="000000"/>
            <w:vAlign w:val="center"/>
          </w:tcPr>
          <w:p w:rsidR="0040090F" w:rsidRDefault="0085639A" w14:paraId="19075C60" w14:textId="77777777">
            <w:pPr>
              <w:spacing w:before="40" w:after="40"/>
              <w:jc w:val="center"/>
            </w:pPr>
            <w:r>
              <w:rPr>
                <w:rFonts w:ascii="Calibri" w:hAnsi="Calibri"/>
                <w:b/>
                <w:color w:val="FFFFFF"/>
                <w:sz w:val="20"/>
              </w:rPr>
              <w:t>Refund Available – Closing Date</w:t>
            </w:r>
          </w:p>
        </w:tc>
      </w:tr>
      <w:tr w:rsidR="0040090F" w14:paraId="45467758" w14:textId="77777777">
        <w:trPr>
          <w:jc w:val="center"/>
        </w:trPr>
        <w:tc>
          <w:tcPr>
            <w:tcW w:w="3120" w:type="dxa"/>
            <w:vAlign w:val="center"/>
          </w:tcPr>
          <w:p w:rsidR="0040090F" w:rsidRDefault="0085639A" w14:paraId="35C58764" w14:textId="77777777">
            <w:pPr>
              <w:spacing w:before="40" w:after="40"/>
            </w:pPr>
            <w:r>
              <w:rPr>
                <w:rFonts w:ascii="Calibri" w:hAnsi="Calibri"/>
                <w:color w:val="000000"/>
                <w:sz w:val="20"/>
              </w:rPr>
              <w:t>Semester 1 and/or Semester 2</w:t>
            </w:r>
          </w:p>
        </w:tc>
        <w:tc>
          <w:tcPr>
            <w:tcW w:w="3120" w:type="dxa"/>
            <w:vAlign w:val="center"/>
          </w:tcPr>
          <w:p w:rsidR="0040090F" w:rsidRDefault="0085639A" w14:paraId="75E7D1A7" w14:textId="77777777">
            <w:pPr>
              <w:spacing w:before="40" w:after="40"/>
            </w:pPr>
            <w:r>
              <w:rPr>
                <w:rFonts w:ascii="Calibri" w:hAnsi="Calibri"/>
                <w:color w:val="000000"/>
                <w:sz w:val="20"/>
              </w:rPr>
              <w:t>Before course commencement</w:t>
            </w:r>
          </w:p>
        </w:tc>
        <w:tc>
          <w:tcPr>
            <w:tcW w:w="3120" w:type="dxa"/>
            <w:vAlign w:val="center"/>
          </w:tcPr>
          <w:p w:rsidR="0040090F" w:rsidRDefault="0085639A" w14:paraId="5962FB10" w14:textId="77777777">
            <w:pPr>
              <w:spacing w:before="40" w:after="40"/>
            </w:pPr>
            <w:r>
              <w:rPr>
                <w:rFonts w:ascii="Calibri" w:hAnsi="Calibri"/>
                <w:color w:val="000000"/>
                <w:sz w:val="20"/>
              </w:rPr>
              <w:t>Full refund available if requested before course commencement. Refund of fees paid less €250 Admin Fee available up to 3 teaching weeks after commencement. Date to be defined annually – for the academic year 2026/2027.</w:t>
            </w:r>
          </w:p>
        </w:tc>
      </w:tr>
    </w:tbl>
    <w:p w:rsidR="0040090F" w:rsidRDefault="0040090F" w14:paraId="3B5D3F57" w14:textId="77777777"/>
    <w:p w:rsidR="0040090F" w:rsidP="49DDAEFC" w:rsidRDefault="07BFD53C" w14:paraId="3D393462" w14:textId="0C778620">
      <w:pPr>
        <w:rPr>
          <w:rFonts w:ascii="Calibri" w:hAnsi="Calibri"/>
          <w:color w:val="000000" w:themeColor="text1"/>
        </w:rPr>
      </w:pPr>
      <w:r w:rsidRPr="487DDC34">
        <w:rPr>
          <w:rFonts w:ascii="Calibri" w:hAnsi="Calibri"/>
          <w:color w:val="000000" w:themeColor="text1"/>
        </w:rPr>
        <w:t>Students wishing to receive a refund must complete and submit the Part-time Programme Withdrawal Form by the relevant closing date.</w:t>
      </w:r>
    </w:p>
    <w:p w:rsidR="49DDAEFC" w:rsidP="49DDAEFC" w:rsidRDefault="49DDAEFC" w14:paraId="0825D1B2" w14:textId="7A69C9CB">
      <w:pPr>
        <w:rPr>
          <w:rFonts w:ascii="Calibri" w:hAnsi="Calibri"/>
          <w:color w:val="000000" w:themeColor="text1"/>
        </w:rPr>
      </w:pPr>
    </w:p>
    <w:p w:rsidR="49DDAEFC" w:rsidP="49DDAEFC" w:rsidRDefault="49DDAEFC" w14:paraId="648478AE" w14:textId="7911F7E2">
      <w:pPr>
        <w:rPr>
          <w:rFonts w:ascii="Calibri" w:hAnsi="Calibri"/>
          <w:color w:val="000000" w:themeColor="text1"/>
        </w:rPr>
      </w:pPr>
    </w:p>
    <w:p w:rsidR="49DDAEFC" w:rsidP="49DDAEFC" w:rsidRDefault="49DDAEFC" w14:paraId="2D0D7A2C" w14:textId="2CEED9E9">
      <w:pPr>
        <w:rPr>
          <w:rFonts w:ascii="Calibri" w:hAnsi="Calibri"/>
          <w:color w:val="000000" w:themeColor="text1"/>
        </w:rPr>
      </w:pPr>
    </w:p>
    <w:p w:rsidR="49DDAEFC" w:rsidP="49DDAEFC" w:rsidRDefault="49DDAEFC" w14:paraId="0040CD44" w14:textId="1B55BA90">
      <w:pPr>
        <w:rPr>
          <w:rFonts w:ascii="Calibri" w:hAnsi="Calibri"/>
          <w:color w:val="000000" w:themeColor="text1"/>
        </w:rPr>
      </w:pPr>
    </w:p>
    <w:p w:rsidR="49DDAEFC" w:rsidP="49DDAEFC" w:rsidRDefault="49DDAEFC" w14:paraId="0A8BC2EA" w14:textId="24EE6851">
      <w:pPr>
        <w:rPr>
          <w:rFonts w:ascii="Calibri" w:hAnsi="Calibri"/>
          <w:color w:val="000000" w:themeColor="text1"/>
        </w:rPr>
      </w:pPr>
    </w:p>
    <w:p w:rsidR="49DDAEFC" w:rsidP="49DDAEFC" w:rsidRDefault="49DDAEFC" w14:paraId="3AC496A2" w14:textId="6483BAF1">
      <w:pPr>
        <w:rPr>
          <w:rFonts w:ascii="Calibri" w:hAnsi="Calibri"/>
          <w:color w:val="000000" w:themeColor="text1"/>
        </w:rPr>
      </w:pPr>
    </w:p>
    <w:p w:rsidR="49DDAEFC" w:rsidP="49DDAEFC" w:rsidRDefault="49DDAEFC" w14:paraId="456928C0" w14:textId="2648ACE7">
      <w:pPr>
        <w:rPr>
          <w:rFonts w:ascii="Calibri" w:hAnsi="Calibri"/>
          <w:color w:val="000000" w:themeColor="text1"/>
        </w:rPr>
      </w:pPr>
    </w:p>
    <w:p w:rsidR="49DDAEFC" w:rsidP="49DDAEFC" w:rsidRDefault="49DDAEFC" w14:paraId="64D264DC" w14:textId="08E24D29">
      <w:pPr>
        <w:rPr>
          <w:rFonts w:ascii="Calibri" w:hAnsi="Calibri"/>
          <w:color w:val="000000" w:themeColor="text1"/>
        </w:rPr>
      </w:pPr>
    </w:p>
    <w:p w:rsidR="49DDAEFC" w:rsidP="49DDAEFC" w:rsidRDefault="49DDAEFC" w14:paraId="52AFD97D" w14:textId="090EB33E">
      <w:r>
        <w:br w:type="page"/>
      </w:r>
    </w:p>
    <w:p w:rsidR="49DDAEFC" w:rsidP="487DDC34" w:rsidRDefault="49DDAEFC" w14:paraId="2FA1D581" w14:textId="38CD2329">
      <w:pPr>
        <w:rPr>
          <w:rFonts w:ascii="Calibri" w:hAnsi="Calibri"/>
          <w:color w:val="000000" w:themeColor="text1"/>
        </w:rPr>
      </w:pPr>
    </w:p>
    <w:p w:rsidR="0040090F" w:rsidP="49DDAEFC" w:rsidRDefault="53C06C58" w14:paraId="569B6CD8" w14:textId="790FDE28">
      <w:pPr>
        <w:pBdr>
          <w:top w:val="single" w:color="C9A227" w:sz="12" w:space="0"/>
          <w:left w:val="single" w:color="C9A227" w:sz="12" w:space="0"/>
          <w:bottom w:val="single" w:color="C9A227" w:sz="12" w:space="0"/>
          <w:right w:val="single" w:color="C9A227" w:sz="12" w:space="0"/>
        </w:pBdr>
        <w:shd w:val="clear" w:color="auto" w:fill="F2F2F2" w:themeFill="background1" w:themeFillShade="F2"/>
        <w:rPr>
          <w:rFonts w:ascii="Calibri" w:hAnsi="Calibri"/>
          <w:b/>
          <w:bCs/>
          <w:color w:val="000000" w:themeColor="text1"/>
          <w:sz w:val="32"/>
          <w:szCs w:val="32"/>
        </w:rPr>
      </w:pPr>
      <w:r w:rsidRPr="49DDAEFC">
        <w:rPr>
          <w:rFonts w:ascii="Calibri" w:hAnsi="Calibri"/>
          <w:b/>
          <w:bCs/>
          <w:color w:val="000000" w:themeColor="text1"/>
          <w:sz w:val="32"/>
          <w:szCs w:val="32"/>
        </w:rPr>
        <w:t>S</w:t>
      </w:r>
      <w:r w:rsidRPr="49DDAEFC" w:rsidR="34D2A8F5">
        <w:rPr>
          <w:rFonts w:ascii="Calibri" w:hAnsi="Calibri"/>
          <w:b/>
          <w:bCs/>
          <w:color w:val="000000" w:themeColor="text1"/>
          <w:sz w:val="32"/>
          <w:szCs w:val="32"/>
        </w:rPr>
        <w:t>ECTION</w:t>
      </w:r>
      <w:r w:rsidRPr="49DDAEFC">
        <w:rPr>
          <w:rFonts w:ascii="Calibri" w:hAnsi="Calibri"/>
          <w:b/>
          <w:bCs/>
          <w:color w:val="000000" w:themeColor="text1"/>
          <w:sz w:val="32"/>
          <w:szCs w:val="32"/>
        </w:rPr>
        <w:t xml:space="preserve"> 3</w:t>
      </w:r>
      <w:r w:rsidRPr="49DDAEFC" w:rsidR="11AD4B07">
        <w:rPr>
          <w:rFonts w:ascii="Calibri" w:hAnsi="Calibri"/>
          <w:b/>
          <w:bCs/>
          <w:color w:val="000000" w:themeColor="text1"/>
          <w:sz w:val="32"/>
          <w:szCs w:val="32"/>
        </w:rPr>
        <w:t xml:space="preserve"> - </w:t>
      </w:r>
      <w:r w:rsidRPr="49DDAEFC">
        <w:rPr>
          <w:rFonts w:ascii="Calibri" w:hAnsi="Calibri"/>
          <w:b/>
          <w:bCs/>
          <w:color w:val="000000" w:themeColor="text1"/>
          <w:sz w:val="32"/>
          <w:szCs w:val="32"/>
        </w:rPr>
        <w:t>PAYMENT DEADLINES</w:t>
      </w:r>
      <w:r w:rsidRPr="49DDAEFC" w:rsidR="70EED0AE">
        <w:rPr>
          <w:rFonts w:ascii="Calibri" w:hAnsi="Calibri"/>
          <w:b/>
          <w:bCs/>
          <w:color w:val="000000" w:themeColor="text1"/>
          <w:sz w:val="32"/>
          <w:szCs w:val="32"/>
        </w:rPr>
        <w:t xml:space="preserve"> </w:t>
      </w:r>
      <w:r w:rsidRPr="49DDAEFC">
        <w:rPr>
          <w:rFonts w:ascii="Calibri" w:hAnsi="Calibri"/>
          <w:b/>
          <w:bCs/>
          <w:color w:val="000000" w:themeColor="text1"/>
          <w:sz w:val="32"/>
          <w:szCs w:val="32"/>
        </w:rPr>
        <w:t>-</w:t>
      </w:r>
      <w:r w:rsidRPr="49DDAEFC" w:rsidR="70EED0AE">
        <w:rPr>
          <w:rFonts w:ascii="Calibri" w:hAnsi="Calibri"/>
          <w:b/>
          <w:bCs/>
          <w:color w:val="000000" w:themeColor="text1"/>
          <w:sz w:val="32"/>
          <w:szCs w:val="32"/>
        </w:rPr>
        <w:t xml:space="preserve"> </w:t>
      </w:r>
      <w:r w:rsidRPr="49DDAEFC">
        <w:rPr>
          <w:rFonts w:ascii="Calibri" w:hAnsi="Calibri"/>
          <w:b/>
          <w:bCs/>
          <w:color w:val="000000" w:themeColor="text1"/>
          <w:sz w:val="32"/>
          <w:szCs w:val="32"/>
        </w:rPr>
        <w:t>MIDLANDS</w:t>
      </w:r>
    </w:p>
    <w:p w:rsidR="0040090F" w:rsidRDefault="0085639A" w14:paraId="23AB71C3" w14:textId="77777777">
      <w:pPr>
        <w:pBdr>
          <w:bottom w:val="single" w:color="C9A227" w:sz="12" w:space="0"/>
        </w:pBdr>
      </w:pPr>
      <w:r>
        <w:rPr>
          <w:rFonts w:ascii="Calibri" w:hAnsi="Calibri"/>
          <w:color w:val="000000"/>
        </w:rPr>
        <w:t>3.1 PART-TIME PROGRAMME FEE PAYMENT DEADLINES FOR 2026/2027 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2340"/>
        <w:gridCol w:w="2340"/>
        <w:gridCol w:w="2340"/>
        <w:gridCol w:w="2340"/>
      </w:tblGrid>
      <w:tr w:rsidR="0040090F" w:rsidTr="487DDC34" w14:paraId="4F103B9E" w14:textId="77777777">
        <w:trPr>
          <w:jc w:val="center"/>
        </w:trPr>
        <w:tc>
          <w:tcPr>
            <w:tcW w:w="2340" w:type="dxa"/>
            <w:shd w:val="clear" w:color="auto" w:fill="000000" w:themeFill="text1"/>
            <w:vAlign w:val="center"/>
          </w:tcPr>
          <w:p w:rsidR="0040090F" w:rsidRDefault="0085639A" w14:paraId="033810C6" w14:textId="77777777">
            <w:pPr>
              <w:spacing w:before="40" w:after="40"/>
              <w:jc w:val="center"/>
            </w:pPr>
            <w:r>
              <w:rPr>
                <w:rFonts w:ascii="Calibri" w:hAnsi="Calibri"/>
                <w:b/>
                <w:color w:val="FFFFFF"/>
                <w:sz w:val="20"/>
              </w:rPr>
              <w:t>Student Category</w:t>
            </w:r>
          </w:p>
        </w:tc>
        <w:tc>
          <w:tcPr>
            <w:tcW w:w="2340" w:type="dxa"/>
            <w:shd w:val="clear" w:color="auto" w:fill="000000" w:themeFill="text1"/>
            <w:vAlign w:val="center"/>
          </w:tcPr>
          <w:p w:rsidR="0040090F" w:rsidRDefault="0085639A" w14:paraId="18E8219F" w14:textId="77777777">
            <w:pPr>
              <w:spacing w:before="40" w:after="40"/>
              <w:jc w:val="center"/>
            </w:pPr>
            <w:r>
              <w:rPr>
                <w:rFonts w:ascii="Calibri" w:hAnsi="Calibri"/>
                <w:b/>
                <w:color w:val="FFFFFF"/>
                <w:sz w:val="20"/>
              </w:rPr>
              <w:t>Fee Type</w:t>
            </w:r>
          </w:p>
        </w:tc>
        <w:tc>
          <w:tcPr>
            <w:tcW w:w="2340" w:type="dxa"/>
            <w:shd w:val="clear" w:color="auto" w:fill="000000" w:themeFill="text1"/>
            <w:vAlign w:val="center"/>
          </w:tcPr>
          <w:p w:rsidR="0040090F" w:rsidRDefault="0085639A" w14:paraId="1C5E9241" w14:textId="77777777">
            <w:pPr>
              <w:spacing w:before="40" w:after="40"/>
              <w:jc w:val="center"/>
            </w:pPr>
            <w:r>
              <w:rPr>
                <w:rFonts w:ascii="Calibri" w:hAnsi="Calibri"/>
                <w:b/>
                <w:color w:val="FFFFFF"/>
                <w:sz w:val="20"/>
              </w:rPr>
              <w:t>Payment</w:t>
            </w:r>
          </w:p>
        </w:tc>
        <w:tc>
          <w:tcPr>
            <w:tcW w:w="2340" w:type="dxa"/>
            <w:shd w:val="clear" w:color="auto" w:fill="000000" w:themeFill="text1"/>
            <w:vAlign w:val="center"/>
          </w:tcPr>
          <w:p w:rsidR="0040090F" w:rsidRDefault="0085639A" w14:paraId="731D88A6" w14:textId="77777777">
            <w:pPr>
              <w:spacing w:before="40" w:after="40"/>
              <w:jc w:val="center"/>
            </w:pPr>
            <w:r>
              <w:rPr>
                <w:rFonts w:ascii="Calibri" w:hAnsi="Calibri"/>
                <w:b/>
                <w:color w:val="FFFFFF"/>
                <w:sz w:val="20"/>
              </w:rPr>
              <w:t>Deadline for Payment</w:t>
            </w:r>
          </w:p>
        </w:tc>
      </w:tr>
      <w:tr w:rsidR="0040090F" w:rsidTr="487DDC34" w14:paraId="30F950B0" w14:textId="77777777">
        <w:trPr>
          <w:jc w:val="center"/>
        </w:trPr>
        <w:tc>
          <w:tcPr>
            <w:tcW w:w="2340" w:type="dxa"/>
            <w:vAlign w:val="center"/>
          </w:tcPr>
          <w:p w:rsidR="0040090F" w:rsidRDefault="0085639A" w14:paraId="3CCC0B38" w14:textId="77777777">
            <w:pPr>
              <w:spacing w:before="40" w:after="40"/>
            </w:pPr>
            <w:r>
              <w:rPr>
                <w:rFonts w:ascii="Calibri" w:hAnsi="Calibri"/>
                <w:color w:val="000000"/>
                <w:sz w:val="20"/>
              </w:rPr>
              <w:t>All Fee-Paying students</w:t>
            </w:r>
          </w:p>
        </w:tc>
        <w:tc>
          <w:tcPr>
            <w:tcW w:w="2340" w:type="dxa"/>
            <w:vAlign w:val="center"/>
          </w:tcPr>
          <w:p w:rsidR="0040090F" w:rsidRDefault="0085639A" w14:paraId="7AD72F9E" w14:textId="77777777">
            <w:pPr>
              <w:spacing w:before="40" w:after="40"/>
            </w:pPr>
            <w:r>
              <w:rPr>
                <w:rFonts w:ascii="Calibri" w:hAnsi="Calibri"/>
                <w:color w:val="000000"/>
                <w:sz w:val="20"/>
              </w:rPr>
              <w:t>All</w:t>
            </w:r>
          </w:p>
        </w:tc>
        <w:tc>
          <w:tcPr>
            <w:tcW w:w="2340" w:type="dxa"/>
            <w:vAlign w:val="center"/>
          </w:tcPr>
          <w:p w:rsidR="0040090F" w:rsidP="49DDAEFC" w:rsidRDefault="07BFD53C" w14:paraId="2C4ABD28" w14:textId="5E43A174">
            <w:pPr>
              <w:spacing w:before="40" w:after="40"/>
              <w:rPr>
                <w:rFonts w:ascii="Calibri" w:hAnsi="Calibri"/>
                <w:color w:val="000000" w:themeColor="text1"/>
                <w:sz w:val="20"/>
                <w:szCs w:val="20"/>
              </w:rPr>
            </w:pPr>
            <w:r w:rsidRPr="487DDC34">
              <w:rPr>
                <w:rFonts w:ascii="Calibri" w:hAnsi="Calibri"/>
                <w:color w:val="000000" w:themeColor="text1"/>
                <w:sz w:val="20"/>
                <w:szCs w:val="20"/>
              </w:rPr>
              <w:t>50</w:t>
            </w:r>
            <w:r w:rsidRPr="487DDC34" w:rsidR="4FA490FC">
              <w:rPr>
                <w:rFonts w:ascii="Calibri" w:hAnsi="Calibri"/>
                <w:color w:val="000000" w:themeColor="text1"/>
                <w:sz w:val="20"/>
                <w:szCs w:val="20"/>
              </w:rPr>
              <w:t>%</w:t>
            </w:r>
            <w:r w:rsidRPr="487DDC34" w:rsidR="1AC74E47">
              <w:rPr>
                <w:rFonts w:ascii="Calibri" w:hAnsi="Calibri"/>
                <w:color w:val="000000" w:themeColor="text1"/>
                <w:sz w:val="20"/>
                <w:szCs w:val="20"/>
              </w:rPr>
              <w:t>(</w:t>
            </w:r>
            <w:r w:rsidRPr="487DDC34" w:rsidR="4A92237D">
              <w:rPr>
                <w:rFonts w:ascii="Calibri" w:hAnsi="Calibri"/>
                <w:color w:val="000000" w:themeColor="text1"/>
                <w:sz w:val="20"/>
                <w:szCs w:val="20"/>
              </w:rPr>
              <w:t>S</w:t>
            </w:r>
            <w:r w:rsidRPr="487DDC34" w:rsidR="2E4E9D89">
              <w:rPr>
                <w:rFonts w:ascii="Calibri" w:hAnsi="Calibri"/>
                <w:color w:val="000000" w:themeColor="text1"/>
                <w:sz w:val="20"/>
                <w:szCs w:val="20"/>
              </w:rPr>
              <w:t>1) And</w:t>
            </w:r>
            <w:r w:rsidRPr="487DDC34">
              <w:rPr>
                <w:rFonts w:ascii="Calibri" w:hAnsi="Calibri"/>
                <w:color w:val="000000" w:themeColor="text1"/>
                <w:sz w:val="20"/>
                <w:szCs w:val="20"/>
              </w:rPr>
              <w:t xml:space="preserve">   50%</w:t>
            </w:r>
            <w:r w:rsidRPr="487DDC34" w:rsidR="2475B676">
              <w:rPr>
                <w:rFonts w:ascii="Calibri" w:hAnsi="Calibri"/>
                <w:color w:val="000000" w:themeColor="text1"/>
                <w:sz w:val="20"/>
                <w:szCs w:val="20"/>
              </w:rPr>
              <w:t>(</w:t>
            </w:r>
            <w:r w:rsidRPr="487DDC34" w:rsidR="2E8158AB">
              <w:rPr>
                <w:rFonts w:ascii="Calibri" w:hAnsi="Calibri"/>
                <w:color w:val="000000" w:themeColor="text1"/>
                <w:sz w:val="20"/>
                <w:szCs w:val="20"/>
              </w:rPr>
              <w:t>S2</w:t>
            </w:r>
            <w:r w:rsidRPr="487DDC34" w:rsidR="50E15FC1">
              <w:rPr>
                <w:rFonts w:ascii="Calibri" w:hAnsi="Calibri"/>
                <w:color w:val="000000" w:themeColor="text1"/>
                <w:sz w:val="20"/>
                <w:szCs w:val="20"/>
              </w:rPr>
              <w:t>)</w:t>
            </w:r>
          </w:p>
        </w:tc>
        <w:tc>
          <w:tcPr>
            <w:tcW w:w="2340" w:type="dxa"/>
            <w:vAlign w:val="center"/>
          </w:tcPr>
          <w:p w:rsidR="0040090F" w:rsidP="49DDAEFC" w:rsidRDefault="53C06C58" w14:paraId="4A476BA4" w14:textId="0BE77AB8">
            <w:pPr>
              <w:spacing w:before="40" w:after="40"/>
              <w:rPr>
                <w:rFonts w:ascii="Calibri" w:hAnsi="Calibri"/>
                <w:color w:val="000000" w:themeColor="text1"/>
                <w:sz w:val="20"/>
                <w:szCs w:val="20"/>
              </w:rPr>
            </w:pPr>
            <w:r w:rsidRPr="49DDAEFC">
              <w:rPr>
                <w:rFonts w:ascii="Calibri" w:hAnsi="Calibri"/>
                <w:color w:val="000000" w:themeColor="text1"/>
                <w:sz w:val="20"/>
                <w:szCs w:val="20"/>
              </w:rPr>
              <w:t xml:space="preserve">14th September and/or before course </w:t>
            </w:r>
            <w:r w:rsidRPr="49DDAEFC" w:rsidR="4B44C44C">
              <w:rPr>
                <w:rFonts w:ascii="Calibri" w:hAnsi="Calibri"/>
                <w:color w:val="000000" w:themeColor="text1"/>
                <w:sz w:val="20"/>
                <w:szCs w:val="20"/>
              </w:rPr>
              <w:t>commencement 18</w:t>
            </w:r>
            <w:r w:rsidRPr="49DDAEFC">
              <w:rPr>
                <w:rFonts w:ascii="Calibri" w:hAnsi="Calibri"/>
                <w:color w:val="000000" w:themeColor="text1"/>
                <w:sz w:val="20"/>
                <w:szCs w:val="20"/>
              </w:rPr>
              <w:t>th January</w:t>
            </w:r>
          </w:p>
        </w:tc>
      </w:tr>
    </w:tbl>
    <w:p w:rsidR="0040090F" w:rsidRDefault="0040090F" w14:paraId="67994F2B" w14:textId="77777777"/>
    <w:p w:rsidR="0040090F" w:rsidRDefault="0040090F" w14:paraId="7F7F1FA6" w14:textId="77777777"/>
    <w:p w:rsidR="49DDAEFC" w:rsidRDefault="49DDAEFC" w14:paraId="4FAF6EE5" w14:textId="1F98C7DB"/>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2340"/>
        <w:gridCol w:w="2340"/>
        <w:gridCol w:w="2340"/>
        <w:gridCol w:w="2340"/>
      </w:tblGrid>
      <w:tr w:rsidR="0040090F" w:rsidTr="487DDC34" w14:paraId="5F424801" w14:textId="77777777">
        <w:trPr>
          <w:jc w:val="center"/>
        </w:trPr>
        <w:tc>
          <w:tcPr>
            <w:tcW w:w="2340" w:type="dxa"/>
            <w:shd w:val="clear" w:color="auto" w:fill="000000" w:themeFill="text1"/>
            <w:vAlign w:val="center"/>
          </w:tcPr>
          <w:p w:rsidR="0040090F" w:rsidRDefault="0085639A" w14:paraId="4AEE2D3F" w14:textId="77777777">
            <w:pPr>
              <w:spacing w:before="40" w:after="40"/>
              <w:jc w:val="center"/>
            </w:pPr>
            <w:r>
              <w:rPr>
                <w:rFonts w:ascii="Calibri" w:hAnsi="Calibri"/>
                <w:b/>
                <w:color w:val="FFFFFF"/>
                <w:sz w:val="20"/>
              </w:rPr>
              <w:t>Student Category</w:t>
            </w:r>
          </w:p>
        </w:tc>
        <w:tc>
          <w:tcPr>
            <w:tcW w:w="2340" w:type="dxa"/>
            <w:shd w:val="clear" w:color="auto" w:fill="000000" w:themeFill="text1"/>
            <w:vAlign w:val="center"/>
          </w:tcPr>
          <w:p w:rsidR="0040090F" w:rsidRDefault="0085639A" w14:paraId="2E4AB32A" w14:textId="77777777">
            <w:pPr>
              <w:spacing w:before="40" w:after="40"/>
              <w:jc w:val="center"/>
            </w:pPr>
            <w:r>
              <w:rPr>
                <w:rFonts w:ascii="Calibri" w:hAnsi="Calibri"/>
                <w:b/>
                <w:color w:val="FFFFFF"/>
                <w:sz w:val="20"/>
              </w:rPr>
              <w:t>Fee Type</w:t>
            </w:r>
          </w:p>
        </w:tc>
        <w:tc>
          <w:tcPr>
            <w:tcW w:w="2340" w:type="dxa"/>
            <w:shd w:val="clear" w:color="auto" w:fill="000000" w:themeFill="text1"/>
            <w:vAlign w:val="center"/>
          </w:tcPr>
          <w:p w:rsidR="0040090F" w:rsidRDefault="0085639A" w14:paraId="02C80D9B" w14:textId="77777777">
            <w:pPr>
              <w:spacing w:before="40" w:after="40"/>
              <w:jc w:val="center"/>
            </w:pPr>
            <w:r>
              <w:rPr>
                <w:rFonts w:ascii="Calibri" w:hAnsi="Calibri"/>
                <w:b/>
                <w:color w:val="FFFFFF"/>
                <w:sz w:val="20"/>
              </w:rPr>
              <w:t>Payment</w:t>
            </w:r>
          </w:p>
        </w:tc>
        <w:tc>
          <w:tcPr>
            <w:tcW w:w="2340" w:type="dxa"/>
            <w:shd w:val="clear" w:color="auto" w:fill="000000" w:themeFill="text1"/>
            <w:vAlign w:val="center"/>
          </w:tcPr>
          <w:p w:rsidR="0040090F" w:rsidRDefault="0085639A" w14:paraId="4FBEA164" w14:textId="77777777">
            <w:pPr>
              <w:spacing w:before="40" w:after="40"/>
              <w:jc w:val="center"/>
            </w:pPr>
            <w:r>
              <w:rPr>
                <w:rFonts w:ascii="Calibri" w:hAnsi="Calibri"/>
                <w:b/>
                <w:color w:val="FFFFFF"/>
                <w:sz w:val="20"/>
              </w:rPr>
              <w:t>Deadline for Payment</w:t>
            </w:r>
          </w:p>
        </w:tc>
      </w:tr>
      <w:tr w:rsidR="0040090F" w:rsidTr="487DDC34" w14:paraId="046DDD0A" w14:textId="77777777">
        <w:trPr>
          <w:jc w:val="center"/>
        </w:trPr>
        <w:tc>
          <w:tcPr>
            <w:tcW w:w="2340" w:type="dxa"/>
            <w:vAlign w:val="center"/>
          </w:tcPr>
          <w:p w:rsidR="0040090F" w:rsidRDefault="0085639A" w14:paraId="0CD13492" w14:textId="77777777">
            <w:pPr>
              <w:spacing w:before="40" w:after="40"/>
            </w:pPr>
            <w:r>
              <w:rPr>
                <w:rFonts w:ascii="Calibri" w:hAnsi="Calibri"/>
                <w:color w:val="000000"/>
                <w:sz w:val="20"/>
              </w:rPr>
              <w:t xml:space="preserve">Employed SB students on </w:t>
            </w:r>
            <w:proofErr w:type="spellStart"/>
            <w:r>
              <w:rPr>
                <w:rFonts w:ascii="Calibri" w:hAnsi="Calibri"/>
                <w:color w:val="000000"/>
                <w:sz w:val="20"/>
              </w:rPr>
              <w:t>Programmes</w:t>
            </w:r>
            <w:proofErr w:type="spellEnd"/>
            <w:r>
              <w:rPr>
                <w:rFonts w:ascii="Calibri" w:hAnsi="Calibri"/>
                <w:color w:val="000000"/>
                <w:sz w:val="20"/>
              </w:rPr>
              <w:t xml:space="preserve"> Level 7 – 9</w:t>
            </w:r>
          </w:p>
        </w:tc>
        <w:tc>
          <w:tcPr>
            <w:tcW w:w="2340" w:type="dxa"/>
            <w:vAlign w:val="center"/>
          </w:tcPr>
          <w:p w:rsidR="0040090F" w:rsidRDefault="0085639A" w14:paraId="50DA6F39" w14:textId="77777777">
            <w:pPr>
              <w:spacing w:before="40" w:after="40"/>
            </w:pPr>
            <w:r>
              <w:rPr>
                <w:rFonts w:ascii="Calibri" w:hAnsi="Calibri"/>
                <w:color w:val="000000"/>
                <w:sz w:val="20"/>
              </w:rPr>
              <w:t>All</w:t>
            </w:r>
          </w:p>
        </w:tc>
        <w:tc>
          <w:tcPr>
            <w:tcW w:w="2340" w:type="dxa"/>
            <w:vAlign w:val="center"/>
          </w:tcPr>
          <w:p w:rsidR="0040090F" w:rsidRDefault="0085639A" w14:paraId="66E9C1A9" w14:textId="77777777">
            <w:pPr>
              <w:spacing w:before="40" w:after="40"/>
            </w:pPr>
            <w:r>
              <w:rPr>
                <w:rFonts w:ascii="Calibri" w:hAnsi="Calibri"/>
                <w:color w:val="000000"/>
                <w:sz w:val="20"/>
              </w:rPr>
              <w:t>100% student liability</w:t>
            </w:r>
          </w:p>
        </w:tc>
        <w:tc>
          <w:tcPr>
            <w:tcW w:w="2340" w:type="dxa"/>
            <w:vAlign w:val="center"/>
          </w:tcPr>
          <w:p w:rsidR="0040090F" w:rsidRDefault="0582E7F5" w14:paraId="30B75613" w14:textId="3C912504">
            <w:pPr>
              <w:spacing w:before="40" w:after="40"/>
            </w:pPr>
            <w:r w:rsidRPr="487DDC34">
              <w:rPr>
                <w:rFonts w:ascii="Calibri" w:hAnsi="Calibri"/>
                <w:color w:val="000000" w:themeColor="text1"/>
                <w:sz w:val="20"/>
                <w:szCs w:val="20"/>
              </w:rPr>
              <w:t>14th September and/or before course commencement (</w:t>
            </w:r>
            <w:r w:rsidRPr="487DDC34" w:rsidR="107E9196">
              <w:rPr>
                <w:rFonts w:ascii="Calibri" w:hAnsi="Calibri"/>
                <w:color w:val="000000" w:themeColor="text1"/>
                <w:sz w:val="20"/>
                <w:szCs w:val="20"/>
              </w:rPr>
              <w:t>Sept) 18</w:t>
            </w:r>
            <w:r w:rsidRPr="487DDC34">
              <w:rPr>
                <w:rFonts w:ascii="Calibri" w:hAnsi="Calibri"/>
                <w:color w:val="000000" w:themeColor="text1"/>
                <w:sz w:val="20"/>
                <w:szCs w:val="20"/>
              </w:rPr>
              <w:t>th January and/or before course commencement (Jan)</w:t>
            </w:r>
          </w:p>
        </w:tc>
      </w:tr>
    </w:tbl>
    <w:p w:rsidR="0040090F" w:rsidRDefault="0040090F" w14:paraId="05C57CB6" w14:textId="77777777"/>
    <w:p w:rsidR="0040090F" w:rsidRDefault="0040090F" w14:paraId="044E0ED0" w14:textId="77777777"/>
    <w:p w:rsidR="0040090F" w:rsidRDefault="0085639A" w14:paraId="419AF9FC" w14:textId="77777777">
      <w:pPr>
        <w:pBdr>
          <w:bottom w:val="single" w:color="C9A227" w:sz="12" w:space="0"/>
        </w:pBdr>
      </w:pPr>
      <w:r>
        <w:rPr>
          <w:rFonts w:ascii="Calibri" w:hAnsi="Calibri"/>
          <w:color w:val="000000"/>
        </w:rPr>
        <w:t>3.2 PENALTY IMPLEMENTATION TIMELINES FOR 2026/2027 ACADEMIC YEAR-MIDLANDS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14:paraId="768E8240" w14:textId="77777777">
        <w:trPr>
          <w:jc w:val="center"/>
        </w:trPr>
        <w:tc>
          <w:tcPr>
            <w:tcW w:w="4680" w:type="dxa"/>
            <w:shd w:val="clear" w:color="auto" w:fill="000000"/>
            <w:vAlign w:val="center"/>
          </w:tcPr>
          <w:p w:rsidR="0040090F" w:rsidRDefault="0085639A" w14:paraId="717509C4" w14:textId="77777777">
            <w:pPr>
              <w:spacing w:before="40" w:after="40"/>
              <w:jc w:val="center"/>
            </w:pPr>
            <w:r>
              <w:rPr>
                <w:rFonts w:ascii="Calibri" w:hAnsi="Calibri"/>
                <w:b/>
                <w:color w:val="FFFFFF"/>
                <w:sz w:val="20"/>
              </w:rPr>
              <w:t>Deadlines</w:t>
            </w:r>
          </w:p>
        </w:tc>
        <w:tc>
          <w:tcPr>
            <w:tcW w:w="4680" w:type="dxa"/>
            <w:shd w:val="clear" w:color="auto" w:fill="000000"/>
            <w:vAlign w:val="center"/>
          </w:tcPr>
          <w:p w:rsidR="0040090F" w:rsidRDefault="0085639A" w14:paraId="3204A083" w14:textId="77777777">
            <w:pPr>
              <w:spacing w:before="40" w:after="40"/>
              <w:jc w:val="center"/>
            </w:pPr>
            <w:r>
              <w:rPr>
                <w:rFonts w:ascii="Calibri" w:hAnsi="Calibri"/>
                <w:b/>
                <w:color w:val="FFFFFF"/>
                <w:sz w:val="20"/>
              </w:rPr>
              <w:t>Sanction</w:t>
            </w:r>
          </w:p>
        </w:tc>
      </w:tr>
      <w:tr w:rsidR="0040090F" w14:paraId="7FEAB05B" w14:textId="77777777">
        <w:trPr>
          <w:jc w:val="center"/>
        </w:trPr>
        <w:tc>
          <w:tcPr>
            <w:tcW w:w="4680" w:type="dxa"/>
            <w:vAlign w:val="center"/>
          </w:tcPr>
          <w:p w:rsidR="0040090F" w:rsidRDefault="0085639A" w14:paraId="5427C816" w14:textId="77777777">
            <w:pPr>
              <w:spacing w:before="40" w:after="40"/>
            </w:pPr>
            <w:r>
              <w:rPr>
                <w:rFonts w:ascii="Calibri" w:hAnsi="Calibri"/>
                <w:color w:val="000000"/>
                <w:sz w:val="20"/>
              </w:rPr>
              <w:t>Non-payment by 14th September and/or 18th January</w:t>
            </w:r>
          </w:p>
        </w:tc>
        <w:tc>
          <w:tcPr>
            <w:tcW w:w="4680" w:type="dxa"/>
            <w:vAlign w:val="center"/>
          </w:tcPr>
          <w:p w:rsidR="0040090F" w:rsidRDefault="0085639A" w14:paraId="1533D122" w14:textId="77777777">
            <w:pPr>
              <w:spacing w:before="40" w:after="40"/>
            </w:pPr>
            <w:r>
              <w:rPr>
                <w:rFonts w:ascii="Calibri" w:hAnsi="Calibri"/>
                <w:color w:val="000000"/>
                <w:sz w:val="20"/>
              </w:rPr>
              <w:t>Removal of IT Access (Moodle and Online Classes and other University access)</w:t>
            </w:r>
          </w:p>
        </w:tc>
      </w:tr>
      <w:tr w:rsidR="0040090F" w14:paraId="0837F0B4" w14:textId="77777777">
        <w:trPr>
          <w:jc w:val="center"/>
        </w:trPr>
        <w:tc>
          <w:tcPr>
            <w:tcW w:w="4680" w:type="dxa"/>
            <w:vAlign w:val="center"/>
          </w:tcPr>
          <w:p w:rsidR="0040090F" w:rsidRDefault="0085639A" w14:paraId="697C9D4D" w14:textId="77777777">
            <w:pPr>
              <w:spacing w:before="40" w:after="40"/>
            </w:pPr>
            <w:r>
              <w:rPr>
                <w:rFonts w:ascii="Calibri" w:hAnsi="Calibri"/>
                <w:color w:val="000000"/>
                <w:sz w:val="20"/>
              </w:rPr>
              <w:t>Continued non-payment</w:t>
            </w:r>
          </w:p>
        </w:tc>
        <w:tc>
          <w:tcPr>
            <w:tcW w:w="4680" w:type="dxa"/>
            <w:vAlign w:val="center"/>
          </w:tcPr>
          <w:p w:rsidR="0040090F" w:rsidRDefault="0085639A" w14:paraId="6CAB71C1" w14:textId="77777777">
            <w:pPr>
              <w:spacing w:before="40" w:after="40"/>
            </w:pPr>
            <w:r>
              <w:rPr>
                <w:rFonts w:ascii="Calibri" w:hAnsi="Calibri"/>
                <w:color w:val="000000"/>
                <w:sz w:val="20"/>
              </w:rPr>
              <w:t>Availability of Exam results restricted Progression to the subsequent year of study withheld Permission to graduate withheld Legal follow-up to recoup fees</w:t>
            </w:r>
          </w:p>
        </w:tc>
      </w:tr>
    </w:tbl>
    <w:p w:rsidR="0040090F" w:rsidRDefault="0040090F" w14:paraId="6519D8F8" w14:textId="77777777"/>
    <w:p w:rsidR="0040090F" w:rsidRDefault="0040090F" w14:paraId="2BA5890C" w14:textId="77777777"/>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9360"/>
      </w:tblGrid>
      <w:tr w:rsidR="0040090F" w14:paraId="4BB5B164" w14:textId="77777777">
        <w:trPr>
          <w:jc w:val="center"/>
        </w:trPr>
        <w:tc>
          <w:tcPr>
            <w:tcW w:w="9360" w:type="dxa"/>
            <w:shd w:val="clear" w:color="auto" w:fill="000000"/>
            <w:vAlign w:val="center"/>
          </w:tcPr>
          <w:p w:rsidR="0040090F" w:rsidRDefault="0085639A" w14:paraId="08875ADE" w14:textId="77777777">
            <w:pPr>
              <w:spacing w:before="40" w:after="40"/>
              <w:jc w:val="center"/>
            </w:pPr>
            <w:r>
              <w:rPr>
                <w:rFonts w:ascii="Calibri" w:hAnsi="Calibri"/>
                <w:b/>
                <w:color w:val="FFFFFF"/>
                <w:sz w:val="20"/>
              </w:rPr>
              <w:t>3.3 EMPLOYER INVOICE REQUEST FORM - MIDLANDS</w:t>
            </w:r>
          </w:p>
        </w:tc>
      </w:tr>
      <w:tr w:rsidR="0040090F" w14:paraId="3C9EDF65" w14:textId="77777777">
        <w:trPr>
          <w:jc w:val="center"/>
        </w:trPr>
        <w:tc>
          <w:tcPr>
            <w:tcW w:w="9360" w:type="dxa"/>
            <w:vAlign w:val="center"/>
          </w:tcPr>
          <w:p w:rsidR="0040090F" w:rsidRDefault="0085639A" w14:paraId="146332C1" w14:textId="77777777">
            <w:pPr>
              <w:spacing w:before="40" w:after="40"/>
            </w:pPr>
            <w:r>
              <w:rPr>
                <w:rFonts w:ascii="Calibri" w:hAnsi="Calibri"/>
                <w:color w:val="000000"/>
                <w:sz w:val="20"/>
              </w:rPr>
              <w:t>Faculty of Continuing, Professional, Online and Distance Learning – Part Time</w:t>
            </w:r>
          </w:p>
        </w:tc>
      </w:tr>
    </w:tbl>
    <w:p w:rsidR="0040090F" w:rsidRDefault="0040090F" w14:paraId="35ECF1E5" w14:textId="77777777"/>
    <w:p w:rsidR="0040090F" w:rsidRDefault="0040090F" w14:paraId="5E08AD9D" w14:textId="77777777"/>
    <w:p w:rsidR="0040090F" w:rsidP="49DDAEFC" w:rsidRDefault="53C06C58" w14:paraId="0DF94E8F" w14:textId="77777777">
      <w:pPr>
        <w:rPr>
          <w:rFonts w:ascii="Calibri" w:hAnsi="Calibri"/>
          <w:b/>
          <w:bCs/>
          <w:color w:val="000000" w:themeColor="text1"/>
        </w:rPr>
      </w:pPr>
      <w:r w:rsidRPr="49DDAEFC">
        <w:rPr>
          <w:rFonts w:ascii="Calibri" w:hAnsi="Calibri"/>
          <w:b/>
          <w:bCs/>
          <w:color w:val="000000" w:themeColor="text1"/>
        </w:rPr>
        <w:t>Employer Sponsorship and Invoicing</w:t>
      </w:r>
    </w:p>
    <w:p w:rsidR="0040090F" w:rsidRDefault="0085639A" w14:paraId="3047745B" w14:textId="77777777">
      <w:r>
        <w:rPr>
          <w:rFonts w:ascii="Calibri" w:hAnsi="Calibri"/>
          <w:color w:val="000000"/>
        </w:rPr>
        <w:t xml:space="preserve">Where an employer is </w:t>
      </w:r>
      <w:proofErr w:type="spellStart"/>
      <w:r>
        <w:rPr>
          <w:rFonts w:ascii="Calibri" w:hAnsi="Calibri"/>
          <w:color w:val="000000"/>
        </w:rPr>
        <w:t>subsidising</w:t>
      </w:r>
      <w:proofErr w:type="spellEnd"/>
      <w:r>
        <w:rPr>
          <w:rFonts w:ascii="Calibri" w:hAnsi="Calibri"/>
          <w:color w:val="000000"/>
        </w:rPr>
        <w:t xml:space="preserve"> or paying </w:t>
      </w:r>
      <w:proofErr w:type="spellStart"/>
      <w:r>
        <w:rPr>
          <w:rFonts w:ascii="Calibri" w:hAnsi="Calibri"/>
          <w:color w:val="000000"/>
        </w:rPr>
        <w:t>programme</w:t>
      </w:r>
      <w:proofErr w:type="spellEnd"/>
      <w:r>
        <w:rPr>
          <w:rFonts w:ascii="Calibri" w:hAnsi="Calibri"/>
          <w:color w:val="000000"/>
        </w:rPr>
        <w:t xml:space="preserve"> fees in full on behalf of a student, the student must submit a completed Employer Invoice Request Form prior to </w:t>
      </w:r>
      <w:proofErr w:type="spellStart"/>
      <w:r>
        <w:rPr>
          <w:rFonts w:ascii="Calibri" w:hAnsi="Calibri"/>
          <w:color w:val="000000"/>
        </w:rPr>
        <w:t>programme</w:t>
      </w:r>
      <w:proofErr w:type="spellEnd"/>
      <w:r>
        <w:rPr>
          <w:rFonts w:ascii="Calibri" w:hAnsi="Calibri"/>
          <w:color w:val="000000"/>
        </w:rPr>
        <w:t xml:space="preserve"> commencement.</w:t>
      </w:r>
    </w:p>
    <w:p w:rsidR="0040090F" w:rsidRDefault="0085639A" w14:paraId="40478792" w14:textId="77777777">
      <w:r>
        <w:rPr>
          <w:rFonts w:ascii="Calibri" w:hAnsi="Calibri"/>
          <w:color w:val="000000"/>
        </w:rPr>
        <w:t>The Employer Invoice Request Form is available on the TUS Flexible Learning website or may be requested directly from the Department of Lifelong Learning, TUS Midlands.</w:t>
      </w:r>
    </w:p>
    <w:p w:rsidR="0040090F" w:rsidRDefault="0085639A" w14:paraId="1328D4F1" w14:textId="77777777">
      <w:r>
        <w:rPr>
          <w:rFonts w:ascii="Calibri" w:hAnsi="Calibri"/>
          <w:color w:val="000000"/>
        </w:rPr>
        <w:t>Upon receipt of a fully completed and approved Employer Invoice Request Form, an invoice will be issued directly to the employer.</w:t>
      </w:r>
    </w:p>
    <w:p w:rsidR="0040090F" w:rsidRDefault="0085639A" w14:paraId="207DE06B" w14:textId="77777777">
      <w:r>
        <w:rPr>
          <w:rFonts w:ascii="Calibri" w:hAnsi="Calibri"/>
          <w:color w:val="000000"/>
        </w:rPr>
        <w:t>Invoices issued to employers are subject to 30-day credit terms from the date of issue.</w:t>
      </w:r>
    </w:p>
    <w:p w:rsidR="0040090F" w:rsidP="49DDAEFC" w:rsidRDefault="53C06C58" w14:paraId="18172B8F" w14:textId="77777777">
      <w:pPr>
        <w:rPr>
          <w:rFonts w:ascii="Calibri" w:hAnsi="Calibri"/>
          <w:color w:val="000000" w:themeColor="text1"/>
        </w:rPr>
      </w:pPr>
      <w:r w:rsidRPr="32E52A48">
        <w:rPr>
          <w:rFonts w:ascii="Calibri" w:hAnsi="Calibri"/>
          <w:color w:val="000000" w:themeColor="text1"/>
        </w:rPr>
        <w:t>Notwithstanding employer sponsorship arrangements, ultimate liability for payment of fees rests with the student. In the event of employer non-payment or default, the outstanding balance will transfer to the student and must be discharged in accordance with the University’s Fee Policy.</w:t>
      </w:r>
    </w:p>
    <w:p w:rsidR="0040090F" w:rsidRDefault="53C06C58" w14:paraId="4BEED9C0" w14:textId="77777777">
      <w:r w:rsidRPr="49DDAEFC">
        <w:rPr>
          <w:rFonts w:ascii="Calibri" w:hAnsi="Calibri"/>
          <w:color w:val="000000" w:themeColor="text1"/>
        </w:rPr>
        <w:t>It is the responsibility of the student to liaise with their employer to ensure that fees are paid in full and within the applicable deadlines.</w:t>
      </w:r>
    </w:p>
    <w:p w:rsidR="49DDAEFC" w:rsidP="49DDAEFC" w:rsidRDefault="49DDAEFC" w14:paraId="149B02E9" w14:textId="6C88A1FE">
      <w:pPr>
        <w:rPr>
          <w:rFonts w:ascii="Calibri" w:hAnsi="Calibri"/>
          <w:color w:val="000000" w:themeColor="text1"/>
        </w:rPr>
      </w:pPr>
    </w:p>
    <w:p w:rsidR="49DDAEFC" w:rsidP="49DDAEFC" w:rsidRDefault="49DDAEFC" w14:paraId="78EEEEDC" w14:textId="53670822">
      <w:pPr>
        <w:rPr>
          <w:rFonts w:ascii="Calibri" w:hAnsi="Calibri"/>
          <w:color w:val="000000" w:themeColor="text1"/>
        </w:rPr>
      </w:pPr>
    </w:p>
    <w:p w:rsidR="49DDAEFC" w:rsidP="487DDC34" w:rsidRDefault="49DDAEFC" w14:paraId="069BD538" w14:textId="5F6CB507">
      <w:pPr>
        <w:rPr>
          <w:rFonts w:ascii="Calibri" w:hAnsi="Calibri"/>
          <w:color w:val="000000" w:themeColor="text1"/>
        </w:rPr>
      </w:pPr>
    </w:p>
    <w:p w:rsidR="49DDAEFC" w:rsidP="487DDC34" w:rsidRDefault="49DDAEFC" w14:paraId="29766D4B" w14:textId="60BFCB60"/>
    <w:p w:rsidR="49DDAEFC" w:rsidP="487DDC34" w:rsidRDefault="49DDAEFC" w14:paraId="4580E8FD" w14:textId="3353A0D7"/>
    <w:p w:rsidR="487DDC34" w:rsidRDefault="487DDC34" w14:paraId="30FE1C5B" w14:textId="49200B63">
      <w:r>
        <w:br w:type="page"/>
      </w:r>
    </w:p>
    <w:p w:rsidR="487DDC34" w:rsidP="487DDC34" w:rsidRDefault="487DDC34" w14:paraId="64C49885" w14:textId="40F4FC41"/>
    <w:p w:rsidR="0040090F" w:rsidP="49DDAEFC" w:rsidRDefault="53C06C58" w14:paraId="4B430AF3" w14:textId="48F7C357">
      <w:pPr>
        <w:pBdr>
          <w:top w:val="single" w:color="C9A227" w:sz="12" w:space="0"/>
          <w:left w:val="single" w:color="C9A227" w:sz="12" w:space="0"/>
          <w:bottom w:val="single" w:color="C9A227" w:sz="12" w:space="0"/>
          <w:right w:val="single" w:color="C9A227" w:sz="12" w:space="0"/>
        </w:pBdr>
        <w:shd w:val="clear" w:color="auto" w:fill="F2F2F2" w:themeFill="background1" w:themeFillShade="F2"/>
        <w:rPr>
          <w:rFonts w:ascii="Calibri" w:hAnsi="Calibri"/>
          <w:color w:val="000000" w:themeColor="text1"/>
          <w:sz w:val="32"/>
          <w:szCs w:val="32"/>
        </w:rPr>
      </w:pPr>
      <w:r w:rsidRPr="49DDAEFC">
        <w:rPr>
          <w:rFonts w:ascii="Calibri" w:hAnsi="Calibri"/>
          <w:color w:val="000000" w:themeColor="text1"/>
          <w:sz w:val="32"/>
          <w:szCs w:val="32"/>
        </w:rPr>
        <w:t>S</w:t>
      </w:r>
      <w:r w:rsidRPr="49DDAEFC" w:rsidR="2A9865BB">
        <w:rPr>
          <w:rFonts w:ascii="Calibri" w:hAnsi="Calibri"/>
          <w:color w:val="000000" w:themeColor="text1"/>
          <w:sz w:val="32"/>
          <w:szCs w:val="32"/>
        </w:rPr>
        <w:t>ECTION</w:t>
      </w:r>
      <w:r w:rsidRPr="49DDAEFC">
        <w:rPr>
          <w:rFonts w:ascii="Calibri" w:hAnsi="Calibri"/>
          <w:color w:val="000000" w:themeColor="text1"/>
          <w:sz w:val="32"/>
          <w:szCs w:val="32"/>
        </w:rPr>
        <w:t xml:space="preserve"> 4</w:t>
      </w:r>
      <w:r w:rsidRPr="49DDAEFC" w:rsidR="313B558C">
        <w:rPr>
          <w:rFonts w:ascii="Calibri" w:hAnsi="Calibri"/>
          <w:color w:val="000000" w:themeColor="text1"/>
          <w:sz w:val="32"/>
          <w:szCs w:val="32"/>
        </w:rPr>
        <w:t xml:space="preserve"> – STRUCTURED PAYMENTS</w:t>
      </w:r>
    </w:p>
    <w:p w:rsidR="0040090F" w:rsidP="49DDAEFC" w:rsidRDefault="53C06C58" w14:paraId="25247B8F" w14:textId="6DDA5FF1">
      <w:pPr>
        <w:pBdr>
          <w:bottom w:val="single" w:color="C9A227" w:sz="12" w:space="0"/>
        </w:pBdr>
      </w:pPr>
      <w:r w:rsidRPr="49DDAEFC">
        <w:rPr>
          <w:rFonts w:ascii="Calibri" w:hAnsi="Calibri"/>
          <w:color w:val="000000" w:themeColor="text1"/>
        </w:rPr>
        <w:t>4.1 STRUCTURED PAYMENT SCHEMA FOR PART-TIME PROGRAMMES</w:t>
      </w:r>
    </w:p>
    <w:p w:rsidR="0040090F" w:rsidRDefault="0085639A" w14:paraId="03A4EA81" w14:textId="77777777">
      <w:pPr>
        <w:pBdr>
          <w:bottom w:val="single" w:color="C9A227" w:sz="12" w:space="0"/>
        </w:pBdr>
      </w:pPr>
      <w:r>
        <w:rPr>
          <w:rFonts w:ascii="Calibri" w:hAnsi="Calibri"/>
          <w:color w:val="000000"/>
        </w:rPr>
        <w:t>Programme Fee €700</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49DDAEFC" w14:paraId="0CCE7C4C" w14:textId="77777777">
        <w:trPr>
          <w:jc w:val="center"/>
        </w:trPr>
        <w:tc>
          <w:tcPr>
            <w:tcW w:w="4680" w:type="dxa"/>
            <w:shd w:val="clear" w:color="auto" w:fill="000000" w:themeFill="text1"/>
            <w:vAlign w:val="center"/>
          </w:tcPr>
          <w:p w:rsidR="0040090F" w:rsidRDefault="0085639A" w14:paraId="68C50A43"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P="49DDAEFC" w:rsidRDefault="53C06C58" w14:paraId="6A279D68" w14:textId="47C2CF49">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 xml:space="preserve">€700 payment in full upon online </w:t>
            </w:r>
            <w:r w:rsidRPr="49DDAEFC" w:rsidR="23212936">
              <w:rPr>
                <w:rFonts w:ascii="Calibri" w:hAnsi="Calibri"/>
                <w:b/>
                <w:bCs/>
                <w:color w:val="FFFFFF" w:themeColor="background1"/>
                <w:sz w:val="20"/>
                <w:szCs w:val="20"/>
              </w:rPr>
              <w:t>registration (</w:t>
            </w:r>
            <w:r w:rsidRPr="49DDAEFC">
              <w:rPr>
                <w:rFonts w:ascii="Calibri" w:hAnsi="Calibri"/>
                <w:b/>
                <w:bCs/>
                <w:color w:val="FFFFFF" w:themeColor="background1"/>
                <w:sz w:val="20"/>
                <w:szCs w:val="20"/>
              </w:rPr>
              <w:t>on or before 14th September 2026)</w:t>
            </w:r>
          </w:p>
        </w:tc>
      </w:tr>
    </w:tbl>
    <w:p w:rsidR="0040090F" w:rsidRDefault="0040090F" w14:paraId="68831718" w14:textId="77777777"/>
    <w:p w:rsidR="0040090F" w:rsidRDefault="0040090F" w14:paraId="0819E95C" w14:textId="77777777"/>
    <w:p w:rsidR="0040090F" w:rsidRDefault="0085639A" w14:paraId="651A28A4" w14:textId="77777777">
      <w:pPr>
        <w:pBdr>
          <w:bottom w:val="single" w:color="C9A227" w:sz="12" w:space="0"/>
        </w:pBdr>
      </w:pPr>
      <w:r>
        <w:rPr>
          <w:rFonts w:ascii="Calibri" w:hAnsi="Calibri"/>
          <w:color w:val="000000"/>
        </w:rPr>
        <w:t>Programme Fee €825/€850/€860/€885</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49DDAEFC" w14:paraId="1B91C758" w14:textId="77777777">
        <w:trPr>
          <w:jc w:val="center"/>
        </w:trPr>
        <w:tc>
          <w:tcPr>
            <w:tcW w:w="4680" w:type="dxa"/>
            <w:shd w:val="clear" w:color="auto" w:fill="000000" w:themeFill="text1"/>
            <w:vAlign w:val="center"/>
          </w:tcPr>
          <w:p w:rsidR="0040090F" w:rsidRDefault="0085639A" w14:paraId="3795FA97"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P="49DDAEFC" w:rsidRDefault="53C06C58" w14:paraId="0FBB329F" w14:textId="3A9C260F">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 xml:space="preserve">Payment in full upon online </w:t>
            </w:r>
            <w:r w:rsidRPr="49DDAEFC" w:rsidR="7568FCC9">
              <w:rPr>
                <w:rFonts w:ascii="Calibri" w:hAnsi="Calibri"/>
                <w:b/>
                <w:bCs/>
                <w:color w:val="FFFFFF" w:themeColor="background1"/>
                <w:sz w:val="20"/>
                <w:szCs w:val="20"/>
              </w:rPr>
              <w:t>registration on</w:t>
            </w:r>
            <w:r w:rsidRPr="49DDAEFC">
              <w:rPr>
                <w:rFonts w:ascii="Calibri" w:hAnsi="Calibri"/>
                <w:b/>
                <w:bCs/>
                <w:color w:val="FFFFFF" w:themeColor="background1"/>
                <w:sz w:val="20"/>
                <w:szCs w:val="20"/>
              </w:rPr>
              <w:t xml:space="preserve"> or before 14th September 2026 – September Start</w:t>
            </w:r>
          </w:p>
        </w:tc>
      </w:tr>
    </w:tbl>
    <w:p w:rsidR="0040090F" w:rsidRDefault="0040090F" w14:paraId="42993CAE" w14:textId="77777777"/>
    <w:p w:rsidR="0040090F" w:rsidRDefault="0040090F" w14:paraId="0BB9C484" w14:textId="77777777"/>
    <w:p w:rsidR="0040090F" w:rsidRDefault="0085639A" w14:paraId="70B4C59B" w14:textId="77777777">
      <w:pPr>
        <w:pBdr>
          <w:bottom w:val="single" w:color="C9A227" w:sz="12" w:space="0"/>
        </w:pBdr>
      </w:pPr>
      <w:r>
        <w:rPr>
          <w:rFonts w:ascii="Calibri" w:hAnsi="Calibri"/>
          <w:color w:val="000000"/>
        </w:rPr>
        <w:t>Programme Fee €1200</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49DDAEFC" w14:paraId="42AF1482" w14:textId="77777777">
        <w:trPr>
          <w:jc w:val="center"/>
        </w:trPr>
        <w:tc>
          <w:tcPr>
            <w:tcW w:w="4680" w:type="dxa"/>
            <w:shd w:val="clear" w:color="auto" w:fill="000000" w:themeFill="text1"/>
            <w:vAlign w:val="center"/>
          </w:tcPr>
          <w:p w:rsidR="0040090F" w:rsidRDefault="0085639A" w14:paraId="620DBA5A"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P="49DDAEFC" w:rsidRDefault="53C06C58" w14:paraId="43B2F007" w14:textId="781619F6">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 xml:space="preserve">€1200 payment in full upon online </w:t>
            </w:r>
            <w:r w:rsidRPr="49DDAEFC" w:rsidR="60FE121E">
              <w:rPr>
                <w:rFonts w:ascii="Calibri" w:hAnsi="Calibri"/>
                <w:b/>
                <w:bCs/>
                <w:color w:val="FFFFFF" w:themeColor="background1"/>
                <w:sz w:val="20"/>
                <w:szCs w:val="20"/>
              </w:rPr>
              <w:t>registration (</w:t>
            </w:r>
            <w:r w:rsidRPr="49DDAEFC">
              <w:rPr>
                <w:rFonts w:ascii="Calibri" w:hAnsi="Calibri"/>
                <w:b/>
                <w:bCs/>
                <w:color w:val="FFFFFF" w:themeColor="background1"/>
                <w:sz w:val="20"/>
                <w:szCs w:val="20"/>
              </w:rPr>
              <w:t>on or before 14th September 2026)</w:t>
            </w:r>
          </w:p>
        </w:tc>
      </w:tr>
      <w:tr w:rsidR="0040090F" w:rsidTr="49DDAEFC" w14:paraId="25676672" w14:textId="77777777">
        <w:trPr>
          <w:jc w:val="center"/>
        </w:trPr>
        <w:tc>
          <w:tcPr>
            <w:tcW w:w="4680" w:type="dxa"/>
            <w:vAlign w:val="center"/>
          </w:tcPr>
          <w:p w:rsidR="0040090F" w:rsidRDefault="0085639A" w14:paraId="51B2A281" w14:textId="77777777">
            <w:pPr>
              <w:spacing w:before="40" w:after="40"/>
            </w:pPr>
            <w:r>
              <w:rPr>
                <w:rFonts w:ascii="Calibri" w:hAnsi="Calibri"/>
                <w:color w:val="000000"/>
                <w:sz w:val="20"/>
              </w:rPr>
              <w:t>Payment of 50%</w:t>
            </w:r>
          </w:p>
        </w:tc>
        <w:tc>
          <w:tcPr>
            <w:tcW w:w="4680" w:type="dxa"/>
            <w:vAlign w:val="center"/>
          </w:tcPr>
          <w:p w:rsidR="0040090F" w:rsidRDefault="0085639A" w14:paraId="4D11228D" w14:textId="77777777">
            <w:pPr>
              <w:spacing w:before="40" w:after="40"/>
            </w:pPr>
            <w:r>
              <w:rPr>
                <w:rFonts w:ascii="Calibri" w:hAnsi="Calibri"/>
                <w:color w:val="000000"/>
                <w:sz w:val="20"/>
              </w:rPr>
              <w:t>€600 – 14th September</w:t>
            </w:r>
          </w:p>
        </w:tc>
      </w:tr>
      <w:tr w:rsidR="0040090F" w:rsidTr="49DDAEFC" w14:paraId="24FF13F5" w14:textId="77777777">
        <w:trPr>
          <w:jc w:val="center"/>
        </w:trPr>
        <w:tc>
          <w:tcPr>
            <w:tcW w:w="4680" w:type="dxa"/>
            <w:vAlign w:val="center"/>
          </w:tcPr>
          <w:p w:rsidR="0040090F" w:rsidRDefault="0085639A" w14:paraId="0AD1FA7C" w14:textId="77777777">
            <w:pPr>
              <w:spacing w:before="40" w:after="40"/>
            </w:pPr>
            <w:r>
              <w:rPr>
                <w:rFonts w:ascii="Calibri" w:hAnsi="Calibri"/>
                <w:color w:val="000000"/>
                <w:sz w:val="20"/>
              </w:rPr>
              <w:t>Payment of 50%</w:t>
            </w:r>
          </w:p>
        </w:tc>
        <w:tc>
          <w:tcPr>
            <w:tcW w:w="4680" w:type="dxa"/>
            <w:vAlign w:val="center"/>
          </w:tcPr>
          <w:p w:rsidR="0040090F" w:rsidRDefault="0085639A" w14:paraId="34831D12" w14:textId="77777777">
            <w:pPr>
              <w:spacing w:before="40" w:after="40"/>
            </w:pPr>
            <w:r>
              <w:rPr>
                <w:rFonts w:ascii="Calibri" w:hAnsi="Calibri"/>
                <w:color w:val="000000"/>
                <w:sz w:val="20"/>
              </w:rPr>
              <w:t>€600– 18th January</w:t>
            </w:r>
          </w:p>
        </w:tc>
      </w:tr>
    </w:tbl>
    <w:p w:rsidR="0040090F" w:rsidRDefault="0040090F" w14:paraId="68AD5E5D" w14:textId="77777777"/>
    <w:p w:rsidR="0040090F" w:rsidRDefault="0040090F" w14:paraId="5E0A171C" w14:textId="77777777"/>
    <w:p w:rsidR="0040090F" w:rsidRDefault="0085639A" w14:paraId="44257AA4" w14:textId="77777777">
      <w:r>
        <w:rPr>
          <w:rFonts w:ascii="Calibri" w:hAnsi="Calibri"/>
          <w:color w:val="000000"/>
        </w:rPr>
        <w:t>Programme Fee €1500</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32E52A48" w14:paraId="4EF5ABDC" w14:textId="77777777">
        <w:trPr>
          <w:jc w:val="center"/>
        </w:trPr>
        <w:tc>
          <w:tcPr>
            <w:tcW w:w="4680" w:type="dxa"/>
            <w:shd w:val="clear" w:color="auto" w:fill="000000" w:themeFill="text1"/>
            <w:vAlign w:val="center"/>
          </w:tcPr>
          <w:p w:rsidR="0040090F" w:rsidRDefault="0085639A" w14:paraId="6CDECDE0"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RDefault="0085639A" w14:paraId="3A8D0495" w14:textId="5F1277AE">
            <w:pPr>
              <w:spacing w:before="40" w:after="40"/>
              <w:jc w:val="center"/>
            </w:pPr>
            <w:r w:rsidRPr="32E52A48">
              <w:rPr>
                <w:rFonts w:ascii="Calibri" w:hAnsi="Calibri"/>
                <w:b/>
                <w:bCs/>
                <w:color w:val="FFFFFF" w:themeColor="background1"/>
                <w:sz w:val="20"/>
                <w:szCs w:val="20"/>
              </w:rPr>
              <w:t xml:space="preserve">€1,500 payment in full upon online </w:t>
            </w:r>
            <w:r w:rsidRPr="32E52A48" w:rsidR="167453C7">
              <w:rPr>
                <w:rFonts w:ascii="Calibri" w:hAnsi="Calibri"/>
                <w:b/>
                <w:bCs/>
                <w:color w:val="FFFFFF" w:themeColor="background1"/>
                <w:sz w:val="20"/>
                <w:szCs w:val="20"/>
              </w:rPr>
              <w:t>registration (</w:t>
            </w:r>
            <w:r w:rsidRPr="32E52A48">
              <w:rPr>
                <w:rFonts w:ascii="Calibri" w:hAnsi="Calibri"/>
                <w:b/>
                <w:bCs/>
                <w:color w:val="FFFFFF" w:themeColor="background1"/>
                <w:sz w:val="20"/>
                <w:szCs w:val="20"/>
              </w:rPr>
              <w:t>on or before 14th September 2026)</w:t>
            </w:r>
          </w:p>
        </w:tc>
      </w:tr>
      <w:tr w:rsidR="0040090F" w:rsidTr="32E52A48" w14:paraId="1A448036" w14:textId="77777777">
        <w:trPr>
          <w:jc w:val="center"/>
        </w:trPr>
        <w:tc>
          <w:tcPr>
            <w:tcW w:w="4680" w:type="dxa"/>
            <w:vAlign w:val="center"/>
          </w:tcPr>
          <w:p w:rsidR="0040090F" w:rsidRDefault="0085639A" w14:paraId="41CEE7B2" w14:textId="77777777">
            <w:pPr>
              <w:spacing w:before="40" w:after="40"/>
            </w:pPr>
            <w:r>
              <w:rPr>
                <w:rFonts w:ascii="Calibri" w:hAnsi="Calibri"/>
                <w:color w:val="000000"/>
                <w:sz w:val="20"/>
              </w:rPr>
              <w:t>Payment of 50%</w:t>
            </w:r>
          </w:p>
        </w:tc>
        <w:tc>
          <w:tcPr>
            <w:tcW w:w="4680" w:type="dxa"/>
            <w:vAlign w:val="center"/>
          </w:tcPr>
          <w:p w:rsidR="0040090F" w:rsidRDefault="0085639A" w14:paraId="399B6A29" w14:textId="77777777">
            <w:pPr>
              <w:spacing w:before="40" w:after="40"/>
            </w:pPr>
            <w:r>
              <w:rPr>
                <w:rFonts w:ascii="Calibri" w:hAnsi="Calibri"/>
                <w:color w:val="000000"/>
                <w:sz w:val="20"/>
              </w:rPr>
              <w:t>€750 – 14th September</w:t>
            </w:r>
          </w:p>
        </w:tc>
      </w:tr>
      <w:tr w:rsidR="0040090F" w:rsidTr="32E52A48" w14:paraId="31F46DDB" w14:textId="77777777">
        <w:trPr>
          <w:jc w:val="center"/>
        </w:trPr>
        <w:tc>
          <w:tcPr>
            <w:tcW w:w="4680" w:type="dxa"/>
            <w:vAlign w:val="center"/>
          </w:tcPr>
          <w:p w:rsidR="0040090F" w:rsidRDefault="0085639A" w14:paraId="50F75EE0" w14:textId="77777777">
            <w:pPr>
              <w:spacing w:before="40" w:after="40"/>
            </w:pPr>
            <w:r>
              <w:rPr>
                <w:rFonts w:ascii="Calibri" w:hAnsi="Calibri"/>
                <w:color w:val="000000"/>
                <w:sz w:val="20"/>
              </w:rPr>
              <w:t>Payment of 50%</w:t>
            </w:r>
          </w:p>
        </w:tc>
        <w:tc>
          <w:tcPr>
            <w:tcW w:w="4680" w:type="dxa"/>
            <w:vAlign w:val="center"/>
          </w:tcPr>
          <w:p w:rsidR="0040090F" w:rsidRDefault="0085639A" w14:paraId="3CFF8740" w14:textId="77777777">
            <w:pPr>
              <w:spacing w:before="40" w:after="40"/>
            </w:pPr>
            <w:r>
              <w:rPr>
                <w:rFonts w:ascii="Calibri" w:hAnsi="Calibri"/>
                <w:color w:val="000000"/>
                <w:sz w:val="20"/>
              </w:rPr>
              <w:t>€750 – 18th January</w:t>
            </w:r>
          </w:p>
        </w:tc>
      </w:tr>
    </w:tbl>
    <w:p w:rsidR="0040090F" w:rsidRDefault="0040090F" w14:paraId="0927289A" w14:textId="77777777"/>
    <w:p w:rsidR="0040090F" w:rsidRDefault="0040090F" w14:paraId="3E4D5EB5" w14:textId="77777777"/>
    <w:p w:rsidR="0040090F" w:rsidRDefault="0085639A" w14:paraId="39371986" w14:textId="77777777">
      <w:pPr>
        <w:pBdr>
          <w:bottom w:val="single" w:color="C9A227" w:sz="12" w:space="0"/>
        </w:pBdr>
      </w:pPr>
      <w:r>
        <w:rPr>
          <w:rFonts w:ascii="Calibri" w:hAnsi="Calibri"/>
          <w:color w:val="000000"/>
        </w:rPr>
        <w:t>Programme Fee €2500 - September Start</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32E52A48" w14:paraId="24123926" w14:textId="77777777">
        <w:trPr>
          <w:jc w:val="center"/>
        </w:trPr>
        <w:tc>
          <w:tcPr>
            <w:tcW w:w="4680" w:type="dxa"/>
            <w:shd w:val="clear" w:color="auto" w:fill="000000" w:themeFill="text1"/>
            <w:vAlign w:val="center"/>
          </w:tcPr>
          <w:p w:rsidR="0040090F" w:rsidRDefault="0085639A" w14:paraId="11DB065E"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RDefault="0085639A" w14:paraId="1A901214" w14:textId="2B39DD91">
            <w:pPr>
              <w:spacing w:before="40" w:after="40"/>
              <w:jc w:val="center"/>
            </w:pPr>
            <w:r w:rsidRPr="32E52A48">
              <w:rPr>
                <w:rFonts w:ascii="Calibri" w:hAnsi="Calibri"/>
                <w:b/>
                <w:bCs/>
                <w:color w:val="FFFFFF" w:themeColor="background1"/>
                <w:sz w:val="20"/>
                <w:szCs w:val="20"/>
              </w:rPr>
              <w:t xml:space="preserve">€2500 Deposit upon online </w:t>
            </w:r>
            <w:r w:rsidRPr="32E52A48" w:rsidR="31EE03C7">
              <w:rPr>
                <w:rFonts w:ascii="Calibri" w:hAnsi="Calibri"/>
                <w:b/>
                <w:bCs/>
                <w:color w:val="FFFFFF" w:themeColor="background1"/>
                <w:sz w:val="20"/>
                <w:szCs w:val="20"/>
              </w:rPr>
              <w:t>registration (</w:t>
            </w:r>
            <w:r w:rsidRPr="32E52A48">
              <w:rPr>
                <w:rFonts w:ascii="Calibri" w:hAnsi="Calibri"/>
                <w:b/>
                <w:bCs/>
                <w:color w:val="FFFFFF" w:themeColor="background1"/>
                <w:sz w:val="20"/>
                <w:szCs w:val="20"/>
              </w:rPr>
              <w:t>on or before 14th September 2026)</w:t>
            </w:r>
          </w:p>
        </w:tc>
      </w:tr>
      <w:tr w:rsidR="0040090F" w:rsidTr="32E52A48" w14:paraId="2447D195" w14:textId="77777777">
        <w:trPr>
          <w:jc w:val="center"/>
        </w:trPr>
        <w:tc>
          <w:tcPr>
            <w:tcW w:w="4680" w:type="dxa"/>
            <w:vAlign w:val="center"/>
          </w:tcPr>
          <w:p w:rsidR="0040090F" w:rsidRDefault="0085639A" w14:paraId="6A271CE7" w14:textId="77777777">
            <w:pPr>
              <w:spacing w:before="40" w:after="40"/>
            </w:pPr>
            <w:r>
              <w:rPr>
                <w:rFonts w:ascii="Calibri" w:hAnsi="Calibri"/>
                <w:color w:val="000000"/>
                <w:sz w:val="20"/>
              </w:rPr>
              <w:t>Payment of 50%</w:t>
            </w:r>
          </w:p>
        </w:tc>
        <w:tc>
          <w:tcPr>
            <w:tcW w:w="4680" w:type="dxa"/>
            <w:vAlign w:val="center"/>
          </w:tcPr>
          <w:p w:rsidR="0040090F" w:rsidRDefault="0085639A" w14:paraId="798CA94C" w14:textId="77777777">
            <w:pPr>
              <w:spacing w:before="40" w:after="40"/>
            </w:pPr>
            <w:r>
              <w:rPr>
                <w:rFonts w:ascii="Calibri" w:hAnsi="Calibri"/>
                <w:color w:val="000000"/>
                <w:sz w:val="20"/>
              </w:rPr>
              <w:t>€1250– 14th September</w:t>
            </w:r>
          </w:p>
        </w:tc>
      </w:tr>
      <w:tr w:rsidR="0040090F" w:rsidTr="32E52A48" w14:paraId="65C74F89" w14:textId="77777777">
        <w:trPr>
          <w:jc w:val="center"/>
        </w:trPr>
        <w:tc>
          <w:tcPr>
            <w:tcW w:w="4680" w:type="dxa"/>
            <w:vAlign w:val="center"/>
          </w:tcPr>
          <w:p w:rsidR="0040090F" w:rsidRDefault="0085639A" w14:paraId="723FF61A" w14:textId="77777777">
            <w:pPr>
              <w:spacing w:before="40" w:after="40"/>
            </w:pPr>
            <w:r>
              <w:rPr>
                <w:rFonts w:ascii="Calibri" w:hAnsi="Calibri"/>
                <w:color w:val="000000"/>
                <w:sz w:val="20"/>
              </w:rPr>
              <w:t>Payment of 50%</w:t>
            </w:r>
          </w:p>
        </w:tc>
        <w:tc>
          <w:tcPr>
            <w:tcW w:w="4680" w:type="dxa"/>
            <w:vAlign w:val="center"/>
          </w:tcPr>
          <w:p w:rsidR="0040090F" w:rsidRDefault="0085639A" w14:paraId="1AD12D66" w14:textId="77777777">
            <w:pPr>
              <w:spacing w:before="40" w:after="40"/>
            </w:pPr>
            <w:r>
              <w:rPr>
                <w:rFonts w:ascii="Calibri" w:hAnsi="Calibri"/>
                <w:color w:val="000000"/>
                <w:sz w:val="20"/>
              </w:rPr>
              <w:t>€1250– 18th January</w:t>
            </w:r>
          </w:p>
        </w:tc>
      </w:tr>
    </w:tbl>
    <w:p w:rsidR="0040090F" w:rsidRDefault="0040090F" w14:paraId="2A431E6D" w14:textId="77777777"/>
    <w:p w:rsidR="0040090F" w:rsidRDefault="0040090F" w14:paraId="6BF30566" w14:textId="77777777"/>
    <w:p w:rsidR="0040090F" w:rsidRDefault="0085639A" w14:paraId="65231708" w14:textId="77777777">
      <w:pPr>
        <w:pBdr>
          <w:bottom w:val="single" w:color="C9A227" w:sz="12" w:space="0"/>
        </w:pBdr>
      </w:pPr>
      <w:r>
        <w:rPr>
          <w:rFonts w:ascii="Calibri" w:hAnsi="Calibri"/>
          <w:color w:val="000000"/>
        </w:rPr>
        <w:t>Programme Fee €2500 - January Start</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32E52A48" w14:paraId="6AF4D62B" w14:textId="77777777">
        <w:trPr>
          <w:jc w:val="center"/>
        </w:trPr>
        <w:tc>
          <w:tcPr>
            <w:tcW w:w="4680" w:type="dxa"/>
            <w:shd w:val="clear" w:color="auto" w:fill="000000" w:themeFill="text1"/>
            <w:vAlign w:val="center"/>
          </w:tcPr>
          <w:p w:rsidR="0040090F" w:rsidRDefault="0085639A" w14:paraId="0E378D36"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RDefault="0085639A" w14:paraId="04311B66" w14:textId="7DDBA292">
            <w:pPr>
              <w:spacing w:before="40" w:after="40"/>
              <w:jc w:val="center"/>
            </w:pPr>
            <w:r w:rsidRPr="32E52A48">
              <w:rPr>
                <w:rFonts w:ascii="Calibri" w:hAnsi="Calibri"/>
                <w:b/>
                <w:bCs/>
                <w:color w:val="FFFFFF" w:themeColor="background1"/>
                <w:sz w:val="20"/>
                <w:szCs w:val="20"/>
              </w:rPr>
              <w:t xml:space="preserve">€2500 Deposit upon online </w:t>
            </w:r>
            <w:r w:rsidRPr="32E52A48" w:rsidR="665CAD8D">
              <w:rPr>
                <w:rFonts w:ascii="Calibri" w:hAnsi="Calibri"/>
                <w:b/>
                <w:bCs/>
                <w:color w:val="FFFFFF" w:themeColor="background1"/>
                <w:sz w:val="20"/>
                <w:szCs w:val="20"/>
              </w:rPr>
              <w:t>registration (</w:t>
            </w:r>
            <w:r w:rsidRPr="32E52A48">
              <w:rPr>
                <w:rFonts w:ascii="Calibri" w:hAnsi="Calibri"/>
                <w:b/>
                <w:bCs/>
                <w:color w:val="FFFFFF" w:themeColor="background1"/>
                <w:sz w:val="20"/>
                <w:szCs w:val="20"/>
              </w:rPr>
              <w:t>on or before 18th January 2027</w:t>
            </w:r>
          </w:p>
        </w:tc>
      </w:tr>
      <w:tr w:rsidR="0040090F" w:rsidTr="32E52A48" w14:paraId="2163F20D" w14:textId="77777777">
        <w:trPr>
          <w:jc w:val="center"/>
        </w:trPr>
        <w:tc>
          <w:tcPr>
            <w:tcW w:w="4680" w:type="dxa"/>
            <w:vAlign w:val="center"/>
          </w:tcPr>
          <w:p w:rsidR="0040090F" w:rsidRDefault="0085639A" w14:paraId="4DC91FB7" w14:textId="77777777">
            <w:pPr>
              <w:spacing w:before="40" w:after="40"/>
            </w:pPr>
            <w:r>
              <w:rPr>
                <w:rFonts w:ascii="Calibri" w:hAnsi="Calibri"/>
                <w:color w:val="000000"/>
                <w:sz w:val="20"/>
              </w:rPr>
              <w:t>Payment of 50%</w:t>
            </w:r>
          </w:p>
        </w:tc>
        <w:tc>
          <w:tcPr>
            <w:tcW w:w="4680" w:type="dxa"/>
            <w:vAlign w:val="center"/>
          </w:tcPr>
          <w:p w:rsidR="0040090F" w:rsidRDefault="0085639A" w14:paraId="37D27F21" w14:textId="77777777">
            <w:pPr>
              <w:spacing w:before="40" w:after="40"/>
            </w:pPr>
            <w:r>
              <w:rPr>
                <w:rFonts w:ascii="Calibri" w:hAnsi="Calibri"/>
                <w:color w:val="000000"/>
                <w:sz w:val="20"/>
              </w:rPr>
              <w:t>€1250– 18th January 2027</w:t>
            </w:r>
          </w:p>
        </w:tc>
      </w:tr>
      <w:tr w:rsidR="0040090F" w:rsidTr="32E52A48" w14:paraId="6643FE75" w14:textId="77777777">
        <w:trPr>
          <w:jc w:val="center"/>
        </w:trPr>
        <w:tc>
          <w:tcPr>
            <w:tcW w:w="4680" w:type="dxa"/>
            <w:vAlign w:val="center"/>
          </w:tcPr>
          <w:p w:rsidR="0040090F" w:rsidRDefault="0085639A" w14:paraId="1249A721" w14:textId="77777777">
            <w:pPr>
              <w:spacing w:before="40" w:after="40"/>
            </w:pPr>
            <w:r>
              <w:rPr>
                <w:rFonts w:ascii="Calibri" w:hAnsi="Calibri"/>
                <w:color w:val="000000"/>
                <w:sz w:val="20"/>
              </w:rPr>
              <w:t>Payment of 50%</w:t>
            </w:r>
          </w:p>
        </w:tc>
        <w:tc>
          <w:tcPr>
            <w:tcW w:w="4680" w:type="dxa"/>
            <w:vAlign w:val="center"/>
          </w:tcPr>
          <w:p w:rsidR="0040090F" w:rsidRDefault="0085639A" w14:paraId="2E9D5EA0" w14:textId="77777777">
            <w:pPr>
              <w:spacing w:before="40" w:after="40"/>
            </w:pPr>
            <w:r>
              <w:rPr>
                <w:rFonts w:ascii="Calibri" w:hAnsi="Calibri"/>
                <w:color w:val="000000"/>
                <w:sz w:val="20"/>
              </w:rPr>
              <w:t>€1250– September 2026</w:t>
            </w:r>
          </w:p>
        </w:tc>
      </w:tr>
    </w:tbl>
    <w:p w:rsidR="0040090F" w:rsidRDefault="0040090F" w14:paraId="5985C2A4" w14:textId="77777777"/>
    <w:p w:rsidR="0040090F" w:rsidRDefault="0040090F" w14:paraId="7B88FC3E" w14:textId="77777777"/>
    <w:p w:rsidR="0040090F" w:rsidRDefault="0085639A" w14:paraId="5141E197" w14:textId="77777777">
      <w:pPr>
        <w:pBdr>
          <w:bottom w:val="single" w:color="C9A227" w:sz="12" w:space="0"/>
        </w:pBdr>
      </w:pPr>
      <w:r>
        <w:rPr>
          <w:rFonts w:ascii="Calibri" w:hAnsi="Calibri"/>
          <w:color w:val="000000"/>
        </w:rPr>
        <w:t>Programme Fee €5000</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rsidTr="32E52A48" w14:paraId="6DBF2AA2" w14:textId="77777777">
        <w:trPr>
          <w:jc w:val="center"/>
        </w:trPr>
        <w:tc>
          <w:tcPr>
            <w:tcW w:w="4680" w:type="dxa"/>
            <w:shd w:val="clear" w:color="auto" w:fill="000000" w:themeFill="text1"/>
            <w:vAlign w:val="center"/>
          </w:tcPr>
          <w:p w:rsidR="0040090F" w:rsidRDefault="0085639A" w14:paraId="67783C7D" w14:textId="77777777">
            <w:pPr>
              <w:spacing w:before="40" w:after="40"/>
              <w:jc w:val="center"/>
            </w:pPr>
            <w:r>
              <w:rPr>
                <w:rFonts w:ascii="Calibri" w:hAnsi="Calibri"/>
                <w:b/>
                <w:color w:val="FFFFFF"/>
                <w:sz w:val="20"/>
              </w:rPr>
              <w:t>Payment 100%</w:t>
            </w:r>
          </w:p>
        </w:tc>
        <w:tc>
          <w:tcPr>
            <w:tcW w:w="4680" w:type="dxa"/>
            <w:shd w:val="clear" w:color="auto" w:fill="000000" w:themeFill="text1"/>
            <w:vAlign w:val="center"/>
          </w:tcPr>
          <w:p w:rsidR="0040090F" w:rsidRDefault="0085639A" w14:paraId="0AB57110" w14:textId="0C19F2E9">
            <w:pPr>
              <w:spacing w:before="40" w:after="40"/>
              <w:jc w:val="center"/>
            </w:pPr>
            <w:r w:rsidRPr="32E52A48">
              <w:rPr>
                <w:rFonts w:ascii="Calibri" w:hAnsi="Calibri"/>
                <w:b/>
                <w:bCs/>
                <w:color w:val="FFFFFF" w:themeColor="background1"/>
                <w:sz w:val="20"/>
                <w:szCs w:val="20"/>
              </w:rPr>
              <w:t xml:space="preserve">€5000 Deposit upon online </w:t>
            </w:r>
            <w:r w:rsidRPr="32E52A48" w:rsidR="788B2806">
              <w:rPr>
                <w:rFonts w:ascii="Calibri" w:hAnsi="Calibri"/>
                <w:b/>
                <w:bCs/>
                <w:color w:val="FFFFFF" w:themeColor="background1"/>
                <w:sz w:val="20"/>
                <w:szCs w:val="20"/>
              </w:rPr>
              <w:t>registration (</w:t>
            </w:r>
            <w:r w:rsidRPr="32E52A48">
              <w:rPr>
                <w:rFonts w:ascii="Calibri" w:hAnsi="Calibri"/>
                <w:b/>
                <w:bCs/>
                <w:color w:val="FFFFFF" w:themeColor="background1"/>
                <w:sz w:val="20"/>
                <w:szCs w:val="20"/>
              </w:rPr>
              <w:t>on or before 14th September 2026</w:t>
            </w:r>
          </w:p>
        </w:tc>
      </w:tr>
      <w:tr w:rsidR="0040090F" w:rsidTr="32E52A48" w14:paraId="171AF6CF" w14:textId="77777777">
        <w:trPr>
          <w:jc w:val="center"/>
        </w:trPr>
        <w:tc>
          <w:tcPr>
            <w:tcW w:w="4680" w:type="dxa"/>
            <w:vAlign w:val="center"/>
          </w:tcPr>
          <w:p w:rsidR="0040090F" w:rsidRDefault="0085639A" w14:paraId="59D36F0D" w14:textId="77777777">
            <w:pPr>
              <w:spacing w:before="40" w:after="40"/>
            </w:pPr>
            <w:r>
              <w:rPr>
                <w:rFonts w:ascii="Calibri" w:hAnsi="Calibri"/>
                <w:color w:val="000000"/>
                <w:sz w:val="20"/>
              </w:rPr>
              <w:t>Payment of 50%</w:t>
            </w:r>
          </w:p>
        </w:tc>
        <w:tc>
          <w:tcPr>
            <w:tcW w:w="4680" w:type="dxa"/>
            <w:vAlign w:val="center"/>
          </w:tcPr>
          <w:p w:rsidR="0040090F" w:rsidRDefault="0085639A" w14:paraId="1F583CA3" w14:textId="77777777">
            <w:pPr>
              <w:spacing w:before="40" w:after="40"/>
            </w:pPr>
            <w:r>
              <w:rPr>
                <w:rFonts w:ascii="Calibri" w:hAnsi="Calibri"/>
                <w:color w:val="000000"/>
                <w:sz w:val="20"/>
              </w:rPr>
              <w:t>€2500– 14th September</w:t>
            </w:r>
          </w:p>
        </w:tc>
      </w:tr>
      <w:tr w:rsidR="0040090F" w:rsidTr="32E52A48" w14:paraId="71BF6E6E" w14:textId="77777777">
        <w:trPr>
          <w:jc w:val="center"/>
        </w:trPr>
        <w:tc>
          <w:tcPr>
            <w:tcW w:w="4680" w:type="dxa"/>
            <w:vAlign w:val="center"/>
          </w:tcPr>
          <w:p w:rsidR="0040090F" w:rsidRDefault="0085639A" w14:paraId="007B2285" w14:textId="77777777">
            <w:pPr>
              <w:spacing w:before="40" w:after="40"/>
            </w:pPr>
            <w:r>
              <w:rPr>
                <w:rFonts w:ascii="Calibri" w:hAnsi="Calibri"/>
                <w:color w:val="000000"/>
                <w:sz w:val="20"/>
              </w:rPr>
              <w:t>Payment of 50%</w:t>
            </w:r>
          </w:p>
        </w:tc>
        <w:tc>
          <w:tcPr>
            <w:tcW w:w="4680" w:type="dxa"/>
            <w:vAlign w:val="center"/>
          </w:tcPr>
          <w:p w:rsidR="0040090F" w:rsidRDefault="0085639A" w14:paraId="0EE7E817" w14:textId="77777777">
            <w:pPr>
              <w:spacing w:before="40" w:after="40"/>
            </w:pPr>
            <w:r>
              <w:rPr>
                <w:rFonts w:ascii="Calibri" w:hAnsi="Calibri"/>
                <w:color w:val="000000"/>
                <w:sz w:val="20"/>
              </w:rPr>
              <w:t>€2500– 18th January</w:t>
            </w:r>
          </w:p>
        </w:tc>
      </w:tr>
    </w:tbl>
    <w:p w:rsidR="0040090F" w:rsidRDefault="0040090F" w14:paraId="57FC6084" w14:textId="77777777"/>
    <w:p w:rsidR="0040090F" w:rsidRDefault="0040090F" w14:paraId="080F956D" w14:textId="77777777"/>
    <w:p w:rsidR="0040090F" w:rsidRDefault="0085639A" w14:paraId="58E43889" w14:textId="77777777">
      <w:pPr>
        <w:pBdr>
          <w:bottom w:val="single" w:color="C9A227" w:sz="12" w:space="0"/>
        </w:pBdr>
      </w:pPr>
      <w:r>
        <w:rPr>
          <w:rFonts w:ascii="Calibri" w:hAnsi="Calibri"/>
          <w:color w:val="000000"/>
        </w:rPr>
        <w:t>*Programme Fee €8750</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4680"/>
        <w:gridCol w:w="4680"/>
      </w:tblGrid>
      <w:tr w:rsidR="0040090F" w14:paraId="61B25D1A" w14:textId="77777777">
        <w:trPr>
          <w:jc w:val="center"/>
        </w:trPr>
        <w:tc>
          <w:tcPr>
            <w:tcW w:w="4680" w:type="dxa"/>
            <w:shd w:val="clear" w:color="auto" w:fill="000000"/>
            <w:vAlign w:val="center"/>
          </w:tcPr>
          <w:p w:rsidR="0040090F" w:rsidRDefault="0085639A" w14:paraId="4659B39D" w14:textId="77777777">
            <w:pPr>
              <w:spacing w:before="40" w:after="40"/>
              <w:jc w:val="center"/>
            </w:pPr>
            <w:r>
              <w:rPr>
                <w:rFonts w:ascii="Calibri" w:hAnsi="Calibri"/>
                <w:b/>
                <w:color w:val="FFFFFF"/>
                <w:sz w:val="20"/>
              </w:rPr>
              <w:t>*Payment 1</w:t>
            </w:r>
          </w:p>
        </w:tc>
        <w:tc>
          <w:tcPr>
            <w:tcW w:w="4680" w:type="dxa"/>
            <w:shd w:val="clear" w:color="auto" w:fill="000000"/>
            <w:vAlign w:val="center"/>
          </w:tcPr>
          <w:p w:rsidR="0040090F" w:rsidRDefault="0085639A" w14:paraId="7A4C71B0" w14:textId="77777777">
            <w:pPr>
              <w:spacing w:before="40" w:after="40"/>
              <w:jc w:val="center"/>
            </w:pPr>
            <w:r>
              <w:rPr>
                <w:rFonts w:ascii="Calibri" w:hAnsi="Calibri"/>
                <w:b/>
                <w:color w:val="FFFFFF"/>
                <w:sz w:val="20"/>
              </w:rPr>
              <w:t xml:space="preserve">€1000 upon application to secure a place on the </w:t>
            </w:r>
            <w:proofErr w:type="spellStart"/>
            <w:r>
              <w:rPr>
                <w:rFonts w:ascii="Calibri" w:hAnsi="Calibri"/>
                <w:b/>
                <w:color w:val="FFFFFF"/>
                <w:sz w:val="20"/>
              </w:rPr>
              <w:t>programme</w:t>
            </w:r>
            <w:proofErr w:type="spellEnd"/>
            <w:r>
              <w:rPr>
                <w:rFonts w:ascii="Calibri" w:hAnsi="Calibri"/>
                <w:b/>
                <w:color w:val="FFFFFF"/>
                <w:sz w:val="20"/>
              </w:rPr>
              <w:t xml:space="preserve"> - (Note: this deposit will be deducted from the total </w:t>
            </w:r>
            <w:proofErr w:type="spellStart"/>
            <w:r>
              <w:rPr>
                <w:rFonts w:ascii="Calibri" w:hAnsi="Calibri"/>
                <w:b/>
                <w:color w:val="FFFFFF"/>
                <w:sz w:val="20"/>
              </w:rPr>
              <w:t>programme</w:t>
            </w:r>
            <w:proofErr w:type="spellEnd"/>
            <w:r>
              <w:rPr>
                <w:rFonts w:ascii="Calibri" w:hAnsi="Calibri"/>
                <w:b/>
                <w:color w:val="FFFFFF"/>
                <w:sz w:val="20"/>
              </w:rPr>
              <w:t xml:space="preserve"> fee of €8750)</w:t>
            </w:r>
          </w:p>
        </w:tc>
      </w:tr>
      <w:tr w:rsidR="0040090F" w14:paraId="7514DBCD" w14:textId="77777777">
        <w:trPr>
          <w:jc w:val="center"/>
        </w:trPr>
        <w:tc>
          <w:tcPr>
            <w:tcW w:w="4680" w:type="dxa"/>
            <w:vAlign w:val="center"/>
          </w:tcPr>
          <w:p w:rsidR="0040090F" w:rsidRDefault="0085639A" w14:paraId="12AAAB81" w14:textId="77777777">
            <w:pPr>
              <w:spacing w:before="40" w:after="40"/>
            </w:pPr>
            <w:r>
              <w:rPr>
                <w:rFonts w:ascii="Calibri" w:hAnsi="Calibri"/>
                <w:color w:val="000000"/>
                <w:sz w:val="20"/>
              </w:rPr>
              <w:t>Payment of 50%</w:t>
            </w:r>
          </w:p>
        </w:tc>
        <w:tc>
          <w:tcPr>
            <w:tcW w:w="4680" w:type="dxa"/>
            <w:vAlign w:val="center"/>
          </w:tcPr>
          <w:p w:rsidR="0040090F" w:rsidRDefault="0085639A" w14:paraId="38822D69" w14:textId="77777777">
            <w:pPr>
              <w:spacing w:before="40" w:after="40"/>
            </w:pPr>
            <w:r>
              <w:rPr>
                <w:rFonts w:ascii="Calibri" w:hAnsi="Calibri"/>
                <w:color w:val="000000"/>
                <w:sz w:val="20"/>
              </w:rPr>
              <w:t>€3875 – 14th September (after deposit of €1000)</w:t>
            </w:r>
          </w:p>
        </w:tc>
      </w:tr>
      <w:tr w:rsidR="0040090F" w14:paraId="77B4525A" w14:textId="77777777">
        <w:trPr>
          <w:jc w:val="center"/>
        </w:trPr>
        <w:tc>
          <w:tcPr>
            <w:tcW w:w="4680" w:type="dxa"/>
            <w:vAlign w:val="center"/>
          </w:tcPr>
          <w:p w:rsidR="0040090F" w:rsidRDefault="0085639A" w14:paraId="3C412C54" w14:textId="77777777">
            <w:pPr>
              <w:spacing w:before="40" w:after="40"/>
            </w:pPr>
            <w:r>
              <w:rPr>
                <w:rFonts w:ascii="Calibri" w:hAnsi="Calibri"/>
                <w:color w:val="000000"/>
                <w:sz w:val="20"/>
              </w:rPr>
              <w:t>Payment of 50%</w:t>
            </w:r>
          </w:p>
        </w:tc>
        <w:tc>
          <w:tcPr>
            <w:tcW w:w="4680" w:type="dxa"/>
            <w:vAlign w:val="center"/>
          </w:tcPr>
          <w:p w:rsidR="0040090F" w:rsidRDefault="0085639A" w14:paraId="2B4E58E0" w14:textId="77777777">
            <w:pPr>
              <w:spacing w:before="40" w:after="40"/>
            </w:pPr>
            <w:r>
              <w:rPr>
                <w:rFonts w:ascii="Calibri" w:hAnsi="Calibri"/>
                <w:color w:val="000000"/>
                <w:sz w:val="20"/>
              </w:rPr>
              <w:t>€3875 – 18th January (after deposit of €1000)</w:t>
            </w:r>
          </w:p>
        </w:tc>
      </w:tr>
    </w:tbl>
    <w:p w:rsidR="0040090F" w:rsidRDefault="0040090F" w14:paraId="5BC843C0" w14:textId="77777777"/>
    <w:p w:rsidR="0040090F" w:rsidRDefault="0040090F" w14:paraId="2CDBFCBC" w14:textId="77777777"/>
    <w:p w:rsidR="49DDAEFC" w:rsidRDefault="49DDAEFC" w14:paraId="07BC3012" w14:textId="5AD93406"/>
    <w:p w:rsidR="49DDAEFC" w:rsidRDefault="49DDAEFC" w14:paraId="525E2374" w14:textId="5190F324"/>
    <w:p w:rsidR="49DDAEFC" w:rsidRDefault="49DDAEFC" w14:paraId="641BA4C8" w14:textId="44D2B099"/>
    <w:p w:rsidR="0040090F" w:rsidP="49DDAEFC" w:rsidRDefault="53C06C58" w14:paraId="0E7B85ED" w14:textId="0FFC1D27">
      <w:pPr>
        <w:pBdr>
          <w:top w:val="single" w:color="C9A227" w:sz="12" w:space="0"/>
          <w:left w:val="single" w:color="C9A227" w:sz="12" w:space="0"/>
          <w:bottom w:val="single" w:color="C9A227" w:sz="12" w:space="0"/>
          <w:right w:val="single" w:color="C9A227" w:sz="12" w:space="0"/>
        </w:pBdr>
        <w:shd w:val="clear" w:color="auto" w:fill="F2F2F2" w:themeFill="background1" w:themeFillShade="F2"/>
        <w:rPr>
          <w:rFonts w:ascii="Calibri" w:hAnsi="Calibri"/>
          <w:b/>
          <w:bCs/>
          <w:color w:val="000000" w:themeColor="text1"/>
          <w:sz w:val="32"/>
          <w:szCs w:val="32"/>
        </w:rPr>
      </w:pPr>
      <w:r w:rsidRPr="49DDAEFC">
        <w:rPr>
          <w:rFonts w:ascii="Calibri" w:hAnsi="Calibri"/>
          <w:b/>
          <w:bCs/>
          <w:color w:val="000000" w:themeColor="text1"/>
          <w:sz w:val="32"/>
          <w:szCs w:val="32"/>
        </w:rPr>
        <w:t>S</w:t>
      </w:r>
      <w:r w:rsidRPr="49DDAEFC" w:rsidR="31158400">
        <w:rPr>
          <w:rFonts w:ascii="Calibri" w:hAnsi="Calibri"/>
          <w:b/>
          <w:bCs/>
          <w:color w:val="000000" w:themeColor="text1"/>
          <w:sz w:val="32"/>
          <w:szCs w:val="32"/>
        </w:rPr>
        <w:t>ECTION</w:t>
      </w:r>
      <w:r w:rsidRPr="49DDAEFC">
        <w:rPr>
          <w:rFonts w:ascii="Calibri" w:hAnsi="Calibri"/>
          <w:b/>
          <w:bCs/>
          <w:color w:val="000000" w:themeColor="text1"/>
          <w:sz w:val="32"/>
          <w:szCs w:val="32"/>
        </w:rPr>
        <w:t xml:space="preserve"> 5</w:t>
      </w:r>
      <w:r w:rsidRPr="49DDAEFC" w:rsidR="1C7B2DAC">
        <w:rPr>
          <w:rFonts w:ascii="Calibri" w:hAnsi="Calibri"/>
          <w:b/>
          <w:bCs/>
          <w:color w:val="000000" w:themeColor="text1"/>
          <w:sz w:val="32"/>
          <w:szCs w:val="32"/>
        </w:rPr>
        <w:t xml:space="preserve"> – ADDITIONAL FEES</w:t>
      </w:r>
    </w:p>
    <w:p w:rsidR="0040090F" w:rsidRDefault="0085639A" w14:paraId="33CD8F78" w14:textId="77777777">
      <w:pPr>
        <w:pBdr>
          <w:bottom w:val="single" w:color="C9A227" w:sz="12" w:space="0"/>
        </w:pBdr>
      </w:pPr>
      <w:r>
        <w:rPr>
          <w:rFonts w:ascii="Calibri" w:hAnsi="Calibri"/>
          <w:color w:val="000000"/>
        </w:rPr>
        <w:t>5.1</w:t>
      </w:r>
      <w:r>
        <w:rPr>
          <w:rFonts w:ascii="Calibri" w:hAnsi="Calibri"/>
          <w:color w:val="000000"/>
        </w:rPr>
        <w:tab/>
      </w:r>
      <w:r>
        <w:rPr>
          <w:rFonts w:ascii="Calibri" w:hAnsi="Calibri"/>
          <w:color w:val="000000"/>
        </w:rPr>
        <w:t>Additional Fee Charges – TUS</w:t>
      </w:r>
    </w:p>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3120"/>
        <w:gridCol w:w="3120"/>
        <w:gridCol w:w="3120"/>
      </w:tblGrid>
      <w:tr w:rsidR="0040090F" w:rsidTr="49DDAEFC" w14:paraId="22C43988" w14:textId="77777777">
        <w:trPr>
          <w:jc w:val="center"/>
        </w:trPr>
        <w:tc>
          <w:tcPr>
            <w:tcW w:w="3120" w:type="dxa"/>
            <w:shd w:val="clear" w:color="auto" w:fill="000000" w:themeFill="text1"/>
            <w:vAlign w:val="center"/>
          </w:tcPr>
          <w:p w:rsidR="0040090F" w:rsidRDefault="0085639A" w14:paraId="7005B52C" w14:textId="77777777">
            <w:pPr>
              <w:spacing w:before="40" w:after="40"/>
              <w:jc w:val="center"/>
            </w:pPr>
            <w:r>
              <w:rPr>
                <w:rFonts w:ascii="Calibri" w:hAnsi="Calibri"/>
                <w:b/>
                <w:color w:val="FFFFFF"/>
                <w:sz w:val="20"/>
              </w:rPr>
              <w:t>Fee/Charge</w:t>
            </w:r>
          </w:p>
        </w:tc>
        <w:tc>
          <w:tcPr>
            <w:tcW w:w="3120" w:type="dxa"/>
            <w:shd w:val="clear" w:color="auto" w:fill="000000" w:themeFill="text1"/>
            <w:vAlign w:val="center"/>
          </w:tcPr>
          <w:p w:rsidR="0040090F" w:rsidRDefault="0085639A" w14:paraId="26045D3C" w14:textId="77777777">
            <w:pPr>
              <w:spacing w:before="40" w:after="40"/>
              <w:jc w:val="center"/>
            </w:pPr>
            <w:r>
              <w:rPr>
                <w:rFonts w:ascii="Calibri" w:hAnsi="Calibri"/>
                <w:b/>
                <w:color w:val="FFFFFF"/>
                <w:sz w:val="20"/>
              </w:rPr>
              <w:t>Description</w:t>
            </w:r>
          </w:p>
        </w:tc>
        <w:tc>
          <w:tcPr>
            <w:tcW w:w="3120" w:type="dxa"/>
            <w:shd w:val="clear" w:color="auto" w:fill="000000" w:themeFill="text1"/>
            <w:vAlign w:val="center"/>
          </w:tcPr>
          <w:p w:rsidR="0040090F" w:rsidRDefault="0085639A" w14:paraId="10799134" w14:textId="77777777">
            <w:pPr>
              <w:spacing w:before="40" w:after="40"/>
              <w:jc w:val="center"/>
            </w:pPr>
            <w:r>
              <w:rPr>
                <w:rFonts w:ascii="Calibri" w:hAnsi="Calibri"/>
                <w:b/>
                <w:color w:val="FFFFFF"/>
                <w:sz w:val="20"/>
              </w:rPr>
              <w:t>€ Amount</w:t>
            </w:r>
          </w:p>
        </w:tc>
      </w:tr>
      <w:tr w:rsidR="0040090F" w:rsidTr="49DDAEFC" w14:paraId="3F6D892E" w14:textId="77777777">
        <w:trPr>
          <w:jc w:val="center"/>
        </w:trPr>
        <w:tc>
          <w:tcPr>
            <w:tcW w:w="3120" w:type="dxa"/>
            <w:vAlign w:val="center"/>
          </w:tcPr>
          <w:p w:rsidR="0040090F" w:rsidRDefault="0085639A" w14:paraId="5CDFCE60" w14:textId="77777777">
            <w:pPr>
              <w:spacing w:before="40" w:after="40"/>
            </w:pPr>
            <w:r>
              <w:rPr>
                <w:rFonts w:ascii="Calibri" w:hAnsi="Calibri"/>
                <w:color w:val="000000"/>
                <w:sz w:val="20"/>
              </w:rPr>
              <w:t>Academic (Transcript)</w:t>
            </w:r>
          </w:p>
        </w:tc>
        <w:tc>
          <w:tcPr>
            <w:tcW w:w="3120" w:type="dxa"/>
            <w:vAlign w:val="center"/>
          </w:tcPr>
          <w:p w:rsidR="0040090F" w:rsidRDefault="0085639A" w14:paraId="10FD2D04" w14:textId="77777777">
            <w:pPr>
              <w:spacing w:before="40" w:after="40"/>
            </w:pPr>
            <w:r>
              <w:rPr>
                <w:rFonts w:ascii="Calibri" w:hAnsi="Calibri"/>
                <w:color w:val="000000"/>
                <w:sz w:val="20"/>
              </w:rPr>
              <w:t>One copy of academic record is provided for free.  Additional formal records are available on request.</w:t>
            </w:r>
          </w:p>
        </w:tc>
        <w:tc>
          <w:tcPr>
            <w:tcW w:w="3120" w:type="dxa"/>
            <w:vAlign w:val="center"/>
          </w:tcPr>
          <w:p w:rsidR="0040090F" w:rsidRDefault="0085639A" w14:paraId="5BB4BAC2" w14:textId="77777777">
            <w:pPr>
              <w:spacing w:before="40" w:after="40"/>
            </w:pPr>
            <w:r>
              <w:rPr>
                <w:rFonts w:ascii="Calibri" w:hAnsi="Calibri"/>
                <w:color w:val="000000"/>
                <w:sz w:val="20"/>
              </w:rPr>
              <w:t>25</w:t>
            </w:r>
          </w:p>
        </w:tc>
      </w:tr>
      <w:tr w:rsidR="0040090F" w:rsidTr="49DDAEFC" w14:paraId="42450255" w14:textId="77777777">
        <w:trPr>
          <w:jc w:val="center"/>
        </w:trPr>
        <w:tc>
          <w:tcPr>
            <w:tcW w:w="3120" w:type="dxa"/>
            <w:vAlign w:val="center"/>
          </w:tcPr>
          <w:p w:rsidR="0040090F" w:rsidRDefault="0085639A" w14:paraId="68348858" w14:textId="77777777">
            <w:pPr>
              <w:spacing w:before="40" w:after="40"/>
            </w:pPr>
            <w:r>
              <w:rPr>
                <w:rFonts w:ascii="Calibri" w:hAnsi="Calibri"/>
                <w:color w:val="000000"/>
                <w:sz w:val="20"/>
              </w:rPr>
              <w:t>Examinations Review</w:t>
            </w:r>
          </w:p>
        </w:tc>
        <w:tc>
          <w:tcPr>
            <w:tcW w:w="3120" w:type="dxa"/>
            <w:vAlign w:val="center"/>
          </w:tcPr>
          <w:p w:rsidR="0040090F" w:rsidRDefault="0085639A" w14:paraId="425F819E" w14:textId="77777777">
            <w:pPr>
              <w:spacing w:before="40" w:after="40"/>
            </w:pPr>
            <w:r>
              <w:rPr>
                <w:rFonts w:ascii="Calibri" w:hAnsi="Calibri"/>
                <w:color w:val="000000"/>
                <w:sz w:val="20"/>
              </w:rPr>
              <w:t>Applicable when a student applies to review an exam</w:t>
            </w:r>
          </w:p>
        </w:tc>
        <w:tc>
          <w:tcPr>
            <w:tcW w:w="3120" w:type="dxa"/>
            <w:vAlign w:val="center"/>
          </w:tcPr>
          <w:p w:rsidR="0040090F" w:rsidRDefault="0085639A" w14:paraId="64FC6895" w14:textId="77777777">
            <w:pPr>
              <w:spacing w:before="40" w:after="40"/>
            </w:pPr>
            <w:r>
              <w:rPr>
                <w:rFonts w:ascii="Calibri" w:hAnsi="Calibri"/>
                <w:color w:val="000000"/>
                <w:sz w:val="20"/>
              </w:rPr>
              <w:t>50 per module</w:t>
            </w:r>
          </w:p>
        </w:tc>
      </w:tr>
      <w:tr w:rsidR="0040090F" w:rsidTr="49DDAEFC" w14:paraId="3A4875CB" w14:textId="77777777">
        <w:trPr>
          <w:jc w:val="center"/>
        </w:trPr>
        <w:tc>
          <w:tcPr>
            <w:tcW w:w="3120" w:type="dxa"/>
            <w:vAlign w:val="center"/>
          </w:tcPr>
          <w:p w:rsidR="0040090F" w:rsidRDefault="0085639A" w14:paraId="6C77476D" w14:textId="77777777">
            <w:pPr>
              <w:spacing w:before="40" w:after="40"/>
            </w:pPr>
            <w:r>
              <w:rPr>
                <w:rFonts w:ascii="Calibri" w:hAnsi="Calibri"/>
                <w:color w:val="000000"/>
                <w:sz w:val="20"/>
              </w:rPr>
              <w:t>Examinations – Exam Only (External Repeat)</w:t>
            </w:r>
          </w:p>
        </w:tc>
        <w:tc>
          <w:tcPr>
            <w:tcW w:w="3120" w:type="dxa"/>
            <w:vAlign w:val="center"/>
          </w:tcPr>
          <w:p w:rsidR="0040090F" w:rsidRDefault="0085639A" w14:paraId="36FC048E" w14:textId="77777777">
            <w:pPr>
              <w:spacing w:before="40" w:after="40"/>
            </w:pPr>
            <w:r>
              <w:rPr>
                <w:rFonts w:ascii="Calibri" w:hAnsi="Calibri"/>
                <w:color w:val="000000"/>
                <w:sz w:val="20"/>
              </w:rPr>
              <w:t>Applicable when a student only wishes to sit an exam (i.e. not attend through the year/semester)</w:t>
            </w:r>
          </w:p>
        </w:tc>
        <w:tc>
          <w:tcPr>
            <w:tcW w:w="3120" w:type="dxa"/>
            <w:vAlign w:val="center"/>
          </w:tcPr>
          <w:p w:rsidR="0040090F" w:rsidRDefault="0085639A" w14:paraId="7D477B0C" w14:textId="77777777">
            <w:pPr>
              <w:spacing w:before="40" w:after="40"/>
            </w:pPr>
            <w:r>
              <w:rPr>
                <w:rFonts w:ascii="Calibri" w:hAnsi="Calibri"/>
                <w:color w:val="000000"/>
                <w:sz w:val="20"/>
              </w:rPr>
              <w:t>150 per session sitting (non-refundable)</w:t>
            </w:r>
          </w:p>
        </w:tc>
      </w:tr>
      <w:tr w:rsidR="0040090F" w:rsidTr="49DDAEFC" w14:paraId="216FF855" w14:textId="77777777">
        <w:trPr>
          <w:jc w:val="center"/>
        </w:trPr>
        <w:tc>
          <w:tcPr>
            <w:tcW w:w="3120" w:type="dxa"/>
            <w:vAlign w:val="center"/>
          </w:tcPr>
          <w:p w:rsidR="0040090F" w:rsidRDefault="0085639A" w14:paraId="08DBBF19" w14:textId="77777777">
            <w:pPr>
              <w:spacing w:before="40" w:after="40"/>
            </w:pPr>
            <w:r>
              <w:rPr>
                <w:rFonts w:ascii="Calibri" w:hAnsi="Calibri"/>
                <w:color w:val="000000"/>
                <w:sz w:val="20"/>
              </w:rPr>
              <w:t>Examinations – Progress and Carry</w:t>
            </w:r>
          </w:p>
        </w:tc>
        <w:tc>
          <w:tcPr>
            <w:tcW w:w="3120" w:type="dxa"/>
            <w:vAlign w:val="center"/>
          </w:tcPr>
          <w:p w:rsidR="0040090F" w:rsidP="49DDAEFC" w:rsidRDefault="53C06C58" w14:paraId="713EC718" w14:textId="185795E4">
            <w:pPr>
              <w:spacing w:before="40" w:after="40"/>
              <w:rPr>
                <w:rFonts w:ascii="Calibri" w:hAnsi="Calibri"/>
                <w:color w:val="000000" w:themeColor="text1"/>
                <w:sz w:val="20"/>
                <w:szCs w:val="20"/>
              </w:rPr>
            </w:pPr>
            <w:r w:rsidRPr="49DDAEFC">
              <w:rPr>
                <w:rFonts w:ascii="Calibri" w:hAnsi="Calibri"/>
                <w:color w:val="000000" w:themeColor="text1"/>
                <w:sz w:val="20"/>
                <w:szCs w:val="20"/>
              </w:rPr>
              <w:t xml:space="preserve">The following conditions apply: You can only carry forward up to a maximum of 10 credits You cannot apply across award </w:t>
            </w:r>
            <w:r w:rsidRPr="49DDAEFC" w:rsidR="49740E66">
              <w:rPr>
                <w:rFonts w:ascii="Calibri" w:hAnsi="Calibri"/>
                <w:color w:val="000000" w:themeColor="text1"/>
                <w:sz w:val="20"/>
                <w:szCs w:val="20"/>
              </w:rPr>
              <w:t>years A</w:t>
            </w:r>
            <w:r w:rsidRPr="49DDAEFC">
              <w:rPr>
                <w:rFonts w:ascii="Calibri" w:hAnsi="Calibri"/>
                <w:color w:val="000000" w:themeColor="text1"/>
                <w:sz w:val="20"/>
                <w:szCs w:val="20"/>
              </w:rPr>
              <w:t xml:space="preserve"> module can only be carried into the following year The fee to progress and carry is not covered by any grant</w:t>
            </w:r>
          </w:p>
        </w:tc>
        <w:tc>
          <w:tcPr>
            <w:tcW w:w="3120" w:type="dxa"/>
            <w:vAlign w:val="center"/>
          </w:tcPr>
          <w:p w:rsidR="0040090F" w:rsidRDefault="0085639A" w14:paraId="1068D996" w14:textId="77777777">
            <w:pPr>
              <w:spacing w:before="40" w:after="40"/>
            </w:pPr>
            <w:r>
              <w:rPr>
                <w:rFonts w:ascii="Calibri" w:hAnsi="Calibri"/>
                <w:color w:val="000000"/>
                <w:sz w:val="20"/>
              </w:rPr>
              <w:t>225 - 5 credits 400 - 10 credits</w:t>
            </w:r>
          </w:p>
        </w:tc>
      </w:tr>
      <w:tr w:rsidR="0040090F" w:rsidTr="49DDAEFC" w14:paraId="6BC10CC4" w14:textId="77777777">
        <w:trPr>
          <w:jc w:val="center"/>
        </w:trPr>
        <w:tc>
          <w:tcPr>
            <w:tcW w:w="3120" w:type="dxa"/>
            <w:vAlign w:val="center"/>
          </w:tcPr>
          <w:p w:rsidR="0040090F" w:rsidRDefault="0085639A" w14:paraId="5F968821" w14:textId="77777777">
            <w:pPr>
              <w:spacing w:before="40" w:after="40"/>
            </w:pPr>
            <w:r>
              <w:rPr>
                <w:rFonts w:ascii="Calibri" w:hAnsi="Calibri"/>
                <w:color w:val="000000"/>
                <w:sz w:val="20"/>
              </w:rPr>
              <w:t>Repeat and Attend</w:t>
            </w:r>
          </w:p>
        </w:tc>
        <w:tc>
          <w:tcPr>
            <w:tcW w:w="3120" w:type="dxa"/>
            <w:vAlign w:val="center"/>
          </w:tcPr>
          <w:p w:rsidR="0040090F" w:rsidRDefault="0085639A" w14:paraId="2CF13D1F" w14:textId="77777777">
            <w:pPr>
              <w:spacing w:before="40" w:after="40"/>
            </w:pPr>
            <w:r>
              <w:rPr>
                <w:rFonts w:ascii="Calibri" w:hAnsi="Calibri"/>
                <w:color w:val="000000"/>
                <w:sz w:val="20"/>
              </w:rPr>
              <w:t>Students who wish to attend class to repeat modules will be charged a proportionate fee.</w:t>
            </w:r>
          </w:p>
        </w:tc>
        <w:tc>
          <w:tcPr>
            <w:tcW w:w="3120" w:type="dxa"/>
            <w:vAlign w:val="center"/>
          </w:tcPr>
          <w:p w:rsidR="0040090F" w:rsidRDefault="0085639A" w14:paraId="3DC28DA7" w14:textId="77777777">
            <w:pPr>
              <w:spacing w:before="40" w:after="40"/>
            </w:pPr>
            <w:r>
              <w:rPr>
                <w:rFonts w:ascii="Calibri" w:hAnsi="Calibri"/>
                <w:color w:val="000000"/>
                <w:sz w:val="20"/>
              </w:rPr>
              <w:t>Section 5.2 below indicates the appropriate fees charged</w:t>
            </w:r>
          </w:p>
        </w:tc>
      </w:tr>
      <w:tr w:rsidR="0040090F" w:rsidTr="49DDAEFC" w14:paraId="04AE6B1B" w14:textId="77777777">
        <w:trPr>
          <w:jc w:val="center"/>
        </w:trPr>
        <w:tc>
          <w:tcPr>
            <w:tcW w:w="3120" w:type="dxa"/>
            <w:vAlign w:val="center"/>
          </w:tcPr>
          <w:p w:rsidR="0040090F" w:rsidRDefault="0085639A" w14:paraId="6813B7E2" w14:textId="77777777">
            <w:pPr>
              <w:spacing w:before="40" w:after="40"/>
            </w:pPr>
            <w:r>
              <w:rPr>
                <w:rFonts w:ascii="Calibri" w:hAnsi="Calibri"/>
                <w:color w:val="000000"/>
                <w:sz w:val="20"/>
              </w:rPr>
              <w:t>Exit Award</w:t>
            </w:r>
          </w:p>
        </w:tc>
        <w:tc>
          <w:tcPr>
            <w:tcW w:w="3120" w:type="dxa"/>
            <w:vAlign w:val="center"/>
          </w:tcPr>
          <w:p w:rsidR="0040090F" w:rsidRDefault="0085639A" w14:paraId="57823C88" w14:textId="77777777">
            <w:pPr>
              <w:spacing w:before="40" w:after="40"/>
            </w:pPr>
            <w:r>
              <w:rPr>
                <w:rFonts w:ascii="Calibri" w:hAnsi="Calibri"/>
                <w:color w:val="000000"/>
                <w:sz w:val="20"/>
              </w:rPr>
              <w:t xml:space="preserve">Students who wish to Exit the parent </w:t>
            </w:r>
            <w:proofErr w:type="spellStart"/>
            <w:r>
              <w:rPr>
                <w:rFonts w:ascii="Calibri" w:hAnsi="Calibri"/>
                <w:color w:val="000000"/>
                <w:sz w:val="20"/>
              </w:rPr>
              <w:t>programme</w:t>
            </w:r>
            <w:proofErr w:type="spellEnd"/>
            <w:r>
              <w:rPr>
                <w:rFonts w:ascii="Calibri" w:hAnsi="Calibri"/>
                <w:color w:val="000000"/>
                <w:sz w:val="20"/>
              </w:rPr>
              <w:t xml:space="preserve"> with a Level 6/7 Award</w:t>
            </w:r>
          </w:p>
        </w:tc>
        <w:tc>
          <w:tcPr>
            <w:tcW w:w="3120" w:type="dxa"/>
            <w:vAlign w:val="center"/>
          </w:tcPr>
          <w:p w:rsidR="0040090F" w:rsidRDefault="0085639A" w14:paraId="3A5908AB" w14:textId="77777777">
            <w:pPr>
              <w:spacing w:before="40" w:after="40"/>
            </w:pPr>
            <w:r>
              <w:rPr>
                <w:rFonts w:ascii="Calibri" w:hAnsi="Calibri"/>
                <w:color w:val="000000"/>
                <w:sz w:val="20"/>
              </w:rPr>
              <w:t>100</w:t>
            </w:r>
          </w:p>
        </w:tc>
      </w:tr>
      <w:tr w:rsidR="0040090F" w:rsidTr="49DDAEFC" w14:paraId="0E82E58E" w14:textId="77777777">
        <w:trPr>
          <w:jc w:val="center"/>
        </w:trPr>
        <w:tc>
          <w:tcPr>
            <w:tcW w:w="3120" w:type="dxa"/>
            <w:vAlign w:val="center"/>
          </w:tcPr>
          <w:p w:rsidR="0040090F" w:rsidRDefault="0085639A" w14:paraId="324F9C43" w14:textId="77777777">
            <w:pPr>
              <w:spacing w:before="40" w:after="40"/>
            </w:pPr>
            <w:r>
              <w:rPr>
                <w:rFonts w:ascii="Calibri" w:hAnsi="Calibri"/>
                <w:color w:val="000000"/>
                <w:sz w:val="20"/>
              </w:rPr>
              <w:t>Graduation Parchment Replacement</w:t>
            </w:r>
          </w:p>
        </w:tc>
        <w:tc>
          <w:tcPr>
            <w:tcW w:w="3120" w:type="dxa"/>
            <w:vAlign w:val="center"/>
          </w:tcPr>
          <w:p w:rsidR="0040090F" w:rsidRDefault="0085639A" w14:paraId="332A8BAF" w14:textId="77777777">
            <w:pPr>
              <w:spacing w:before="40" w:after="40"/>
            </w:pPr>
            <w:r>
              <w:rPr>
                <w:rFonts w:ascii="Calibri" w:hAnsi="Calibri"/>
                <w:color w:val="000000"/>
                <w:sz w:val="20"/>
              </w:rPr>
              <w:t xml:space="preserve">Initial parchment is free.  Fee is applicable for a replacement parchment.  Application process includes a statutory declaration </w:t>
            </w:r>
            <w:proofErr w:type="spellStart"/>
            <w:r>
              <w:rPr>
                <w:rFonts w:ascii="Calibri" w:hAnsi="Calibri"/>
                <w:color w:val="000000"/>
                <w:sz w:val="20"/>
              </w:rPr>
              <w:t>notarised</w:t>
            </w:r>
            <w:proofErr w:type="spellEnd"/>
            <w:r>
              <w:rPr>
                <w:rFonts w:ascii="Calibri" w:hAnsi="Calibri"/>
                <w:color w:val="000000"/>
                <w:sz w:val="20"/>
              </w:rPr>
              <w:t xml:space="preserve"> by a commissioner of oaths</w:t>
            </w:r>
          </w:p>
        </w:tc>
        <w:tc>
          <w:tcPr>
            <w:tcW w:w="3120" w:type="dxa"/>
            <w:vAlign w:val="center"/>
          </w:tcPr>
          <w:p w:rsidR="0040090F" w:rsidRDefault="0085639A" w14:paraId="023D8E25" w14:textId="77777777">
            <w:pPr>
              <w:spacing w:before="40" w:after="40"/>
            </w:pPr>
            <w:r>
              <w:rPr>
                <w:rFonts w:ascii="Calibri" w:hAnsi="Calibri"/>
                <w:color w:val="000000"/>
                <w:sz w:val="20"/>
              </w:rPr>
              <w:t>65</w:t>
            </w:r>
          </w:p>
        </w:tc>
      </w:tr>
      <w:tr w:rsidR="0040090F" w:rsidTr="49DDAEFC" w14:paraId="359A6FE8" w14:textId="77777777">
        <w:trPr>
          <w:jc w:val="center"/>
        </w:trPr>
        <w:tc>
          <w:tcPr>
            <w:tcW w:w="3120" w:type="dxa"/>
            <w:vAlign w:val="center"/>
          </w:tcPr>
          <w:p w:rsidR="0040090F" w:rsidRDefault="0085639A" w14:paraId="4EAD3056" w14:textId="77777777">
            <w:pPr>
              <w:spacing w:before="40" w:after="40"/>
            </w:pPr>
            <w:r>
              <w:rPr>
                <w:rFonts w:ascii="Calibri" w:hAnsi="Calibri"/>
                <w:color w:val="000000"/>
                <w:sz w:val="20"/>
              </w:rPr>
              <w:t>Replacement – Student Card</w:t>
            </w:r>
          </w:p>
        </w:tc>
        <w:tc>
          <w:tcPr>
            <w:tcW w:w="3120" w:type="dxa"/>
            <w:vAlign w:val="center"/>
          </w:tcPr>
          <w:p w:rsidR="0040090F" w:rsidRDefault="0085639A" w14:paraId="6524231D" w14:textId="77777777">
            <w:pPr>
              <w:spacing w:before="40" w:after="40"/>
            </w:pPr>
            <w:r>
              <w:rPr>
                <w:rFonts w:ascii="Calibri" w:hAnsi="Calibri"/>
                <w:color w:val="000000"/>
                <w:sz w:val="20"/>
              </w:rPr>
              <w:t>Initial student card is free.  A fee is only applicable for replacing a lost card</w:t>
            </w:r>
          </w:p>
        </w:tc>
        <w:tc>
          <w:tcPr>
            <w:tcW w:w="3120" w:type="dxa"/>
            <w:vAlign w:val="center"/>
          </w:tcPr>
          <w:p w:rsidR="0040090F" w:rsidRDefault="0085639A" w14:paraId="36640181" w14:textId="77777777">
            <w:pPr>
              <w:spacing w:before="40" w:after="40"/>
            </w:pPr>
            <w:r>
              <w:rPr>
                <w:rFonts w:ascii="Calibri" w:hAnsi="Calibri"/>
                <w:color w:val="000000"/>
                <w:sz w:val="20"/>
              </w:rPr>
              <w:t>10</w:t>
            </w:r>
          </w:p>
        </w:tc>
      </w:tr>
    </w:tbl>
    <w:p w:rsidR="0040090F" w:rsidRDefault="0040090F" w14:paraId="00C3DA0C" w14:textId="77777777"/>
    <w:p w:rsidR="0040090F" w:rsidRDefault="0040090F" w14:paraId="3D7EE37D" w14:textId="19F66577">
      <w:r>
        <w:br w:type="page"/>
      </w:r>
    </w:p>
    <w:p w:rsidR="0040090F" w:rsidP="487DDC34" w:rsidRDefault="0040090F" w14:paraId="7490ABC3" w14:textId="3CCAC135"/>
    <w:tbl>
      <w:tblPr>
        <w:tblW w:w="0" w:type="auto"/>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9360"/>
      </w:tblGrid>
      <w:tr w:rsidR="0040090F" w:rsidTr="49DDAEFC" w14:paraId="271DB65F" w14:textId="77777777">
        <w:trPr>
          <w:jc w:val="center"/>
        </w:trPr>
        <w:tc>
          <w:tcPr>
            <w:tcW w:w="9360" w:type="dxa"/>
            <w:shd w:val="clear" w:color="auto" w:fill="000000" w:themeFill="text1"/>
            <w:vAlign w:val="center"/>
          </w:tcPr>
          <w:p w:rsidR="0040090F" w:rsidP="49DDAEFC" w:rsidRDefault="7A9FE6E9" w14:paraId="6D1A5AE3" w14:textId="280CD10D">
            <w:pPr>
              <w:spacing w:before="40" w:after="40"/>
              <w:jc w:val="center"/>
              <w:rPr>
                <w:rFonts w:ascii="Calibri" w:hAnsi="Calibri"/>
                <w:b/>
                <w:bCs/>
                <w:color w:val="FFFFFF" w:themeColor="background1"/>
                <w:sz w:val="20"/>
                <w:szCs w:val="20"/>
              </w:rPr>
            </w:pPr>
            <w:r w:rsidRPr="49DDAEFC">
              <w:rPr>
                <w:rFonts w:ascii="Calibri" w:hAnsi="Calibri"/>
                <w:b/>
                <w:bCs/>
                <w:color w:val="FFFFFF" w:themeColor="background1"/>
                <w:sz w:val="20"/>
                <w:szCs w:val="20"/>
              </w:rPr>
              <w:t>5.2 Recognition</w:t>
            </w:r>
            <w:r w:rsidRPr="49DDAEFC" w:rsidR="53C06C58">
              <w:rPr>
                <w:rFonts w:ascii="Calibri" w:hAnsi="Calibri"/>
                <w:b/>
                <w:bCs/>
                <w:color w:val="FFFFFF" w:themeColor="background1"/>
                <w:sz w:val="20"/>
                <w:szCs w:val="20"/>
              </w:rPr>
              <w:t xml:space="preserve"> of Prior Learning/Accreditation of Prior Learning/Exemptions - MIDLANDS</w:t>
            </w:r>
          </w:p>
        </w:tc>
      </w:tr>
      <w:tr w:rsidR="0040090F" w:rsidTr="49DDAEFC" w14:paraId="63837071" w14:textId="77777777">
        <w:trPr>
          <w:jc w:val="center"/>
        </w:trPr>
        <w:tc>
          <w:tcPr>
            <w:tcW w:w="9360" w:type="dxa"/>
            <w:vAlign w:val="center"/>
          </w:tcPr>
          <w:p w:rsidR="0040090F" w:rsidRDefault="0085639A" w14:paraId="39EA1063" w14:textId="77777777">
            <w:pPr>
              <w:spacing w:before="40" w:after="40"/>
            </w:pPr>
            <w:r>
              <w:rPr>
                <w:rFonts w:ascii="Calibri" w:hAnsi="Calibri"/>
                <w:color w:val="000000"/>
                <w:sz w:val="20"/>
              </w:rPr>
              <w:t>Faculty of Continuing, Professional, Online and Distance Learning – Part Time</w:t>
            </w:r>
          </w:p>
        </w:tc>
      </w:tr>
    </w:tbl>
    <w:p w:rsidR="0040090F" w:rsidP="32E52A48" w:rsidRDefault="0040090F" w14:paraId="1FBE3008" w14:textId="4E83718B"/>
    <w:p w:rsidR="0040090F" w:rsidRDefault="0085639A" w14:paraId="5E45710E" w14:textId="77777777">
      <w:r>
        <w:rPr>
          <w:rFonts w:ascii="Calibri" w:hAnsi="Calibri"/>
          <w:color w:val="000000"/>
        </w:rPr>
        <w:t>Faculty of Continuing, Professional, Online and Distance Learning – Part-Time</w:t>
      </w:r>
    </w:p>
    <w:p w:rsidR="0040090F" w:rsidP="32E52A48" w:rsidRDefault="0085639A" w14:paraId="290F113C" w14:textId="77777777">
      <w:pPr>
        <w:rPr>
          <w:rFonts w:ascii="Calibri" w:hAnsi="Calibri"/>
          <w:b/>
          <w:bCs/>
          <w:color w:val="000000" w:themeColor="text1"/>
        </w:rPr>
      </w:pPr>
      <w:r w:rsidRPr="32E52A48">
        <w:rPr>
          <w:rFonts w:ascii="Calibri" w:hAnsi="Calibri"/>
          <w:b/>
          <w:bCs/>
          <w:color w:val="000000" w:themeColor="text1"/>
        </w:rPr>
        <w:t>Recognition of Prior Experiential Learning (RPL)</w:t>
      </w:r>
    </w:p>
    <w:p w:rsidR="0040090F" w:rsidRDefault="0085639A" w14:paraId="4214FAE5" w14:textId="77777777">
      <w:r>
        <w:rPr>
          <w:rFonts w:ascii="Calibri" w:hAnsi="Calibri"/>
          <w:color w:val="000000"/>
        </w:rPr>
        <w:t>Recognition of Prior Experiential Learning (RPL) is the process by which students may be awarded academic credit for relevant learning gained through professional practice, employment experience, formal or non-formal training (certified or non-certified), or other structured learning activities.</w:t>
      </w:r>
    </w:p>
    <w:p w:rsidR="0040090F" w:rsidRDefault="0085639A" w14:paraId="39EA03B3" w14:textId="77777777">
      <w:r>
        <w:rPr>
          <w:rFonts w:ascii="Calibri" w:hAnsi="Calibri"/>
          <w:color w:val="000000"/>
        </w:rPr>
        <w:t xml:space="preserve">RPL enables applicants to demonstrate that prior learning has achieved the required learning outcomes of specific modules or </w:t>
      </w:r>
      <w:proofErr w:type="spellStart"/>
      <w:r>
        <w:rPr>
          <w:rFonts w:ascii="Calibri" w:hAnsi="Calibri"/>
          <w:color w:val="000000"/>
        </w:rPr>
        <w:t>programme</w:t>
      </w:r>
      <w:proofErr w:type="spellEnd"/>
      <w:r>
        <w:rPr>
          <w:rFonts w:ascii="Calibri" w:hAnsi="Calibri"/>
          <w:color w:val="000000"/>
        </w:rPr>
        <w:t xml:space="preserve"> entry criteria.</w:t>
      </w:r>
    </w:p>
    <w:p w:rsidR="0040090F" w:rsidP="49DDAEFC" w:rsidRDefault="53C06C58" w14:paraId="619CC211" w14:textId="535938CF">
      <w:pPr>
        <w:rPr>
          <w:rFonts w:ascii="Calibri" w:hAnsi="Calibri"/>
          <w:color w:val="000000" w:themeColor="text1"/>
        </w:rPr>
      </w:pPr>
      <w:r w:rsidRPr="49DDAEFC">
        <w:rPr>
          <w:rFonts w:ascii="Calibri" w:hAnsi="Calibri"/>
          <w:color w:val="000000" w:themeColor="text1"/>
        </w:rPr>
        <w:t xml:space="preserve">Applicants who do not meet the formal academic entry requirements for a </w:t>
      </w:r>
      <w:proofErr w:type="spellStart"/>
      <w:r w:rsidRPr="49DDAEFC">
        <w:rPr>
          <w:rFonts w:ascii="Calibri" w:hAnsi="Calibri"/>
          <w:color w:val="000000" w:themeColor="text1"/>
        </w:rPr>
        <w:t>programme</w:t>
      </w:r>
      <w:proofErr w:type="spellEnd"/>
      <w:r w:rsidRPr="49DDAEFC">
        <w:rPr>
          <w:rFonts w:ascii="Calibri" w:hAnsi="Calibri"/>
          <w:color w:val="000000" w:themeColor="text1"/>
        </w:rPr>
        <w:t xml:space="preserve"> may apply for consideration under the RPL process. In such cases, the applicant will be required to submit a structured Learning Portfolio for assessment. The portfolio must evidence relevant knowledge, skills and competencies aligned to the </w:t>
      </w:r>
      <w:proofErr w:type="spellStart"/>
      <w:r w:rsidRPr="49DDAEFC">
        <w:rPr>
          <w:rFonts w:ascii="Calibri" w:hAnsi="Calibri"/>
          <w:color w:val="000000" w:themeColor="text1"/>
        </w:rPr>
        <w:t>programme</w:t>
      </w:r>
      <w:proofErr w:type="spellEnd"/>
      <w:r w:rsidRPr="49DDAEFC">
        <w:rPr>
          <w:rFonts w:ascii="Calibri" w:hAnsi="Calibri"/>
          <w:color w:val="000000" w:themeColor="text1"/>
        </w:rPr>
        <w:t xml:space="preserve"> learning outcomes and will be subject to academic review in accordance with </w:t>
      </w:r>
      <w:r w:rsidRPr="49DDAEFC" w:rsidR="6C384781">
        <w:rPr>
          <w:rFonts w:ascii="Calibri" w:hAnsi="Calibri"/>
          <w:color w:val="000000" w:themeColor="text1"/>
        </w:rPr>
        <w:t>university</w:t>
      </w:r>
      <w:r w:rsidRPr="49DDAEFC">
        <w:rPr>
          <w:rFonts w:ascii="Calibri" w:hAnsi="Calibri"/>
          <w:color w:val="000000" w:themeColor="text1"/>
        </w:rPr>
        <w:t xml:space="preserve"> policy.</w:t>
      </w:r>
    </w:p>
    <w:p w:rsidR="0040090F" w:rsidRDefault="0582E7F5" w14:paraId="55CDF06C" w14:textId="25282544">
      <w:r w:rsidRPr="2E572E64">
        <w:rPr>
          <w:rFonts w:ascii="Calibri" w:hAnsi="Calibri"/>
          <w:color w:val="000000" w:themeColor="text1"/>
        </w:rPr>
        <w:t xml:space="preserve">A non-refundable RPL application fee of €300 </w:t>
      </w:r>
      <w:r w:rsidRPr="2E572E64" w:rsidR="758C2FBA">
        <w:rPr>
          <w:rFonts w:ascii="Calibri" w:hAnsi="Calibri"/>
          <w:color w:val="000000" w:themeColor="text1"/>
        </w:rPr>
        <w:t xml:space="preserve">per </w:t>
      </w:r>
      <w:r w:rsidRPr="2E572E64" w:rsidR="4297E295">
        <w:rPr>
          <w:rFonts w:ascii="Calibri" w:hAnsi="Calibri"/>
          <w:color w:val="000000" w:themeColor="text1"/>
        </w:rPr>
        <w:t>Application</w:t>
      </w:r>
      <w:r w:rsidRPr="2E572E64" w:rsidR="758C2FBA">
        <w:rPr>
          <w:rFonts w:ascii="Calibri" w:hAnsi="Calibri"/>
          <w:color w:val="000000" w:themeColor="text1"/>
        </w:rPr>
        <w:t xml:space="preserve"> </w:t>
      </w:r>
      <w:r w:rsidRPr="2E572E64">
        <w:rPr>
          <w:rFonts w:ascii="Calibri" w:hAnsi="Calibri"/>
          <w:color w:val="000000" w:themeColor="text1"/>
        </w:rPr>
        <w:t>is payable at the time of submission.</w:t>
      </w:r>
    </w:p>
    <w:p w:rsidR="0040090F" w:rsidRDefault="0582E7F5" w14:paraId="588D4ECD" w14:textId="77777777">
      <w:r w:rsidRPr="487DDC34">
        <w:rPr>
          <w:rFonts w:ascii="Calibri" w:hAnsi="Calibri"/>
          <w:color w:val="000000" w:themeColor="text1"/>
        </w:rPr>
        <w:t>The closing date for RPL applications for the 2026 intake is 1st June 2026.</w:t>
      </w:r>
    </w:p>
    <w:p w:rsidR="2D8721A1" w:rsidP="487DDC34" w:rsidRDefault="2D8721A1" w14:paraId="4C81801F" w14:textId="714F83F1">
      <w:pPr>
        <w:rPr>
          <w:rFonts w:ascii="Calibri" w:hAnsi="Calibri"/>
          <w:color w:val="000000" w:themeColor="text1"/>
        </w:rPr>
      </w:pPr>
      <w:r w:rsidRPr="487DDC34">
        <w:rPr>
          <w:rFonts w:ascii="Calibri" w:hAnsi="Calibri"/>
          <w:color w:val="000000" w:themeColor="text1"/>
        </w:rPr>
        <w:t xml:space="preserve">Potential RPL candidates are encouraged </w:t>
      </w:r>
      <w:r w:rsidRPr="487DDC34" w:rsidR="3155A779">
        <w:rPr>
          <w:rFonts w:ascii="Calibri" w:hAnsi="Calibri"/>
          <w:color w:val="000000" w:themeColor="text1"/>
        </w:rPr>
        <w:t>to contact the Depart</w:t>
      </w:r>
      <w:r w:rsidRPr="487DDC34" w:rsidR="59667C2C">
        <w:rPr>
          <w:rFonts w:ascii="Calibri" w:hAnsi="Calibri"/>
          <w:color w:val="000000" w:themeColor="text1"/>
        </w:rPr>
        <w:t>m</w:t>
      </w:r>
      <w:r w:rsidRPr="487DDC34" w:rsidR="3155A779">
        <w:rPr>
          <w:rFonts w:ascii="Calibri" w:hAnsi="Calibri"/>
          <w:color w:val="000000" w:themeColor="text1"/>
        </w:rPr>
        <w:t>ent of Lifelong Learning Offi</w:t>
      </w:r>
      <w:r w:rsidRPr="487DDC34" w:rsidR="77EE9B76">
        <w:rPr>
          <w:rFonts w:ascii="Calibri" w:hAnsi="Calibri"/>
          <w:color w:val="000000" w:themeColor="text1"/>
        </w:rPr>
        <w:t>c</w:t>
      </w:r>
      <w:r w:rsidRPr="487DDC34" w:rsidR="513A1897">
        <w:rPr>
          <w:rFonts w:ascii="Calibri" w:hAnsi="Calibri"/>
          <w:color w:val="000000" w:themeColor="text1"/>
        </w:rPr>
        <w:t xml:space="preserve">e in the first instance. </w:t>
      </w:r>
    </w:p>
    <w:p w:rsidR="0040090F" w:rsidRDefault="07BFD53C" w14:paraId="4014FA12" w14:textId="77777777">
      <w:r w:rsidRPr="487DDC34">
        <w:rPr>
          <w:rFonts w:ascii="Calibri" w:hAnsi="Calibri"/>
          <w:color w:val="000000" w:themeColor="text1"/>
        </w:rPr>
        <w:t xml:space="preserve">All applications will be assessed in accordance with the University’s approved Recognition of Prior Learning Policy. Submission of an application does not guarantee admission or </w:t>
      </w:r>
      <w:bookmarkStart w:name="_Int_tOFyldfS" w:id="2"/>
      <w:r w:rsidRPr="487DDC34">
        <w:rPr>
          <w:rFonts w:ascii="Calibri" w:hAnsi="Calibri"/>
          <w:color w:val="000000" w:themeColor="text1"/>
        </w:rPr>
        <w:t>the award of credit</w:t>
      </w:r>
      <w:bookmarkEnd w:id="2"/>
      <w:r w:rsidRPr="487DDC34">
        <w:rPr>
          <w:rFonts w:ascii="Calibri" w:hAnsi="Calibri"/>
          <w:color w:val="000000" w:themeColor="text1"/>
        </w:rPr>
        <w:t>.</w:t>
      </w:r>
    </w:p>
    <w:p w:rsidR="49DDAEFC" w:rsidP="49DDAEFC" w:rsidRDefault="49DDAEFC" w14:paraId="4732F90D" w14:textId="4E4462B4">
      <w:pPr>
        <w:rPr>
          <w:rFonts w:ascii="Calibri" w:hAnsi="Calibri"/>
          <w:color w:val="000000" w:themeColor="text1"/>
        </w:rPr>
      </w:pPr>
    </w:p>
    <w:tbl>
      <w:tblPr>
        <w:tblW w:w="0" w:type="auto"/>
        <w:jc w:val="center"/>
        <w:tblBorders>
          <w:top w:val="single" w:color="A39461" w:sz="8" w:space="0"/>
          <w:left w:val="single" w:color="A39461" w:sz="8" w:space="0"/>
          <w:bottom w:val="single" w:color="A39461" w:sz="8" w:space="0"/>
          <w:right w:val="single" w:color="A39461" w:sz="8" w:space="0"/>
          <w:insideH w:val="single" w:color="A39461" w:sz="8" w:space="0"/>
          <w:insideV w:val="single" w:color="A39461" w:sz="8" w:space="0"/>
        </w:tblBorders>
        <w:tblLayout w:type="fixed"/>
        <w:tblLook w:val="04A0" w:firstRow="1" w:lastRow="0" w:firstColumn="1" w:lastColumn="0" w:noHBand="0" w:noVBand="1"/>
      </w:tblPr>
      <w:tblGrid>
        <w:gridCol w:w="4680"/>
        <w:gridCol w:w="4680"/>
      </w:tblGrid>
      <w:tr w:rsidR="0040090F" w:rsidTr="2E572E64" w14:paraId="33AA855F" w14:textId="77777777">
        <w:trPr>
          <w:trHeight w:val="2400"/>
          <w:jc w:val="center"/>
        </w:trPr>
        <w:tc>
          <w:tcPr>
            <w:tcW w:w="4680" w:type="dxa"/>
            <w:shd w:val="clear" w:color="auto" w:fill="595959" w:themeFill="text1" w:themeFillTint="A6"/>
            <w:vAlign w:val="center"/>
          </w:tcPr>
          <w:p w:rsidR="0040090F" w:rsidRDefault="0085639A" w14:paraId="7FCA5815" w14:textId="77777777">
            <w:pPr>
              <w:spacing w:before="40" w:after="40"/>
              <w:jc w:val="center"/>
            </w:pPr>
            <w:r w:rsidRPr="32E52A48">
              <w:rPr>
                <w:rFonts w:ascii="Calibri" w:hAnsi="Calibri"/>
                <w:b/>
                <w:bCs/>
                <w:color w:val="FFFFFF" w:themeColor="background1"/>
                <w:sz w:val="20"/>
                <w:szCs w:val="20"/>
              </w:rPr>
              <w:t>RPL - Experiential Learning Accreditation of Prior Experiential Learning is the system for crediting students for ‘on-the-job’ learning, through training (certified or non-certified) or through a variety of other sources.</w:t>
            </w:r>
          </w:p>
        </w:tc>
        <w:tc>
          <w:tcPr>
            <w:tcW w:w="4680" w:type="dxa"/>
            <w:shd w:val="clear" w:color="auto" w:fill="595959" w:themeFill="text1" w:themeFillTint="A6"/>
            <w:vAlign w:val="center"/>
          </w:tcPr>
          <w:p w:rsidR="0040090F" w:rsidRDefault="0582E7F5" w14:paraId="10A20BC7" w14:textId="38F4D96D">
            <w:pPr>
              <w:spacing w:before="40" w:after="40"/>
              <w:jc w:val="center"/>
            </w:pPr>
            <w:r w:rsidRPr="2E572E64">
              <w:rPr>
                <w:rFonts w:ascii="Calibri" w:hAnsi="Calibri"/>
                <w:b/>
                <w:bCs/>
                <w:color w:val="FFFFFF" w:themeColor="background1"/>
                <w:sz w:val="20"/>
                <w:szCs w:val="20"/>
              </w:rPr>
              <w:t>There is a non-refundable application fee of €300</w:t>
            </w:r>
            <w:r w:rsidRPr="2E572E64" w:rsidR="6EAD3516">
              <w:rPr>
                <w:rFonts w:ascii="Calibri" w:hAnsi="Calibri"/>
                <w:b/>
                <w:bCs/>
                <w:color w:val="FFFFFF" w:themeColor="background1"/>
                <w:sz w:val="20"/>
                <w:szCs w:val="20"/>
              </w:rPr>
              <w:t xml:space="preserve"> per </w:t>
            </w:r>
            <w:r w:rsidRPr="2E572E64" w:rsidR="360DCF80">
              <w:rPr>
                <w:rFonts w:ascii="Calibri" w:hAnsi="Calibri"/>
                <w:b/>
                <w:bCs/>
                <w:color w:val="FFFFFF" w:themeColor="background1"/>
                <w:sz w:val="20"/>
                <w:szCs w:val="20"/>
              </w:rPr>
              <w:t>Application</w:t>
            </w:r>
            <w:r w:rsidRPr="2E572E64" w:rsidR="6EAD3516">
              <w:rPr>
                <w:rFonts w:ascii="Calibri" w:hAnsi="Calibri"/>
                <w:b/>
                <w:bCs/>
                <w:color w:val="FFFFFF" w:themeColor="background1"/>
                <w:sz w:val="20"/>
                <w:szCs w:val="20"/>
              </w:rPr>
              <w:t xml:space="preserve"> which</w:t>
            </w:r>
            <w:r w:rsidRPr="2E572E64">
              <w:rPr>
                <w:rFonts w:ascii="Calibri" w:hAnsi="Calibri"/>
                <w:b/>
                <w:bCs/>
                <w:color w:val="FFFFFF" w:themeColor="background1"/>
                <w:sz w:val="20"/>
                <w:szCs w:val="20"/>
              </w:rPr>
              <w:t xml:space="preserve"> is payable on application. The closing date for the application is 1st June 2026.</w:t>
            </w:r>
          </w:p>
        </w:tc>
      </w:tr>
    </w:tbl>
    <w:p w:rsidR="0040090F" w:rsidRDefault="0040090F" w14:paraId="2FCB4A34" w14:textId="77777777"/>
    <w:p w:rsidR="0040090F" w:rsidRDefault="0040090F" w14:paraId="5A159A27" w14:textId="25D6913C">
      <w:r>
        <w:br w:type="page"/>
      </w:r>
    </w:p>
    <w:p w:rsidR="0040090F" w:rsidP="487DDC34" w:rsidRDefault="0040090F" w14:paraId="24EA8BAD" w14:textId="1AA63D78"/>
    <w:p w:rsidR="0040090F" w:rsidRDefault="0085639A" w14:paraId="54FD3D12" w14:textId="77777777">
      <w:pPr>
        <w:pBdr>
          <w:bottom w:val="single" w:color="C9A227" w:sz="12" w:space="0"/>
        </w:pBdr>
      </w:pPr>
      <w:r>
        <w:rPr>
          <w:rFonts w:ascii="Calibri" w:hAnsi="Calibri"/>
          <w:color w:val="000000"/>
        </w:rPr>
        <w:t>5.3 Lifelong Learning Repeat and Attend students – Fee Schedule 2026/2027 Academic Year</w:t>
      </w:r>
    </w:p>
    <w:p w:rsidR="0040090F" w:rsidRDefault="0085639A" w14:paraId="121CB17C" w14:textId="77777777">
      <w:r>
        <w:rPr>
          <w:rFonts w:ascii="Calibri" w:hAnsi="Calibri"/>
          <w:color w:val="000000"/>
        </w:rPr>
        <w:t>Students who are repeating and attending are required to pay Tuition Fees, based on the number of credits the student is repeating.</w:t>
      </w:r>
    </w:p>
    <w:tbl>
      <w:tblPr>
        <w:tblW w:w="9360" w:type="dxa"/>
        <w:jc w:val="center"/>
        <w:tblBorders>
          <w:top w:val="single" w:color="C9A227" w:sz="8" w:space="0"/>
          <w:left w:val="single" w:color="C9A227" w:sz="8" w:space="0"/>
          <w:bottom w:val="single" w:color="C9A227" w:sz="8" w:space="0"/>
          <w:right w:val="single" w:color="C9A227" w:sz="8" w:space="0"/>
          <w:insideH w:val="single" w:color="C9A227" w:sz="8" w:space="0"/>
          <w:insideV w:val="single" w:color="C9A227" w:sz="8" w:space="0"/>
        </w:tblBorders>
        <w:tblLayout w:type="fixed"/>
        <w:tblLook w:val="04A0" w:firstRow="1" w:lastRow="0" w:firstColumn="1" w:lastColumn="0" w:noHBand="0" w:noVBand="1"/>
      </w:tblPr>
      <w:tblGrid>
        <w:gridCol w:w="1740"/>
        <w:gridCol w:w="945"/>
        <w:gridCol w:w="1125"/>
        <w:gridCol w:w="1140"/>
        <w:gridCol w:w="900"/>
        <w:gridCol w:w="1320"/>
        <w:gridCol w:w="1140"/>
        <w:gridCol w:w="1050"/>
      </w:tblGrid>
      <w:tr w:rsidR="0040090F" w:rsidTr="32E52A48" w14:paraId="312EB479" w14:textId="77777777">
        <w:trPr>
          <w:jc w:val="center"/>
        </w:trPr>
        <w:tc>
          <w:tcPr>
            <w:tcW w:w="1740" w:type="dxa"/>
            <w:shd w:val="clear" w:color="auto" w:fill="000000" w:themeFill="text1"/>
            <w:vAlign w:val="center"/>
          </w:tcPr>
          <w:p w:rsidR="0040090F" w:rsidRDefault="0085639A" w14:paraId="71D1A2A2" w14:textId="77777777">
            <w:pPr>
              <w:spacing w:before="40" w:after="40"/>
              <w:jc w:val="center"/>
            </w:pPr>
            <w:r>
              <w:rPr>
                <w:rFonts w:ascii="Calibri" w:hAnsi="Calibri"/>
                <w:b/>
                <w:color w:val="FFFFFF"/>
                <w:sz w:val="20"/>
              </w:rPr>
              <w:t xml:space="preserve">Undergraduate </w:t>
            </w:r>
            <w:proofErr w:type="spellStart"/>
            <w:r>
              <w:rPr>
                <w:rFonts w:ascii="Calibri" w:hAnsi="Calibri"/>
                <w:b/>
                <w:color w:val="FFFFFF"/>
                <w:sz w:val="20"/>
              </w:rPr>
              <w:t>Programmes</w:t>
            </w:r>
            <w:proofErr w:type="spellEnd"/>
          </w:p>
        </w:tc>
        <w:tc>
          <w:tcPr>
            <w:tcW w:w="945" w:type="dxa"/>
            <w:shd w:val="clear" w:color="auto" w:fill="000000" w:themeFill="text1"/>
            <w:vAlign w:val="center"/>
          </w:tcPr>
          <w:p w:rsidR="0040090F" w:rsidRDefault="0085639A" w14:paraId="125910B9" w14:textId="77777777">
            <w:pPr>
              <w:spacing w:before="40" w:after="40"/>
              <w:jc w:val="center"/>
            </w:pPr>
            <w:r>
              <w:rPr>
                <w:rFonts w:ascii="Calibri" w:hAnsi="Calibri"/>
                <w:b/>
                <w:color w:val="FFFFFF"/>
                <w:sz w:val="20"/>
              </w:rPr>
              <w:t>Annual Fee</w:t>
            </w:r>
          </w:p>
        </w:tc>
        <w:tc>
          <w:tcPr>
            <w:tcW w:w="1125" w:type="dxa"/>
            <w:shd w:val="clear" w:color="auto" w:fill="000000" w:themeFill="text1"/>
            <w:vAlign w:val="center"/>
          </w:tcPr>
          <w:p w:rsidR="0040090F" w:rsidRDefault="0085639A" w14:paraId="7DE34406" w14:textId="77777777">
            <w:pPr>
              <w:spacing w:before="40" w:after="40"/>
              <w:jc w:val="center"/>
            </w:pPr>
            <w:r>
              <w:rPr>
                <w:rFonts w:ascii="Calibri" w:hAnsi="Calibri"/>
                <w:b/>
                <w:color w:val="FFFFFF"/>
                <w:sz w:val="20"/>
              </w:rPr>
              <w:t>Credits</w:t>
            </w:r>
          </w:p>
        </w:tc>
        <w:tc>
          <w:tcPr>
            <w:tcW w:w="1140" w:type="dxa"/>
            <w:shd w:val="clear" w:color="auto" w:fill="000000" w:themeFill="text1"/>
            <w:vAlign w:val="center"/>
          </w:tcPr>
          <w:p w:rsidR="0040090F" w:rsidRDefault="0085639A" w14:paraId="12B58A93" w14:textId="77777777">
            <w:pPr>
              <w:spacing w:before="40" w:after="40"/>
              <w:jc w:val="center"/>
            </w:pPr>
            <w:r>
              <w:rPr>
                <w:rFonts w:ascii="Calibri" w:hAnsi="Calibri"/>
                <w:b/>
                <w:color w:val="FFFFFF"/>
                <w:sz w:val="20"/>
              </w:rPr>
              <w:t>Credits</w:t>
            </w:r>
          </w:p>
        </w:tc>
        <w:tc>
          <w:tcPr>
            <w:tcW w:w="900" w:type="dxa"/>
            <w:shd w:val="clear" w:color="auto" w:fill="000000" w:themeFill="text1"/>
            <w:vAlign w:val="center"/>
          </w:tcPr>
          <w:p w:rsidR="0040090F" w:rsidRDefault="0085639A" w14:paraId="5991EE8F" w14:textId="77777777">
            <w:pPr>
              <w:spacing w:before="40" w:after="40"/>
              <w:jc w:val="center"/>
            </w:pPr>
            <w:r>
              <w:rPr>
                <w:rFonts w:ascii="Calibri" w:hAnsi="Calibri"/>
                <w:b/>
                <w:color w:val="FFFFFF"/>
                <w:sz w:val="20"/>
              </w:rPr>
              <w:t>Credits</w:t>
            </w:r>
          </w:p>
        </w:tc>
        <w:tc>
          <w:tcPr>
            <w:tcW w:w="1320" w:type="dxa"/>
            <w:shd w:val="clear" w:color="auto" w:fill="000000" w:themeFill="text1"/>
            <w:vAlign w:val="center"/>
          </w:tcPr>
          <w:p w:rsidR="0040090F" w:rsidRDefault="0085639A" w14:paraId="4E79D6E3" w14:textId="77777777">
            <w:pPr>
              <w:spacing w:before="40" w:after="40"/>
              <w:jc w:val="center"/>
            </w:pPr>
            <w:r>
              <w:rPr>
                <w:rFonts w:ascii="Calibri" w:hAnsi="Calibri"/>
                <w:b/>
                <w:color w:val="FFFFFF"/>
                <w:sz w:val="20"/>
              </w:rPr>
              <w:t>Credits</w:t>
            </w:r>
          </w:p>
        </w:tc>
        <w:tc>
          <w:tcPr>
            <w:tcW w:w="1140" w:type="dxa"/>
            <w:shd w:val="clear" w:color="auto" w:fill="000000" w:themeFill="text1"/>
            <w:vAlign w:val="center"/>
          </w:tcPr>
          <w:p w:rsidR="0040090F" w:rsidRDefault="0085639A" w14:paraId="3335B4BB" w14:textId="77777777">
            <w:pPr>
              <w:spacing w:before="40" w:after="40"/>
              <w:jc w:val="center"/>
            </w:pPr>
            <w:r>
              <w:rPr>
                <w:rFonts w:ascii="Calibri" w:hAnsi="Calibri"/>
                <w:b/>
                <w:color w:val="FFFFFF"/>
                <w:sz w:val="20"/>
              </w:rPr>
              <w:t>Credits</w:t>
            </w:r>
          </w:p>
        </w:tc>
        <w:tc>
          <w:tcPr>
            <w:tcW w:w="1050" w:type="dxa"/>
            <w:shd w:val="clear" w:color="auto" w:fill="000000" w:themeFill="text1"/>
            <w:vAlign w:val="center"/>
          </w:tcPr>
          <w:p w:rsidR="0040090F" w:rsidRDefault="0085639A" w14:paraId="2E6343D9" w14:textId="77777777">
            <w:pPr>
              <w:spacing w:before="40" w:after="40"/>
              <w:jc w:val="center"/>
            </w:pPr>
            <w:r>
              <w:rPr>
                <w:rFonts w:ascii="Calibri" w:hAnsi="Calibri"/>
                <w:b/>
                <w:color w:val="FFFFFF"/>
                <w:sz w:val="20"/>
              </w:rPr>
              <w:t>Credits</w:t>
            </w:r>
          </w:p>
        </w:tc>
      </w:tr>
      <w:tr w:rsidR="0040090F" w:rsidTr="32E52A48" w14:paraId="0B726222" w14:textId="77777777">
        <w:trPr>
          <w:jc w:val="center"/>
        </w:trPr>
        <w:tc>
          <w:tcPr>
            <w:tcW w:w="1740" w:type="dxa"/>
            <w:vAlign w:val="center"/>
          </w:tcPr>
          <w:p w:rsidR="0040090F" w:rsidRDefault="0040090F" w14:paraId="67CE5B39" w14:textId="77777777">
            <w:pPr>
              <w:spacing w:before="40" w:after="40"/>
            </w:pPr>
          </w:p>
        </w:tc>
        <w:tc>
          <w:tcPr>
            <w:tcW w:w="945" w:type="dxa"/>
            <w:vAlign w:val="center"/>
          </w:tcPr>
          <w:p w:rsidR="0040090F" w:rsidRDefault="0040090F" w14:paraId="728E8EAB" w14:textId="77777777">
            <w:pPr>
              <w:spacing w:before="40" w:after="40"/>
            </w:pPr>
          </w:p>
        </w:tc>
        <w:tc>
          <w:tcPr>
            <w:tcW w:w="1125" w:type="dxa"/>
            <w:vAlign w:val="center"/>
          </w:tcPr>
          <w:p w:rsidR="0040090F" w:rsidRDefault="0085639A" w14:paraId="620424B7" w14:textId="77777777">
            <w:pPr>
              <w:spacing w:before="40" w:after="40"/>
            </w:pPr>
            <w:r>
              <w:rPr>
                <w:rFonts w:ascii="Calibri" w:hAnsi="Calibri"/>
                <w:color w:val="000000"/>
                <w:sz w:val="20"/>
              </w:rPr>
              <w:t>60</w:t>
            </w:r>
          </w:p>
        </w:tc>
        <w:tc>
          <w:tcPr>
            <w:tcW w:w="1140" w:type="dxa"/>
            <w:vAlign w:val="center"/>
          </w:tcPr>
          <w:p w:rsidR="0040090F" w:rsidRDefault="0085639A" w14:paraId="54015E37" w14:textId="77777777">
            <w:pPr>
              <w:spacing w:before="40" w:after="40"/>
            </w:pPr>
            <w:r>
              <w:rPr>
                <w:rFonts w:ascii="Calibri" w:hAnsi="Calibri"/>
                <w:color w:val="000000"/>
                <w:sz w:val="20"/>
              </w:rPr>
              <w:t>50</w:t>
            </w:r>
          </w:p>
        </w:tc>
        <w:tc>
          <w:tcPr>
            <w:tcW w:w="900" w:type="dxa"/>
            <w:vAlign w:val="center"/>
          </w:tcPr>
          <w:p w:rsidR="0040090F" w:rsidRDefault="0085639A" w14:paraId="538846BC" w14:textId="77777777">
            <w:pPr>
              <w:spacing w:before="40" w:after="40"/>
            </w:pPr>
            <w:r>
              <w:rPr>
                <w:rFonts w:ascii="Calibri" w:hAnsi="Calibri"/>
                <w:color w:val="000000"/>
                <w:sz w:val="20"/>
              </w:rPr>
              <w:t>40</w:t>
            </w:r>
          </w:p>
        </w:tc>
        <w:tc>
          <w:tcPr>
            <w:tcW w:w="1320" w:type="dxa"/>
            <w:vAlign w:val="center"/>
          </w:tcPr>
          <w:p w:rsidR="0040090F" w:rsidRDefault="0085639A" w14:paraId="2E0E8393" w14:textId="77777777">
            <w:pPr>
              <w:spacing w:before="40" w:after="40"/>
            </w:pPr>
            <w:r>
              <w:rPr>
                <w:rFonts w:ascii="Calibri" w:hAnsi="Calibri"/>
                <w:color w:val="000000"/>
                <w:sz w:val="20"/>
              </w:rPr>
              <w:t>30</w:t>
            </w:r>
          </w:p>
        </w:tc>
        <w:tc>
          <w:tcPr>
            <w:tcW w:w="1140" w:type="dxa"/>
            <w:vAlign w:val="center"/>
          </w:tcPr>
          <w:p w:rsidR="0040090F" w:rsidRDefault="0085639A" w14:paraId="7DDA59BE" w14:textId="77777777">
            <w:pPr>
              <w:spacing w:before="40" w:after="40"/>
            </w:pPr>
            <w:r>
              <w:rPr>
                <w:rFonts w:ascii="Calibri" w:hAnsi="Calibri"/>
                <w:color w:val="000000"/>
                <w:sz w:val="20"/>
              </w:rPr>
              <w:t>20</w:t>
            </w:r>
          </w:p>
        </w:tc>
        <w:tc>
          <w:tcPr>
            <w:tcW w:w="1050" w:type="dxa"/>
            <w:vAlign w:val="center"/>
          </w:tcPr>
          <w:p w:rsidR="0040090F" w:rsidRDefault="0085639A" w14:paraId="3CB1C8D5" w14:textId="77777777">
            <w:pPr>
              <w:spacing w:before="40" w:after="40"/>
            </w:pPr>
            <w:r>
              <w:rPr>
                <w:rFonts w:ascii="Calibri" w:hAnsi="Calibri"/>
                <w:color w:val="000000"/>
                <w:sz w:val="20"/>
              </w:rPr>
              <w:t>10</w:t>
            </w:r>
          </w:p>
        </w:tc>
      </w:tr>
      <w:tr w:rsidR="0040090F" w:rsidTr="32E52A48" w14:paraId="0E2CB2AA" w14:textId="77777777">
        <w:trPr>
          <w:jc w:val="center"/>
        </w:trPr>
        <w:tc>
          <w:tcPr>
            <w:tcW w:w="1740" w:type="dxa"/>
            <w:vAlign w:val="center"/>
          </w:tcPr>
          <w:p w:rsidR="0040090F" w:rsidRDefault="0085639A" w14:paraId="3E2B6228" w14:textId="77777777">
            <w:pPr>
              <w:spacing w:before="40" w:after="40"/>
            </w:pPr>
            <w:r>
              <w:rPr>
                <w:rFonts w:ascii="Calibri" w:hAnsi="Calibri"/>
                <w:color w:val="000000"/>
                <w:sz w:val="20"/>
              </w:rPr>
              <w:t>Special Purpose Award Certificate</w:t>
            </w:r>
          </w:p>
        </w:tc>
        <w:tc>
          <w:tcPr>
            <w:tcW w:w="945" w:type="dxa"/>
            <w:vAlign w:val="center"/>
          </w:tcPr>
          <w:p w:rsidR="0040090F" w:rsidRDefault="0085639A" w14:paraId="21616E07" w14:textId="77777777">
            <w:pPr>
              <w:spacing w:before="40" w:after="40"/>
            </w:pPr>
            <w:r>
              <w:rPr>
                <w:rFonts w:ascii="Calibri" w:hAnsi="Calibri"/>
                <w:color w:val="000000"/>
                <w:sz w:val="20"/>
              </w:rPr>
              <w:t>2500</w:t>
            </w:r>
          </w:p>
        </w:tc>
        <w:tc>
          <w:tcPr>
            <w:tcW w:w="1125" w:type="dxa"/>
            <w:vAlign w:val="center"/>
          </w:tcPr>
          <w:p w:rsidR="0040090F" w:rsidRDefault="0085639A" w14:paraId="31C6BFB0" w14:textId="77777777">
            <w:pPr>
              <w:spacing w:before="40" w:after="40"/>
            </w:pPr>
            <w:r>
              <w:rPr>
                <w:rFonts w:ascii="Calibri" w:hAnsi="Calibri"/>
                <w:color w:val="000000"/>
                <w:sz w:val="20"/>
              </w:rPr>
              <w:t>2500</w:t>
            </w:r>
          </w:p>
        </w:tc>
        <w:tc>
          <w:tcPr>
            <w:tcW w:w="1140" w:type="dxa"/>
            <w:vAlign w:val="center"/>
          </w:tcPr>
          <w:p w:rsidR="0040090F" w:rsidRDefault="0085639A" w14:paraId="30B47ECE" w14:textId="77777777">
            <w:pPr>
              <w:spacing w:before="40" w:after="40"/>
            </w:pPr>
            <w:r>
              <w:rPr>
                <w:rFonts w:ascii="Calibri" w:hAnsi="Calibri"/>
                <w:color w:val="000000"/>
                <w:sz w:val="20"/>
              </w:rPr>
              <w:t>2080</w:t>
            </w:r>
          </w:p>
        </w:tc>
        <w:tc>
          <w:tcPr>
            <w:tcW w:w="900" w:type="dxa"/>
            <w:vAlign w:val="center"/>
          </w:tcPr>
          <w:p w:rsidR="0040090F" w:rsidRDefault="0085639A" w14:paraId="177183B3" w14:textId="77777777">
            <w:pPr>
              <w:spacing w:before="40" w:after="40"/>
            </w:pPr>
            <w:r>
              <w:rPr>
                <w:rFonts w:ascii="Calibri" w:hAnsi="Calibri"/>
                <w:color w:val="000000"/>
                <w:sz w:val="20"/>
              </w:rPr>
              <w:t>1670</w:t>
            </w:r>
          </w:p>
        </w:tc>
        <w:tc>
          <w:tcPr>
            <w:tcW w:w="1320" w:type="dxa"/>
            <w:vAlign w:val="center"/>
          </w:tcPr>
          <w:p w:rsidR="0040090F" w:rsidRDefault="0085639A" w14:paraId="78D61BDA" w14:textId="77777777">
            <w:pPr>
              <w:spacing w:before="40" w:after="40"/>
            </w:pPr>
            <w:r>
              <w:rPr>
                <w:rFonts w:ascii="Calibri" w:hAnsi="Calibri"/>
                <w:color w:val="000000"/>
                <w:sz w:val="20"/>
              </w:rPr>
              <w:t>1250</w:t>
            </w:r>
          </w:p>
        </w:tc>
        <w:tc>
          <w:tcPr>
            <w:tcW w:w="1140" w:type="dxa"/>
            <w:vAlign w:val="center"/>
          </w:tcPr>
          <w:p w:rsidR="0040090F" w:rsidRDefault="0085639A" w14:paraId="48F77261" w14:textId="77777777">
            <w:pPr>
              <w:spacing w:before="40" w:after="40"/>
            </w:pPr>
            <w:r>
              <w:rPr>
                <w:rFonts w:ascii="Calibri" w:hAnsi="Calibri"/>
                <w:color w:val="000000"/>
                <w:sz w:val="20"/>
              </w:rPr>
              <w:t>830</w:t>
            </w:r>
          </w:p>
        </w:tc>
        <w:tc>
          <w:tcPr>
            <w:tcW w:w="1050" w:type="dxa"/>
            <w:vAlign w:val="center"/>
          </w:tcPr>
          <w:p w:rsidR="0040090F" w:rsidRDefault="0085639A" w14:paraId="57EBDA90" w14:textId="77777777">
            <w:pPr>
              <w:spacing w:before="40" w:after="40"/>
            </w:pPr>
            <w:r>
              <w:rPr>
                <w:rFonts w:ascii="Calibri" w:hAnsi="Calibri"/>
                <w:color w:val="000000"/>
                <w:sz w:val="20"/>
              </w:rPr>
              <w:t>415</w:t>
            </w:r>
          </w:p>
        </w:tc>
      </w:tr>
      <w:tr w:rsidR="0040090F" w:rsidTr="32E52A48" w14:paraId="6D40A7E1" w14:textId="77777777">
        <w:trPr>
          <w:jc w:val="center"/>
        </w:trPr>
        <w:tc>
          <w:tcPr>
            <w:tcW w:w="1740" w:type="dxa"/>
            <w:vAlign w:val="center"/>
          </w:tcPr>
          <w:p w:rsidR="0040090F" w:rsidRDefault="0085639A" w14:paraId="63CEC9E5" w14:textId="77777777">
            <w:pPr>
              <w:spacing w:before="40" w:after="40"/>
            </w:pPr>
            <w:r>
              <w:rPr>
                <w:rFonts w:ascii="Calibri" w:hAnsi="Calibri"/>
                <w:color w:val="000000"/>
                <w:sz w:val="20"/>
              </w:rPr>
              <w:t>Higher Certificate</w:t>
            </w:r>
          </w:p>
        </w:tc>
        <w:tc>
          <w:tcPr>
            <w:tcW w:w="945" w:type="dxa"/>
            <w:vAlign w:val="center"/>
          </w:tcPr>
          <w:p w:rsidR="0040090F" w:rsidRDefault="0085639A" w14:paraId="0F24417E" w14:textId="77777777">
            <w:pPr>
              <w:spacing w:before="40" w:after="40"/>
            </w:pPr>
            <w:r>
              <w:rPr>
                <w:rFonts w:ascii="Calibri" w:hAnsi="Calibri"/>
                <w:color w:val="000000"/>
                <w:sz w:val="20"/>
              </w:rPr>
              <w:t>2500</w:t>
            </w:r>
          </w:p>
        </w:tc>
        <w:tc>
          <w:tcPr>
            <w:tcW w:w="1125" w:type="dxa"/>
            <w:vAlign w:val="center"/>
          </w:tcPr>
          <w:p w:rsidR="0040090F" w:rsidRDefault="0085639A" w14:paraId="7CF13671" w14:textId="77777777">
            <w:pPr>
              <w:spacing w:before="40" w:after="40"/>
            </w:pPr>
            <w:r>
              <w:rPr>
                <w:rFonts w:ascii="Calibri" w:hAnsi="Calibri"/>
                <w:color w:val="000000"/>
                <w:sz w:val="20"/>
              </w:rPr>
              <w:t>2500</w:t>
            </w:r>
          </w:p>
        </w:tc>
        <w:tc>
          <w:tcPr>
            <w:tcW w:w="1140" w:type="dxa"/>
            <w:vAlign w:val="center"/>
          </w:tcPr>
          <w:p w:rsidR="0040090F" w:rsidRDefault="0085639A" w14:paraId="4CC28BAE" w14:textId="77777777">
            <w:pPr>
              <w:spacing w:before="40" w:after="40"/>
            </w:pPr>
            <w:r>
              <w:rPr>
                <w:rFonts w:ascii="Calibri" w:hAnsi="Calibri"/>
                <w:color w:val="000000"/>
                <w:sz w:val="20"/>
              </w:rPr>
              <w:t>2080</w:t>
            </w:r>
          </w:p>
        </w:tc>
        <w:tc>
          <w:tcPr>
            <w:tcW w:w="900" w:type="dxa"/>
            <w:vAlign w:val="center"/>
          </w:tcPr>
          <w:p w:rsidR="0040090F" w:rsidRDefault="0085639A" w14:paraId="5E756B26" w14:textId="77777777">
            <w:pPr>
              <w:spacing w:before="40" w:after="40"/>
            </w:pPr>
            <w:r>
              <w:rPr>
                <w:rFonts w:ascii="Calibri" w:hAnsi="Calibri"/>
                <w:color w:val="000000"/>
                <w:sz w:val="20"/>
              </w:rPr>
              <w:t>1670</w:t>
            </w:r>
          </w:p>
        </w:tc>
        <w:tc>
          <w:tcPr>
            <w:tcW w:w="1320" w:type="dxa"/>
            <w:vAlign w:val="center"/>
          </w:tcPr>
          <w:p w:rsidR="0040090F" w:rsidRDefault="0085639A" w14:paraId="599C81F2" w14:textId="77777777">
            <w:pPr>
              <w:spacing w:before="40" w:after="40"/>
            </w:pPr>
            <w:r>
              <w:rPr>
                <w:rFonts w:ascii="Calibri" w:hAnsi="Calibri"/>
                <w:color w:val="000000"/>
                <w:sz w:val="20"/>
              </w:rPr>
              <w:t>1250</w:t>
            </w:r>
          </w:p>
        </w:tc>
        <w:tc>
          <w:tcPr>
            <w:tcW w:w="1140" w:type="dxa"/>
            <w:vAlign w:val="center"/>
          </w:tcPr>
          <w:p w:rsidR="0040090F" w:rsidRDefault="0085639A" w14:paraId="64320564" w14:textId="77777777">
            <w:pPr>
              <w:spacing w:before="40" w:after="40"/>
            </w:pPr>
            <w:r>
              <w:rPr>
                <w:rFonts w:ascii="Calibri" w:hAnsi="Calibri"/>
                <w:color w:val="000000"/>
                <w:sz w:val="20"/>
              </w:rPr>
              <w:t>830</w:t>
            </w:r>
          </w:p>
        </w:tc>
        <w:tc>
          <w:tcPr>
            <w:tcW w:w="1050" w:type="dxa"/>
            <w:vAlign w:val="center"/>
          </w:tcPr>
          <w:p w:rsidR="0040090F" w:rsidRDefault="0085639A" w14:paraId="6E05BD6B" w14:textId="77777777">
            <w:pPr>
              <w:spacing w:before="40" w:after="40"/>
            </w:pPr>
            <w:r>
              <w:rPr>
                <w:rFonts w:ascii="Calibri" w:hAnsi="Calibri"/>
                <w:color w:val="000000"/>
                <w:sz w:val="20"/>
              </w:rPr>
              <w:t>415</w:t>
            </w:r>
          </w:p>
        </w:tc>
      </w:tr>
      <w:tr w:rsidR="0040090F" w:rsidTr="32E52A48" w14:paraId="2572CBC8" w14:textId="77777777">
        <w:trPr>
          <w:jc w:val="center"/>
        </w:trPr>
        <w:tc>
          <w:tcPr>
            <w:tcW w:w="1740" w:type="dxa"/>
            <w:vAlign w:val="center"/>
          </w:tcPr>
          <w:p w:rsidR="0040090F" w:rsidRDefault="0085639A" w14:paraId="6475663C" w14:textId="77777777">
            <w:pPr>
              <w:spacing w:before="40" w:after="40"/>
            </w:pPr>
            <w:r>
              <w:rPr>
                <w:rFonts w:ascii="Calibri" w:hAnsi="Calibri"/>
                <w:color w:val="000000"/>
                <w:sz w:val="20"/>
              </w:rPr>
              <w:t>Ordinary Degree</w:t>
            </w:r>
          </w:p>
        </w:tc>
        <w:tc>
          <w:tcPr>
            <w:tcW w:w="945" w:type="dxa"/>
            <w:vAlign w:val="center"/>
          </w:tcPr>
          <w:p w:rsidR="0040090F" w:rsidRDefault="0085639A" w14:paraId="06E0039C" w14:textId="77777777">
            <w:pPr>
              <w:spacing w:before="40" w:after="40"/>
            </w:pPr>
            <w:r>
              <w:rPr>
                <w:rFonts w:ascii="Calibri" w:hAnsi="Calibri"/>
                <w:color w:val="000000"/>
                <w:sz w:val="20"/>
              </w:rPr>
              <w:t>2500</w:t>
            </w:r>
          </w:p>
        </w:tc>
        <w:tc>
          <w:tcPr>
            <w:tcW w:w="1125" w:type="dxa"/>
            <w:vAlign w:val="center"/>
          </w:tcPr>
          <w:p w:rsidR="0040090F" w:rsidRDefault="0085639A" w14:paraId="5AF73C28" w14:textId="77777777">
            <w:pPr>
              <w:spacing w:before="40" w:after="40"/>
            </w:pPr>
            <w:r>
              <w:rPr>
                <w:rFonts w:ascii="Calibri" w:hAnsi="Calibri"/>
                <w:color w:val="000000"/>
                <w:sz w:val="20"/>
              </w:rPr>
              <w:t>2500</w:t>
            </w:r>
          </w:p>
        </w:tc>
        <w:tc>
          <w:tcPr>
            <w:tcW w:w="1140" w:type="dxa"/>
            <w:vAlign w:val="center"/>
          </w:tcPr>
          <w:p w:rsidR="0040090F" w:rsidRDefault="0085639A" w14:paraId="59CBA51E" w14:textId="77777777">
            <w:pPr>
              <w:spacing w:before="40" w:after="40"/>
            </w:pPr>
            <w:r>
              <w:rPr>
                <w:rFonts w:ascii="Calibri" w:hAnsi="Calibri"/>
                <w:color w:val="000000"/>
                <w:sz w:val="20"/>
              </w:rPr>
              <w:t>2080</w:t>
            </w:r>
          </w:p>
        </w:tc>
        <w:tc>
          <w:tcPr>
            <w:tcW w:w="900" w:type="dxa"/>
            <w:vAlign w:val="center"/>
          </w:tcPr>
          <w:p w:rsidR="0040090F" w:rsidRDefault="0085639A" w14:paraId="748A60E3" w14:textId="77777777">
            <w:pPr>
              <w:spacing w:before="40" w:after="40"/>
            </w:pPr>
            <w:r>
              <w:rPr>
                <w:rFonts w:ascii="Calibri" w:hAnsi="Calibri"/>
                <w:color w:val="000000"/>
                <w:sz w:val="20"/>
              </w:rPr>
              <w:t>1670</w:t>
            </w:r>
          </w:p>
        </w:tc>
        <w:tc>
          <w:tcPr>
            <w:tcW w:w="1320" w:type="dxa"/>
            <w:vAlign w:val="center"/>
          </w:tcPr>
          <w:p w:rsidR="0040090F" w:rsidRDefault="0085639A" w14:paraId="7BB3E15E" w14:textId="77777777">
            <w:pPr>
              <w:spacing w:before="40" w:after="40"/>
            </w:pPr>
            <w:r>
              <w:rPr>
                <w:rFonts w:ascii="Calibri" w:hAnsi="Calibri"/>
                <w:color w:val="000000"/>
                <w:sz w:val="20"/>
              </w:rPr>
              <w:t>1250</w:t>
            </w:r>
          </w:p>
        </w:tc>
        <w:tc>
          <w:tcPr>
            <w:tcW w:w="1140" w:type="dxa"/>
            <w:vAlign w:val="center"/>
          </w:tcPr>
          <w:p w:rsidR="0040090F" w:rsidRDefault="0085639A" w14:paraId="3ED9CB8F" w14:textId="77777777">
            <w:pPr>
              <w:spacing w:before="40" w:after="40"/>
            </w:pPr>
            <w:r>
              <w:rPr>
                <w:rFonts w:ascii="Calibri" w:hAnsi="Calibri"/>
                <w:color w:val="000000"/>
                <w:sz w:val="20"/>
              </w:rPr>
              <w:t>830</w:t>
            </w:r>
          </w:p>
        </w:tc>
        <w:tc>
          <w:tcPr>
            <w:tcW w:w="1050" w:type="dxa"/>
            <w:vAlign w:val="center"/>
          </w:tcPr>
          <w:p w:rsidR="0040090F" w:rsidRDefault="0085639A" w14:paraId="446302E4" w14:textId="77777777">
            <w:pPr>
              <w:spacing w:before="40" w:after="40"/>
            </w:pPr>
            <w:r>
              <w:rPr>
                <w:rFonts w:ascii="Calibri" w:hAnsi="Calibri"/>
                <w:color w:val="000000"/>
                <w:sz w:val="20"/>
              </w:rPr>
              <w:t>415</w:t>
            </w:r>
          </w:p>
        </w:tc>
      </w:tr>
      <w:tr w:rsidR="0040090F" w:rsidTr="32E52A48" w14:paraId="289B0047" w14:textId="77777777">
        <w:trPr>
          <w:jc w:val="center"/>
        </w:trPr>
        <w:tc>
          <w:tcPr>
            <w:tcW w:w="1740" w:type="dxa"/>
            <w:vAlign w:val="center"/>
          </w:tcPr>
          <w:p w:rsidR="0040090F" w:rsidRDefault="0085639A" w14:paraId="40008129" w14:textId="77777777">
            <w:pPr>
              <w:spacing w:before="40" w:after="40"/>
            </w:pPr>
            <w:proofErr w:type="spellStart"/>
            <w:r>
              <w:rPr>
                <w:rFonts w:ascii="Calibri" w:hAnsi="Calibri"/>
                <w:color w:val="000000"/>
                <w:sz w:val="20"/>
              </w:rPr>
              <w:t>Honours</w:t>
            </w:r>
            <w:proofErr w:type="spellEnd"/>
            <w:r>
              <w:rPr>
                <w:rFonts w:ascii="Calibri" w:hAnsi="Calibri"/>
                <w:color w:val="000000"/>
                <w:sz w:val="20"/>
              </w:rPr>
              <w:t xml:space="preserve"> Degree</w:t>
            </w:r>
          </w:p>
        </w:tc>
        <w:tc>
          <w:tcPr>
            <w:tcW w:w="945" w:type="dxa"/>
            <w:vAlign w:val="center"/>
          </w:tcPr>
          <w:p w:rsidR="0040090F" w:rsidRDefault="0085639A" w14:paraId="6E67E300" w14:textId="77777777">
            <w:pPr>
              <w:spacing w:before="40" w:after="40"/>
            </w:pPr>
            <w:r>
              <w:rPr>
                <w:rFonts w:ascii="Calibri" w:hAnsi="Calibri"/>
                <w:color w:val="000000"/>
                <w:sz w:val="20"/>
              </w:rPr>
              <w:t>2500</w:t>
            </w:r>
          </w:p>
        </w:tc>
        <w:tc>
          <w:tcPr>
            <w:tcW w:w="1125" w:type="dxa"/>
            <w:vAlign w:val="center"/>
          </w:tcPr>
          <w:p w:rsidR="0040090F" w:rsidRDefault="0085639A" w14:paraId="227C606D" w14:textId="77777777">
            <w:pPr>
              <w:spacing w:before="40" w:after="40"/>
            </w:pPr>
            <w:r>
              <w:rPr>
                <w:rFonts w:ascii="Calibri" w:hAnsi="Calibri"/>
                <w:color w:val="000000"/>
                <w:sz w:val="20"/>
              </w:rPr>
              <w:t>2500</w:t>
            </w:r>
          </w:p>
        </w:tc>
        <w:tc>
          <w:tcPr>
            <w:tcW w:w="1140" w:type="dxa"/>
            <w:vAlign w:val="center"/>
          </w:tcPr>
          <w:p w:rsidR="0040090F" w:rsidRDefault="0085639A" w14:paraId="188BFEF5" w14:textId="77777777">
            <w:pPr>
              <w:spacing w:before="40" w:after="40"/>
            </w:pPr>
            <w:r>
              <w:rPr>
                <w:rFonts w:ascii="Calibri" w:hAnsi="Calibri"/>
                <w:color w:val="000000"/>
                <w:sz w:val="20"/>
              </w:rPr>
              <w:t>2080</w:t>
            </w:r>
          </w:p>
        </w:tc>
        <w:tc>
          <w:tcPr>
            <w:tcW w:w="900" w:type="dxa"/>
            <w:vAlign w:val="center"/>
          </w:tcPr>
          <w:p w:rsidR="0040090F" w:rsidRDefault="0085639A" w14:paraId="4DC0A9CF" w14:textId="77777777">
            <w:pPr>
              <w:spacing w:before="40" w:after="40"/>
            </w:pPr>
            <w:r>
              <w:rPr>
                <w:rFonts w:ascii="Calibri" w:hAnsi="Calibri"/>
                <w:color w:val="000000"/>
                <w:sz w:val="20"/>
              </w:rPr>
              <w:t>1670</w:t>
            </w:r>
          </w:p>
        </w:tc>
        <w:tc>
          <w:tcPr>
            <w:tcW w:w="1320" w:type="dxa"/>
            <w:vAlign w:val="center"/>
          </w:tcPr>
          <w:p w:rsidR="0040090F" w:rsidRDefault="0085639A" w14:paraId="733F5BDD" w14:textId="77777777">
            <w:pPr>
              <w:spacing w:before="40" w:after="40"/>
            </w:pPr>
            <w:r>
              <w:rPr>
                <w:rFonts w:ascii="Calibri" w:hAnsi="Calibri"/>
                <w:color w:val="000000"/>
                <w:sz w:val="20"/>
              </w:rPr>
              <w:t>1250</w:t>
            </w:r>
          </w:p>
        </w:tc>
        <w:tc>
          <w:tcPr>
            <w:tcW w:w="1140" w:type="dxa"/>
            <w:vAlign w:val="center"/>
          </w:tcPr>
          <w:p w:rsidR="0040090F" w:rsidRDefault="0085639A" w14:paraId="60B41C2D" w14:textId="77777777">
            <w:pPr>
              <w:spacing w:before="40" w:after="40"/>
            </w:pPr>
            <w:r>
              <w:rPr>
                <w:rFonts w:ascii="Calibri" w:hAnsi="Calibri"/>
                <w:color w:val="000000"/>
                <w:sz w:val="20"/>
              </w:rPr>
              <w:t>830</w:t>
            </w:r>
          </w:p>
        </w:tc>
        <w:tc>
          <w:tcPr>
            <w:tcW w:w="1050" w:type="dxa"/>
            <w:vAlign w:val="center"/>
          </w:tcPr>
          <w:p w:rsidR="0040090F" w:rsidRDefault="0085639A" w14:paraId="78A9E3F4" w14:textId="77777777">
            <w:pPr>
              <w:spacing w:before="40" w:after="40"/>
            </w:pPr>
            <w:r>
              <w:rPr>
                <w:rFonts w:ascii="Calibri" w:hAnsi="Calibri"/>
                <w:color w:val="000000"/>
                <w:sz w:val="20"/>
              </w:rPr>
              <w:t>415</w:t>
            </w:r>
          </w:p>
        </w:tc>
      </w:tr>
      <w:tr w:rsidR="0040090F" w:rsidTr="32E52A48" w14:paraId="46505C81" w14:textId="77777777">
        <w:trPr>
          <w:jc w:val="center"/>
        </w:trPr>
        <w:tc>
          <w:tcPr>
            <w:tcW w:w="1740" w:type="dxa"/>
            <w:vAlign w:val="center"/>
          </w:tcPr>
          <w:p w:rsidR="0040090F" w:rsidRDefault="0040090F" w14:paraId="5D66685A" w14:textId="77777777">
            <w:pPr>
              <w:spacing w:before="40" w:after="40"/>
            </w:pPr>
          </w:p>
        </w:tc>
        <w:tc>
          <w:tcPr>
            <w:tcW w:w="945" w:type="dxa"/>
            <w:vAlign w:val="center"/>
          </w:tcPr>
          <w:p w:rsidR="0040090F" w:rsidRDefault="0040090F" w14:paraId="3CBE2641" w14:textId="77777777">
            <w:pPr>
              <w:spacing w:before="40" w:after="40"/>
            </w:pPr>
          </w:p>
        </w:tc>
        <w:tc>
          <w:tcPr>
            <w:tcW w:w="1125" w:type="dxa"/>
            <w:vAlign w:val="center"/>
          </w:tcPr>
          <w:p w:rsidR="0040090F" w:rsidRDefault="0040090F" w14:paraId="65CE521E" w14:textId="77777777">
            <w:pPr>
              <w:spacing w:before="40" w:after="40"/>
            </w:pPr>
          </w:p>
        </w:tc>
        <w:tc>
          <w:tcPr>
            <w:tcW w:w="1140" w:type="dxa"/>
            <w:vAlign w:val="center"/>
          </w:tcPr>
          <w:p w:rsidR="0040090F" w:rsidRDefault="0040090F" w14:paraId="3731462E" w14:textId="77777777">
            <w:pPr>
              <w:spacing w:before="40" w:after="40"/>
            </w:pPr>
          </w:p>
        </w:tc>
        <w:tc>
          <w:tcPr>
            <w:tcW w:w="900" w:type="dxa"/>
            <w:vAlign w:val="center"/>
          </w:tcPr>
          <w:p w:rsidR="0040090F" w:rsidRDefault="0040090F" w14:paraId="785E2128" w14:textId="77777777">
            <w:pPr>
              <w:spacing w:before="40" w:after="40"/>
            </w:pPr>
          </w:p>
        </w:tc>
        <w:tc>
          <w:tcPr>
            <w:tcW w:w="1320" w:type="dxa"/>
            <w:vAlign w:val="center"/>
          </w:tcPr>
          <w:p w:rsidR="0040090F" w:rsidRDefault="0040090F" w14:paraId="4E2B028D" w14:textId="77777777">
            <w:pPr>
              <w:spacing w:before="40" w:after="40"/>
            </w:pPr>
          </w:p>
        </w:tc>
        <w:tc>
          <w:tcPr>
            <w:tcW w:w="1140" w:type="dxa"/>
            <w:vAlign w:val="center"/>
          </w:tcPr>
          <w:p w:rsidR="0040090F" w:rsidRDefault="0040090F" w14:paraId="630DC159" w14:textId="77777777">
            <w:pPr>
              <w:spacing w:before="40" w:after="40"/>
            </w:pPr>
          </w:p>
        </w:tc>
        <w:tc>
          <w:tcPr>
            <w:tcW w:w="1050" w:type="dxa"/>
            <w:vAlign w:val="center"/>
          </w:tcPr>
          <w:p w:rsidR="0040090F" w:rsidRDefault="0040090F" w14:paraId="21BF6347" w14:textId="77777777">
            <w:pPr>
              <w:spacing w:before="40" w:after="40"/>
            </w:pPr>
          </w:p>
        </w:tc>
      </w:tr>
      <w:tr w:rsidR="0040090F" w:rsidTr="32E52A48" w14:paraId="4D72CC82" w14:textId="77777777">
        <w:trPr>
          <w:jc w:val="center"/>
        </w:trPr>
        <w:tc>
          <w:tcPr>
            <w:tcW w:w="1740" w:type="dxa"/>
            <w:shd w:val="clear" w:color="auto" w:fill="000000" w:themeFill="text1"/>
            <w:vAlign w:val="center"/>
          </w:tcPr>
          <w:p w:rsidR="0040090F" w:rsidP="32E52A48" w:rsidRDefault="0085639A" w14:paraId="13F9A62B"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 xml:space="preserve">Postgraduate </w:t>
            </w:r>
            <w:proofErr w:type="spellStart"/>
            <w:r w:rsidRPr="32E52A48">
              <w:rPr>
                <w:rFonts w:ascii="Calibri" w:hAnsi="Calibri"/>
                <w:b/>
                <w:bCs/>
                <w:color w:val="FFFFFF" w:themeColor="background1"/>
                <w:sz w:val="20"/>
                <w:szCs w:val="20"/>
              </w:rPr>
              <w:t>Programmes</w:t>
            </w:r>
            <w:proofErr w:type="spellEnd"/>
          </w:p>
        </w:tc>
        <w:tc>
          <w:tcPr>
            <w:tcW w:w="945" w:type="dxa"/>
            <w:shd w:val="clear" w:color="auto" w:fill="000000" w:themeFill="text1"/>
            <w:vAlign w:val="center"/>
          </w:tcPr>
          <w:p w:rsidR="0040090F" w:rsidP="32E52A48" w:rsidRDefault="0085639A" w14:paraId="6B688946"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Annual Fee</w:t>
            </w:r>
          </w:p>
        </w:tc>
        <w:tc>
          <w:tcPr>
            <w:tcW w:w="1125" w:type="dxa"/>
            <w:shd w:val="clear" w:color="auto" w:fill="000000" w:themeFill="text1"/>
            <w:vAlign w:val="center"/>
          </w:tcPr>
          <w:p w:rsidR="0040090F" w:rsidP="32E52A48" w:rsidRDefault="0085639A" w14:paraId="2467317A"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Credits</w:t>
            </w:r>
          </w:p>
        </w:tc>
        <w:tc>
          <w:tcPr>
            <w:tcW w:w="1140" w:type="dxa"/>
            <w:shd w:val="clear" w:color="auto" w:fill="000000" w:themeFill="text1"/>
            <w:vAlign w:val="center"/>
          </w:tcPr>
          <w:p w:rsidR="0040090F" w:rsidP="32E52A48" w:rsidRDefault="0085639A" w14:paraId="25E1D04A"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Credits</w:t>
            </w:r>
          </w:p>
        </w:tc>
        <w:tc>
          <w:tcPr>
            <w:tcW w:w="900" w:type="dxa"/>
            <w:shd w:val="clear" w:color="auto" w:fill="000000" w:themeFill="text1"/>
            <w:vAlign w:val="center"/>
          </w:tcPr>
          <w:p w:rsidR="0040090F" w:rsidP="32E52A48" w:rsidRDefault="0085639A" w14:paraId="63007ED9"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Credits</w:t>
            </w:r>
          </w:p>
        </w:tc>
        <w:tc>
          <w:tcPr>
            <w:tcW w:w="1320" w:type="dxa"/>
            <w:shd w:val="clear" w:color="auto" w:fill="000000" w:themeFill="text1"/>
            <w:vAlign w:val="center"/>
          </w:tcPr>
          <w:p w:rsidR="0040090F" w:rsidP="32E52A48" w:rsidRDefault="0085639A" w14:paraId="250F2E1D"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Credits</w:t>
            </w:r>
          </w:p>
        </w:tc>
        <w:tc>
          <w:tcPr>
            <w:tcW w:w="1140" w:type="dxa"/>
            <w:shd w:val="clear" w:color="auto" w:fill="000000" w:themeFill="text1"/>
            <w:vAlign w:val="center"/>
          </w:tcPr>
          <w:p w:rsidR="0040090F" w:rsidP="32E52A48" w:rsidRDefault="0085639A" w14:paraId="5268DBDC"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Credits</w:t>
            </w:r>
          </w:p>
        </w:tc>
        <w:tc>
          <w:tcPr>
            <w:tcW w:w="1050" w:type="dxa"/>
            <w:shd w:val="clear" w:color="auto" w:fill="000000" w:themeFill="text1"/>
            <w:vAlign w:val="center"/>
          </w:tcPr>
          <w:p w:rsidR="0040090F" w:rsidP="32E52A48" w:rsidRDefault="0085639A" w14:paraId="1BC77226" w14:textId="77777777">
            <w:pPr>
              <w:spacing w:before="40" w:after="40"/>
              <w:jc w:val="center"/>
              <w:rPr>
                <w:rFonts w:ascii="Calibri" w:hAnsi="Calibri"/>
                <w:b/>
                <w:bCs/>
                <w:color w:val="FFFFFF" w:themeColor="background1"/>
                <w:sz w:val="20"/>
                <w:szCs w:val="20"/>
              </w:rPr>
            </w:pPr>
            <w:r w:rsidRPr="32E52A48">
              <w:rPr>
                <w:rFonts w:ascii="Calibri" w:hAnsi="Calibri"/>
                <w:b/>
                <w:bCs/>
                <w:color w:val="FFFFFF" w:themeColor="background1"/>
                <w:sz w:val="20"/>
                <w:szCs w:val="20"/>
              </w:rPr>
              <w:t>Credits</w:t>
            </w:r>
          </w:p>
        </w:tc>
      </w:tr>
      <w:tr w:rsidR="0040090F" w:rsidTr="32E52A48" w14:paraId="6193BD64" w14:textId="77777777">
        <w:trPr>
          <w:jc w:val="center"/>
        </w:trPr>
        <w:tc>
          <w:tcPr>
            <w:tcW w:w="1740" w:type="dxa"/>
            <w:vAlign w:val="center"/>
          </w:tcPr>
          <w:p w:rsidR="0040090F" w:rsidRDefault="0040090F" w14:paraId="481C739D" w14:textId="77777777">
            <w:pPr>
              <w:spacing w:before="40" w:after="40"/>
            </w:pPr>
          </w:p>
        </w:tc>
        <w:tc>
          <w:tcPr>
            <w:tcW w:w="945" w:type="dxa"/>
            <w:vAlign w:val="center"/>
          </w:tcPr>
          <w:p w:rsidR="0040090F" w:rsidRDefault="0040090F" w14:paraId="068C2674" w14:textId="77777777">
            <w:pPr>
              <w:spacing w:before="40" w:after="40"/>
            </w:pPr>
          </w:p>
        </w:tc>
        <w:tc>
          <w:tcPr>
            <w:tcW w:w="1125" w:type="dxa"/>
            <w:vAlign w:val="center"/>
          </w:tcPr>
          <w:p w:rsidR="0040090F" w:rsidRDefault="0085639A" w14:paraId="49ABF081" w14:textId="77777777">
            <w:pPr>
              <w:spacing w:before="40" w:after="40"/>
            </w:pPr>
            <w:r>
              <w:rPr>
                <w:rFonts w:ascii="Calibri" w:hAnsi="Calibri"/>
                <w:color w:val="000000"/>
                <w:sz w:val="20"/>
              </w:rPr>
              <w:t>60</w:t>
            </w:r>
          </w:p>
        </w:tc>
        <w:tc>
          <w:tcPr>
            <w:tcW w:w="1140" w:type="dxa"/>
            <w:vAlign w:val="center"/>
          </w:tcPr>
          <w:p w:rsidR="0040090F" w:rsidRDefault="0085639A" w14:paraId="64365FD3" w14:textId="77777777">
            <w:pPr>
              <w:spacing w:before="40" w:after="40"/>
            </w:pPr>
            <w:r>
              <w:rPr>
                <w:rFonts w:ascii="Calibri" w:hAnsi="Calibri"/>
                <w:color w:val="000000"/>
                <w:sz w:val="20"/>
              </w:rPr>
              <w:t>50</w:t>
            </w:r>
          </w:p>
        </w:tc>
        <w:tc>
          <w:tcPr>
            <w:tcW w:w="900" w:type="dxa"/>
            <w:vAlign w:val="center"/>
          </w:tcPr>
          <w:p w:rsidR="0040090F" w:rsidRDefault="0085639A" w14:paraId="15070F20" w14:textId="77777777">
            <w:pPr>
              <w:spacing w:before="40" w:after="40"/>
            </w:pPr>
            <w:r>
              <w:rPr>
                <w:rFonts w:ascii="Calibri" w:hAnsi="Calibri"/>
                <w:color w:val="000000"/>
                <w:sz w:val="20"/>
              </w:rPr>
              <w:t>40</w:t>
            </w:r>
          </w:p>
        </w:tc>
        <w:tc>
          <w:tcPr>
            <w:tcW w:w="1320" w:type="dxa"/>
            <w:vAlign w:val="center"/>
          </w:tcPr>
          <w:p w:rsidR="0040090F" w:rsidRDefault="0085639A" w14:paraId="4ADC0090" w14:textId="77777777">
            <w:pPr>
              <w:spacing w:before="40" w:after="40"/>
            </w:pPr>
            <w:r>
              <w:rPr>
                <w:rFonts w:ascii="Calibri" w:hAnsi="Calibri"/>
                <w:color w:val="000000"/>
                <w:sz w:val="20"/>
              </w:rPr>
              <w:t>30</w:t>
            </w:r>
          </w:p>
        </w:tc>
        <w:tc>
          <w:tcPr>
            <w:tcW w:w="1140" w:type="dxa"/>
            <w:vAlign w:val="center"/>
          </w:tcPr>
          <w:p w:rsidR="0040090F" w:rsidRDefault="0085639A" w14:paraId="750E6828" w14:textId="77777777">
            <w:pPr>
              <w:spacing w:before="40" w:after="40"/>
            </w:pPr>
            <w:r>
              <w:rPr>
                <w:rFonts w:ascii="Calibri" w:hAnsi="Calibri"/>
                <w:color w:val="000000"/>
                <w:sz w:val="20"/>
              </w:rPr>
              <w:t>20</w:t>
            </w:r>
          </w:p>
        </w:tc>
        <w:tc>
          <w:tcPr>
            <w:tcW w:w="1050" w:type="dxa"/>
            <w:vAlign w:val="center"/>
          </w:tcPr>
          <w:p w:rsidR="0040090F" w:rsidRDefault="0085639A" w14:paraId="44BEAA30" w14:textId="77777777">
            <w:pPr>
              <w:spacing w:before="40" w:after="40"/>
            </w:pPr>
            <w:r>
              <w:rPr>
                <w:rFonts w:ascii="Calibri" w:hAnsi="Calibri"/>
                <w:color w:val="000000"/>
                <w:sz w:val="20"/>
              </w:rPr>
              <w:t>10</w:t>
            </w:r>
          </w:p>
        </w:tc>
      </w:tr>
      <w:tr w:rsidR="0040090F" w:rsidTr="32E52A48" w14:paraId="6D2412BB" w14:textId="77777777">
        <w:trPr>
          <w:jc w:val="center"/>
        </w:trPr>
        <w:tc>
          <w:tcPr>
            <w:tcW w:w="1740" w:type="dxa"/>
            <w:vAlign w:val="center"/>
          </w:tcPr>
          <w:p w:rsidR="0040090F" w:rsidRDefault="0085639A" w14:paraId="7BD589E1" w14:textId="77777777">
            <w:pPr>
              <w:spacing w:before="40" w:after="40"/>
            </w:pPr>
            <w:r>
              <w:rPr>
                <w:rFonts w:ascii="Calibri" w:hAnsi="Calibri"/>
                <w:color w:val="000000"/>
                <w:sz w:val="20"/>
              </w:rPr>
              <w:t>Postgraduate Diploma</w:t>
            </w:r>
          </w:p>
        </w:tc>
        <w:tc>
          <w:tcPr>
            <w:tcW w:w="945" w:type="dxa"/>
            <w:vAlign w:val="center"/>
          </w:tcPr>
          <w:p w:rsidR="0040090F" w:rsidRDefault="0085639A" w14:paraId="4A1773CD" w14:textId="77777777">
            <w:pPr>
              <w:spacing w:before="40" w:after="40"/>
            </w:pPr>
            <w:r>
              <w:rPr>
                <w:rFonts w:ascii="Calibri" w:hAnsi="Calibri"/>
                <w:color w:val="000000"/>
                <w:sz w:val="20"/>
              </w:rPr>
              <w:t>5000</w:t>
            </w:r>
          </w:p>
        </w:tc>
        <w:tc>
          <w:tcPr>
            <w:tcW w:w="1125" w:type="dxa"/>
            <w:vAlign w:val="center"/>
          </w:tcPr>
          <w:p w:rsidR="0040090F" w:rsidRDefault="0085639A" w14:paraId="00C24B14" w14:textId="77777777">
            <w:pPr>
              <w:spacing w:before="40" w:after="40"/>
            </w:pPr>
            <w:r>
              <w:rPr>
                <w:rFonts w:ascii="Calibri" w:hAnsi="Calibri"/>
                <w:color w:val="000000"/>
                <w:sz w:val="20"/>
              </w:rPr>
              <w:t>5000</w:t>
            </w:r>
          </w:p>
        </w:tc>
        <w:tc>
          <w:tcPr>
            <w:tcW w:w="1140" w:type="dxa"/>
            <w:vAlign w:val="center"/>
          </w:tcPr>
          <w:p w:rsidR="0040090F" w:rsidRDefault="0085639A" w14:paraId="38C6FC4F" w14:textId="77777777">
            <w:pPr>
              <w:spacing w:before="40" w:after="40"/>
            </w:pPr>
            <w:r>
              <w:rPr>
                <w:rFonts w:ascii="Calibri" w:hAnsi="Calibri"/>
                <w:color w:val="000000"/>
                <w:sz w:val="20"/>
              </w:rPr>
              <w:t>4160</w:t>
            </w:r>
          </w:p>
        </w:tc>
        <w:tc>
          <w:tcPr>
            <w:tcW w:w="900" w:type="dxa"/>
            <w:vAlign w:val="center"/>
          </w:tcPr>
          <w:p w:rsidR="0040090F" w:rsidRDefault="0085639A" w14:paraId="44CA2576" w14:textId="77777777">
            <w:pPr>
              <w:spacing w:before="40" w:after="40"/>
            </w:pPr>
            <w:r>
              <w:rPr>
                <w:rFonts w:ascii="Calibri" w:hAnsi="Calibri"/>
                <w:color w:val="000000"/>
                <w:sz w:val="20"/>
              </w:rPr>
              <w:t>3330</w:t>
            </w:r>
          </w:p>
        </w:tc>
        <w:tc>
          <w:tcPr>
            <w:tcW w:w="1320" w:type="dxa"/>
            <w:vAlign w:val="center"/>
          </w:tcPr>
          <w:p w:rsidR="0040090F" w:rsidRDefault="0085639A" w14:paraId="1A0BFF1B" w14:textId="77777777">
            <w:pPr>
              <w:spacing w:before="40" w:after="40"/>
            </w:pPr>
            <w:r>
              <w:rPr>
                <w:rFonts w:ascii="Calibri" w:hAnsi="Calibri"/>
                <w:color w:val="000000"/>
                <w:sz w:val="20"/>
              </w:rPr>
              <w:t>2500</w:t>
            </w:r>
          </w:p>
        </w:tc>
        <w:tc>
          <w:tcPr>
            <w:tcW w:w="1140" w:type="dxa"/>
            <w:vAlign w:val="center"/>
          </w:tcPr>
          <w:p w:rsidR="0040090F" w:rsidRDefault="0085639A" w14:paraId="59465D1D" w14:textId="77777777">
            <w:pPr>
              <w:spacing w:before="40" w:after="40"/>
            </w:pPr>
            <w:r>
              <w:rPr>
                <w:rFonts w:ascii="Calibri" w:hAnsi="Calibri"/>
                <w:color w:val="000000"/>
                <w:sz w:val="20"/>
              </w:rPr>
              <w:t>1660</w:t>
            </w:r>
          </w:p>
        </w:tc>
        <w:tc>
          <w:tcPr>
            <w:tcW w:w="1050" w:type="dxa"/>
            <w:vAlign w:val="center"/>
          </w:tcPr>
          <w:p w:rsidR="0040090F" w:rsidRDefault="0085639A" w14:paraId="7B6F051D" w14:textId="77777777">
            <w:pPr>
              <w:spacing w:before="40" w:after="40"/>
            </w:pPr>
            <w:r>
              <w:rPr>
                <w:rFonts w:ascii="Calibri" w:hAnsi="Calibri"/>
                <w:color w:val="000000"/>
                <w:sz w:val="20"/>
              </w:rPr>
              <w:t>835</w:t>
            </w:r>
          </w:p>
        </w:tc>
      </w:tr>
      <w:tr w:rsidR="0040090F" w:rsidTr="32E52A48" w14:paraId="6D5CBD19" w14:textId="77777777">
        <w:trPr>
          <w:jc w:val="center"/>
        </w:trPr>
        <w:tc>
          <w:tcPr>
            <w:tcW w:w="1740" w:type="dxa"/>
            <w:vAlign w:val="center"/>
          </w:tcPr>
          <w:p w:rsidR="0040090F" w:rsidRDefault="0085639A" w14:paraId="1BEF910A" w14:textId="77777777">
            <w:pPr>
              <w:spacing w:before="40" w:after="40"/>
            </w:pPr>
            <w:r>
              <w:rPr>
                <w:rFonts w:ascii="Calibri" w:hAnsi="Calibri"/>
                <w:color w:val="000000"/>
                <w:sz w:val="20"/>
              </w:rPr>
              <w:t>Masters</w:t>
            </w:r>
          </w:p>
        </w:tc>
        <w:tc>
          <w:tcPr>
            <w:tcW w:w="945" w:type="dxa"/>
            <w:vAlign w:val="center"/>
          </w:tcPr>
          <w:p w:rsidR="0040090F" w:rsidRDefault="0085639A" w14:paraId="509BDEE9" w14:textId="77777777">
            <w:pPr>
              <w:spacing w:before="40" w:after="40"/>
            </w:pPr>
            <w:r>
              <w:rPr>
                <w:rFonts w:ascii="Calibri" w:hAnsi="Calibri"/>
                <w:color w:val="000000"/>
                <w:sz w:val="20"/>
              </w:rPr>
              <w:t>2500</w:t>
            </w:r>
          </w:p>
        </w:tc>
        <w:tc>
          <w:tcPr>
            <w:tcW w:w="1125" w:type="dxa"/>
            <w:vAlign w:val="center"/>
          </w:tcPr>
          <w:p w:rsidR="0040090F" w:rsidRDefault="0085639A" w14:paraId="06C365EB" w14:textId="77777777">
            <w:pPr>
              <w:spacing w:before="40" w:after="40"/>
            </w:pPr>
            <w:r>
              <w:rPr>
                <w:rFonts w:ascii="Calibri" w:hAnsi="Calibri"/>
                <w:color w:val="000000"/>
                <w:sz w:val="20"/>
              </w:rPr>
              <w:t>2500</w:t>
            </w:r>
          </w:p>
        </w:tc>
        <w:tc>
          <w:tcPr>
            <w:tcW w:w="1140" w:type="dxa"/>
            <w:vAlign w:val="center"/>
          </w:tcPr>
          <w:p w:rsidR="0040090F" w:rsidRDefault="0085639A" w14:paraId="1129909C" w14:textId="77777777">
            <w:pPr>
              <w:spacing w:before="40" w:after="40"/>
            </w:pPr>
            <w:r>
              <w:rPr>
                <w:rFonts w:ascii="Calibri" w:hAnsi="Calibri"/>
                <w:color w:val="000000"/>
                <w:sz w:val="20"/>
              </w:rPr>
              <w:t>2080</w:t>
            </w:r>
          </w:p>
        </w:tc>
        <w:tc>
          <w:tcPr>
            <w:tcW w:w="900" w:type="dxa"/>
            <w:vAlign w:val="center"/>
          </w:tcPr>
          <w:p w:rsidR="0040090F" w:rsidRDefault="0085639A" w14:paraId="029D78E8" w14:textId="77777777">
            <w:pPr>
              <w:spacing w:before="40" w:after="40"/>
            </w:pPr>
            <w:r>
              <w:rPr>
                <w:rFonts w:ascii="Calibri" w:hAnsi="Calibri"/>
                <w:color w:val="000000"/>
                <w:sz w:val="20"/>
              </w:rPr>
              <w:t>1670</w:t>
            </w:r>
          </w:p>
        </w:tc>
        <w:tc>
          <w:tcPr>
            <w:tcW w:w="1320" w:type="dxa"/>
            <w:vAlign w:val="center"/>
          </w:tcPr>
          <w:p w:rsidR="0040090F" w:rsidRDefault="0085639A" w14:paraId="6E3413A7" w14:textId="77777777">
            <w:pPr>
              <w:spacing w:before="40" w:after="40"/>
            </w:pPr>
            <w:r>
              <w:rPr>
                <w:rFonts w:ascii="Calibri" w:hAnsi="Calibri"/>
                <w:color w:val="000000"/>
                <w:sz w:val="20"/>
              </w:rPr>
              <w:t>1250</w:t>
            </w:r>
          </w:p>
        </w:tc>
        <w:tc>
          <w:tcPr>
            <w:tcW w:w="1140" w:type="dxa"/>
            <w:vAlign w:val="center"/>
          </w:tcPr>
          <w:p w:rsidR="0040090F" w:rsidRDefault="0085639A" w14:paraId="5EE2D06D" w14:textId="77777777">
            <w:pPr>
              <w:spacing w:before="40" w:after="40"/>
            </w:pPr>
            <w:r>
              <w:rPr>
                <w:rFonts w:ascii="Calibri" w:hAnsi="Calibri"/>
                <w:color w:val="000000"/>
                <w:sz w:val="20"/>
              </w:rPr>
              <w:t>830</w:t>
            </w:r>
          </w:p>
        </w:tc>
        <w:tc>
          <w:tcPr>
            <w:tcW w:w="1050" w:type="dxa"/>
            <w:vAlign w:val="center"/>
          </w:tcPr>
          <w:p w:rsidR="0040090F" w:rsidRDefault="0085639A" w14:paraId="3E62BF96" w14:textId="77777777">
            <w:pPr>
              <w:spacing w:before="40" w:after="40"/>
            </w:pPr>
            <w:r>
              <w:rPr>
                <w:rFonts w:ascii="Calibri" w:hAnsi="Calibri"/>
                <w:color w:val="000000"/>
                <w:sz w:val="20"/>
              </w:rPr>
              <w:t>415</w:t>
            </w:r>
          </w:p>
        </w:tc>
      </w:tr>
      <w:tr w:rsidR="0040090F" w:rsidTr="32E52A48" w14:paraId="09725615" w14:textId="77777777">
        <w:trPr>
          <w:jc w:val="center"/>
        </w:trPr>
        <w:tc>
          <w:tcPr>
            <w:tcW w:w="1740" w:type="dxa"/>
            <w:vAlign w:val="center"/>
          </w:tcPr>
          <w:p w:rsidR="0040090F" w:rsidRDefault="0085639A" w14:paraId="19CF5F98" w14:textId="77777777">
            <w:pPr>
              <w:spacing w:before="40" w:after="40"/>
            </w:pPr>
            <w:r>
              <w:rPr>
                <w:rFonts w:ascii="Calibri" w:hAnsi="Calibri"/>
                <w:color w:val="000000"/>
                <w:sz w:val="20"/>
              </w:rPr>
              <w:t>Master of Business Administration</w:t>
            </w:r>
          </w:p>
        </w:tc>
        <w:tc>
          <w:tcPr>
            <w:tcW w:w="945" w:type="dxa"/>
            <w:vAlign w:val="center"/>
          </w:tcPr>
          <w:p w:rsidR="0040090F" w:rsidRDefault="0085639A" w14:paraId="43931945" w14:textId="77777777">
            <w:pPr>
              <w:spacing w:before="40" w:after="40"/>
            </w:pPr>
            <w:r>
              <w:rPr>
                <w:rFonts w:ascii="Calibri" w:hAnsi="Calibri"/>
                <w:color w:val="000000"/>
                <w:sz w:val="20"/>
              </w:rPr>
              <w:t>8750</w:t>
            </w:r>
          </w:p>
        </w:tc>
        <w:tc>
          <w:tcPr>
            <w:tcW w:w="1125" w:type="dxa"/>
            <w:vAlign w:val="center"/>
          </w:tcPr>
          <w:p w:rsidR="0040090F" w:rsidRDefault="0085639A" w14:paraId="7D3D37BE" w14:textId="77777777">
            <w:pPr>
              <w:spacing w:before="40" w:after="40"/>
            </w:pPr>
            <w:r>
              <w:rPr>
                <w:rFonts w:ascii="Calibri" w:hAnsi="Calibri"/>
                <w:color w:val="000000"/>
                <w:sz w:val="20"/>
              </w:rPr>
              <w:t>8750</w:t>
            </w:r>
          </w:p>
        </w:tc>
        <w:tc>
          <w:tcPr>
            <w:tcW w:w="1140" w:type="dxa"/>
            <w:vAlign w:val="center"/>
          </w:tcPr>
          <w:p w:rsidR="0040090F" w:rsidRDefault="0085639A" w14:paraId="30905F66" w14:textId="77777777">
            <w:pPr>
              <w:spacing w:before="40" w:after="40"/>
            </w:pPr>
            <w:r>
              <w:rPr>
                <w:rFonts w:ascii="Calibri" w:hAnsi="Calibri"/>
                <w:color w:val="000000"/>
                <w:sz w:val="20"/>
              </w:rPr>
              <w:t>7290</w:t>
            </w:r>
          </w:p>
        </w:tc>
        <w:tc>
          <w:tcPr>
            <w:tcW w:w="900" w:type="dxa"/>
            <w:vAlign w:val="center"/>
          </w:tcPr>
          <w:p w:rsidR="0040090F" w:rsidRDefault="0085639A" w14:paraId="2DA88AC5" w14:textId="77777777">
            <w:pPr>
              <w:spacing w:before="40" w:after="40"/>
            </w:pPr>
            <w:r>
              <w:rPr>
                <w:rFonts w:ascii="Calibri" w:hAnsi="Calibri"/>
                <w:color w:val="000000"/>
                <w:sz w:val="20"/>
              </w:rPr>
              <w:t>5830</w:t>
            </w:r>
          </w:p>
        </w:tc>
        <w:tc>
          <w:tcPr>
            <w:tcW w:w="1320" w:type="dxa"/>
            <w:vAlign w:val="center"/>
          </w:tcPr>
          <w:p w:rsidR="0040090F" w:rsidRDefault="0085639A" w14:paraId="35E082AE" w14:textId="77777777">
            <w:pPr>
              <w:spacing w:before="40" w:after="40"/>
            </w:pPr>
            <w:r>
              <w:rPr>
                <w:rFonts w:ascii="Calibri" w:hAnsi="Calibri"/>
                <w:color w:val="000000"/>
                <w:sz w:val="20"/>
              </w:rPr>
              <w:t>4375</w:t>
            </w:r>
          </w:p>
        </w:tc>
        <w:tc>
          <w:tcPr>
            <w:tcW w:w="1140" w:type="dxa"/>
            <w:vAlign w:val="center"/>
          </w:tcPr>
          <w:p w:rsidR="0040090F" w:rsidRDefault="0085639A" w14:paraId="01022242" w14:textId="77777777">
            <w:pPr>
              <w:spacing w:before="40" w:after="40"/>
            </w:pPr>
            <w:r>
              <w:rPr>
                <w:rFonts w:ascii="Calibri" w:hAnsi="Calibri"/>
                <w:color w:val="000000"/>
                <w:sz w:val="20"/>
              </w:rPr>
              <w:t>2915</w:t>
            </w:r>
          </w:p>
        </w:tc>
        <w:tc>
          <w:tcPr>
            <w:tcW w:w="1050" w:type="dxa"/>
            <w:vAlign w:val="center"/>
          </w:tcPr>
          <w:p w:rsidR="0040090F" w:rsidRDefault="0085639A" w14:paraId="49E8F7AC" w14:textId="77777777">
            <w:pPr>
              <w:spacing w:before="40" w:after="40"/>
            </w:pPr>
            <w:r>
              <w:rPr>
                <w:rFonts w:ascii="Calibri" w:hAnsi="Calibri"/>
                <w:color w:val="000000"/>
                <w:sz w:val="20"/>
              </w:rPr>
              <w:t>1455</w:t>
            </w:r>
          </w:p>
        </w:tc>
      </w:tr>
    </w:tbl>
    <w:p w:rsidR="0040090F" w:rsidRDefault="0040090F" w14:paraId="025D2558" w14:textId="77777777"/>
    <w:p w:rsidR="0040090F" w:rsidP="49DDAEFC" w:rsidRDefault="53C06C58" w14:paraId="0762374E" w14:textId="48CDCBA0">
      <w:pPr>
        <w:rPr>
          <w:rFonts w:ascii="Calibri" w:hAnsi="Calibri"/>
          <w:color w:val="000000" w:themeColor="text1"/>
        </w:rPr>
      </w:pPr>
      <w:r w:rsidRPr="49DDAEFC">
        <w:rPr>
          <w:rFonts w:ascii="Calibri" w:hAnsi="Calibri"/>
          <w:color w:val="000000" w:themeColor="text1"/>
        </w:rPr>
        <w:t>Students are required to contact the Examinations Office to request a repeat and attend application form (exams.midlands@tus.ie)</w:t>
      </w:r>
    </w:p>
    <w:sectPr w:rsidR="0040090F" w:rsidSect="00034616">
      <w:headerReference w:type="default" r:id="rId12"/>
      <w:footerReference w:type="default" r:id="rId13"/>
      <w:headerReference w:type="first" r:id="rId14"/>
      <w:footerReference w:type="first" r:id="rId15"/>
      <w:pgSz w:w="12240" w:h="15840" w:orient="portrait"/>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738" w:rsidRDefault="00EF5738" w14:paraId="18A9C535" w14:textId="77777777">
      <w:pPr>
        <w:spacing w:after="0" w:line="240" w:lineRule="auto"/>
      </w:pPr>
      <w:r>
        <w:separator/>
      </w:r>
    </w:p>
  </w:endnote>
  <w:endnote w:type="continuationSeparator" w:id="0">
    <w:p w:rsidR="00EF5738" w:rsidRDefault="00EF5738" w14:paraId="2FB4A48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816498"/>
      <w:docPartObj>
        <w:docPartGallery w:val="Page Numbers (Bottom of Page)"/>
        <w:docPartUnique/>
      </w:docPartObj>
    </w:sdtPr>
    <w:sdtEndPr>
      <w:rPr>
        <w:noProof/>
      </w:rPr>
    </w:sdtEndPr>
    <w:sdtContent>
      <w:p w:rsidR="00E61C64" w:rsidRDefault="00E61C64" w14:paraId="7107B482" w14:textId="7FC976FC">
        <w:pPr>
          <w:pStyle w:val="Footer"/>
        </w:pPr>
        <w:r>
          <w:fldChar w:fldCharType="begin"/>
        </w:r>
        <w:r>
          <w:instrText xml:space="preserve"> PAGE   \* MERGEFORMAT </w:instrText>
        </w:r>
        <w:r>
          <w:fldChar w:fldCharType="separate"/>
        </w:r>
        <w:r>
          <w:rPr>
            <w:noProof/>
          </w:rPr>
          <w:t>2</w:t>
        </w:r>
        <w:r>
          <w:rPr>
            <w:noProof/>
          </w:rPr>
          <w:fldChar w:fldCharType="end"/>
        </w:r>
      </w:p>
    </w:sdtContent>
  </w:sdt>
  <w:p w:rsidR="487DDC34" w:rsidP="487DDC34" w:rsidRDefault="487DDC34" w14:paraId="0A6D9536" w14:textId="283A25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87DDC34" w:rsidTr="487DDC34" w14:paraId="4BED945C" w14:textId="77777777">
      <w:trPr>
        <w:trHeight w:val="300"/>
      </w:trPr>
      <w:tc>
        <w:tcPr>
          <w:tcW w:w="3360" w:type="dxa"/>
        </w:tcPr>
        <w:p w:rsidR="487DDC34" w:rsidP="487DDC34" w:rsidRDefault="487DDC34" w14:paraId="68137F7A" w14:textId="04C5354F">
          <w:pPr>
            <w:pStyle w:val="Header"/>
            <w:ind w:left="-115"/>
          </w:pPr>
        </w:p>
      </w:tc>
      <w:tc>
        <w:tcPr>
          <w:tcW w:w="3360" w:type="dxa"/>
        </w:tcPr>
        <w:p w:rsidR="487DDC34" w:rsidP="487DDC34" w:rsidRDefault="487DDC34" w14:paraId="455899BB" w14:textId="5D660A00">
          <w:pPr>
            <w:pStyle w:val="Header"/>
            <w:jc w:val="center"/>
          </w:pPr>
        </w:p>
      </w:tc>
      <w:tc>
        <w:tcPr>
          <w:tcW w:w="3360" w:type="dxa"/>
        </w:tcPr>
        <w:p w:rsidR="487DDC34" w:rsidP="487DDC34" w:rsidRDefault="487DDC34" w14:paraId="1284565C" w14:textId="280DE7AF">
          <w:pPr>
            <w:pStyle w:val="Header"/>
            <w:ind w:right="-115"/>
            <w:jc w:val="right"/>
          </w:pPr>
        </w:p>
      </w:tc>
    </w:tr>
  </w:tbl>
  <w:p w:rsidR="487DDC34" w:rsidP="487DDC34" w:rsidRDefault="487DDC34" w14:paraId="7E517999" w14:textId="7532F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738" w:rsidRDefault="00EF5738" w14:paraId="49A90C7A" w14:textId="77777777">
      <w:pPr>
        <w:spacing w:after="0" w:line="240" w:lineRule="auto"/>
      </w:pPr>
      <w:r>
        <w:separator/>
      </w:r>
    </w:p>
  </w:footnote>
  <w:footnote w:type="continuationSeparator" w:id="0">
    <w:p w:rsidR="00EF5738" w:rsidRDefault="00EF5738" w14:paraId="2BBCDFC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87DDC34" w:rsidTr="487DDC34" w14:paraId="0C7CC84F" w14:textId="77777777">
      <w:trPr>
        <w:trHeight w:val="300"/>
      </w:trPr>
      <w:tc>
        <w:tcPr>
          <w:tcW w:w="3360" w:type="dxa"/>
        </w:tcPr>
        <w:p w:rsidR="487DDC34" w:rsidP="487DDC34" w:rsidRDefault="487DDC34" w14:paraId="04F0A15F" w14:textId="3B22383C">
          <w:pPr>
            <w:pStyle w:val="Header"/>
            <w:ind w:left="-115"/>
          </w:pPr>
        </w:p>
      </w:tc>
      <w:tc>
        <w:tcPr>
          <w:tcW w:w="3360" w:type="dxa"/>
        </w:tcPr>
        <w:p w:rsidR="487DDC34" w:rsidP="487DDC34" w:rsidRDefault="487DDC34" w14:paraId="79E9C800" w14:textId="0C3EA753">
          <w:pPr>
            <w:pStyle w:val="Header"/>
            <w:jc w:val="center"/>
          </w:pPr>
        </w:p>
      </w:tc>
      <w:tc>
        <w:tcPr>
          <w:tcW w:w="3360" w:type="dxa"/>
        </w:tcPr>
        <w:p w:rsidR="487DDC34" w:rsidP="487DDC34" w:rsidRDefault="487DDC34" w14:paraId="3B6195A2" w14:textId="06E8184C">
          <w:pPr>
            <w:pStyle w:val="Header"/>
            <w:ind w:right="-115"/>
            <w:jc w:val="right"/>
          </w:pPr>
        </w:p>
      </w:tc>
    </w:tr>
  </w:tbl>
  <w:p w:rsidR="487DDC34" w:rsidP="487DDC34" w:rsidRDefault="487DDC34" w14:paraId="110DDDAD" w14:textId="3BD26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87DDC34" w:rsidTr="487DDC34" w14:paraId="2977642C" w14:textId="77777777">
      <w:trPr>
        <w:trHeight w:val="300"/>
      </w:trPr>
      <w:tc>
        <w:tcPr>
          <w:tcW w:w="3360" w:type="dxa"/>
        </w:tcPr>
        <w:p w:rsidR="487DDC34" w:rsidP="487DDC34" w:rsidRDefault="487DDC34" w14:paraId="35218168" w14:textId="605B85AB">
          <w:pPr>
            <w:pStyle w:val="Header"/>
            <w:ind w:left="-115"/>
          </w:pPr>
        </w:p>
      </w:tc>
      <w:tc>
        <w:tcPr>
          <w:tcW w:w="3360" w:type="dxa"/>
        </w:tcPr>
        <w:p w:rsidR="487DDC34" w:rsidP="487DDC34" w:rsidRDefault="487DDC34" w14:paraId="6773A088" w14:textId="59D89FB5">
          <w:pPr>
            <w:pStyle w:val="Header"/>
            <w:jc w:val="center"/>
          </w:pPr>
        </w:p>
      </w:tc>
      <w:tc>
        <w:tcPr>
          <w:tcW w:w="3360" w:type="dxa"/>
        </w:tcPr>
        <w:p w:rsidR="487DDC34" w:rsidP="487DDC34" w:rsidRDefault="487DDC34" w14:paraId="47FF9D2D" w14:textId="62033DFD">
          <w:pPr>
            <w:pStyle w:val="Header"/>
            <w:ind w:right="-115"/>
            <w:jc w:val="right"/>
          </w:pPr>
        </w:p>
      </w:tc>
    </w:tr>
  </w:tbl>
  <w:p w:rsidR="487DDC34" w:rsidP="487DDC34" w:rsidRDefault="487DDC34" w14:paraId="0076319B" w14:textId="57A7702D">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gsfz56EB">
      <int2:state int2:value="Rejected" int2:type="spell"/>
    </int2:textHash>
    <int2:textHash int2:hashCode="OE//KEvb8MQgHw" int2:id="zEXF3T8g">
      <int2:state int2:value="Rejected" int2:type="spell"/>
    </int2:textHash>
    <int2:textHash int2:hashCode="hN6B5b8f/AaH/i" int2:id="QjBSIDEv">
      <int2:state int2:value="Rejected" int2:type="spell"/>
    </int2:textHash>
    <int2:textHash int2:hashCode="RUvg/tDSj3dotv" int2:id="G64KxaWd">
      <int2:state int2:value="Rejected" int2:type="spell"/>
    </int2:textHash>
    <int2:textHash int2:hashCode="AmWIgdHponSVND" int2:id="DSgWqOuO">
      <int2:state int2:value="Rejected" int2:type="spell"/>
    </int2:textHash>
    <int2:textHash int2:hashCode="OrtZNwJC/JiGrS" int2:id="B97F233J">
      <int2:state int2:value="Rejected" int2:type="spell"/>
    </int2:textHash>
    <int2:bookmark int2:bookmarkName="_Int_tOFyldfS" int2:invalidationBookmarkName="" int2:hashCode="WLOsE7b/MjrkP/" int2:id="rFzOYK5b">
      <int2:state int2:value="Rejected" int2:type="gram"/>
    </int2:bookmark>
    <int2:bookmark int2:bookmarkName="_Int_Swy3kUR6" int2:invalidationBookmarkName="" int2:hashCode="20lmumeNxO0dfa" int2:id="REOEnWUQ">
      <int2:state int2:value="Rejected" int2:type="gram"/>
    </int2:bookmark>
    <int2:bookmark int2:bookmarkName="_Int_d3sCGMdK" int2:invalidationBookmarkName="" int2:hashCode="zE0KNTBKiFwKDY" int2:id="A2s5UQX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341399375">
    <w:abstractNumId w:val="2"/>
  </w:num>
  <w:num w:numId="2" w16cid:durableId="1793548935">
    <w:abstractNumId w:val="0"/>
  </w:num>
  <w:num w:numId="3" w16cid:durableId="828599539">
    <w:abstractNumId w:val="5"/>
  </w:num>
  <w:num w:numId="4" w16cid:durableId="436142602">
    <w:abstractNumId w:val="3"/>
  </w:num>
  <w:num w:numId="5" w16cid:durableId="977493423">
    <w:abstractNumId w:val="8"/>
  </w:num>
  <w:num w:numId="6" w16cid:durableId="1106969955">
    <w:abstractNumId w:val="7"/>
  </w:num>
  <w:num w:numId="7" w16cid:durableId="1206411423">
    <w:abstractNumId w:val="6"/>
  </w:num>
  <w:num w:numId="8" w16cid:durableId="1484662212">
    <w:abstractNumId w:val="1"/>
  </w:num>
  <w:num w:numId="9" w16cid:durableId="106819289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1D0"/>
    <w:rsid w:val="00034616"/>
    <w:rsid w:val="0005322B"/>
    <w:rsid w:val="0006063C"/>
    <w:rsid w:val="000870F1"/>
    <w:rsid w:val="0015074B"/>
    <w:rsid w:val="0029639D"/>
    <w:rsid w:val="00326F90"/>
    <w:rsid w:val="0033249C"/>
    <w:rsid w:val="003A55D4"/>
    <w:rsid w:val="0040090F"/>
    <w:rsid w:val="00419DBE"/>
    <w:rsid w:val="00490E2A"/>
    <w:rsid w:val="0085639A"/>
    <w:rsid w:val="00A24F30"/>
    <w:rsid w:val="00A30A8D"/>
    <w:rsid w:val="00AA1D8D"/>
    <w:rsid w:val="00AD0867"/>
    <w:rsid w:val="00B47730"/>
    <w:rsid w:val="00B620E8"/>
    <w:rsid w:val="00C00529"/>
    <w:rsid w:val="00CB0664"/>
    <w:rsid w:val="00D42061"/>
    <w:rsid w:val="00E2F294"/>
    <w:rsid w:val="00E61C64"/>
    <w:rsid w:val="00E74556"/>
    <w:rsid w:val="00EF5738"/>
    <w:rsid w:val="00F477F7"/>
    <w:rsid w:val="00FC693F"/>
    <w:rsid w:val="012C461B"/>
    <w:rsid w:val="01431120"/>
    <w:rsid w:val="01594EAF"/>
    <w:rsid w:val="01594EAF"/>
    <w:rsid w:val="0177B108"/>
    <w:rsid w:val="0177B108"/>
    <w:rsid w:val="01D11968"/>
    <w:rsid w:val="01FCA57E"/>
    <w:rsid w:val="020678CB"/>
    <w:rsid w:val="0254E1AA"/>
    <w:rsid w:val="02921558"/>
    <w:rsid w:val="02B842E0"/>
    <w:rsid w:val="02C63C98"/>
    <w:rsid w:val="0381CF0B"/>
    <w:rsid w:val="03F96505"/>
    <w:rsid w:val="0412E173"/>
    <w:rsid w:val="04803419"/>
    <w:rsid w:val="0495733C"/>
    <w:rsid w:val="04E2800E"/>
    <w:rsid w:val="04EF140E"/>
    <w:rsid w:val="0568F7AD"/>
    <w:rsid w:val="0582E7F5"/>
    <w:rsid w:val="05B6E861"/>
    <w:rsid w:val="05EF91D0"/>
    <w:rsid w:val="06326470"/>
    <w:rsid w:val="067DB014"/>
    <w:rsid w:val="069954CB"/>
    <w:rsid w:val="06F017EB"/>
    <w:rsid w:val="070DC96C"/>
    <w:rsid w:val="070DC96C"/>
    <w:rsid w:val="0792E851"/>
    <w:rsid w:val="07BFD53C"/>
    <w:rsid w:val="07E5BFF3"/>
    <w:rsid w:val="080460E7"/>
    <w:rsid w:val="0862D5FC"/>
    <w:rsid w:val="088ABCE6"/>
    <w:rsid w:val="09BB700E"/>
    <w:rsid w:val="0A8A73FB"/>
    <w:rsid w:val="0A8BBB42"/>
    <w:rsid w:val="0A8C83E8"/>
    <w:rsid w:val="0A8CFFEF"/>
    <w:rsid w:val="0AA0AD4C"/>
    <w:rsid w:val="0AC22950"/>
    <w:rsid w:val="0AEA6FE2"/>
    <w:rsid w:val="0AF38DFC"/>
    <w:rsid w:val="0B4ABDB4"/>
    <w:rsid w:val="0B51A0FF"/>
    <w:rsid w:val="0B6C251A"/>
    <w:rsid w:val="0BD169D0"/>
    <w:rsid w:val="0BD6C6FF"/>
    <w:rsid w:val="0BEEC4CD"/>
    <w:rsid w:val="0C6B387B"/>
    <w:rsid w:val="0C6B387B"/>
    <w:rsid w:val="0CEFB8E1"/>
    <w:rsid w:val="0D2848F2"/>
    <w:rsid w:val="0DA99D69"/>
    <w:rsid w:val="0DD809B3"/>
    <w:rsid w:val="0E01A4A8"/>
    <w:rsid w:val="0E23CE7D"/>
    <w:rsid w:val="0E23CE7D"/>
    <w:rsid w:val="0E5FFB02"/>
    <w:rsid w:val="0E5FFB02"/>
    <w:rsid w:val="0EB77481"/>
    <w:rsid w:val="0F250FB8"/>
    <w:rsid w:val="0F363E9D"/>
    <w:rsid w:val="0F64C260"/>
    <w:rsid w:val="0F733998"/>
    <w:rsid w:val="0F953BF7"/>
    <w:rsid w:val="0FB5F2ED"/>
    <w:rsid w:val="0FF083D8"/>
    <w:rsid w:val="0FF80850"/>
    <w:rsid w:val="1007B7AD"/>
    <w:rsid w:val="1030D1EF"/>
    <w:rsid w:val="10626DA7"/>
    <w:rsid w:val="107E9196"/>
    <w:rsid w:val="10D71A1C"/>
    <w:rsid w:val="111592D1"/>
    <w:rsid w:val="11AD4B07"/>
    <w:rsid w:val="11C4C1C7"/>
    <w:rsid w:val="1264F722"/>
    <w:rsid w:val="126FD857"/>
    <w:rsid w:val="1279435E"/>
    <w:rsid w:val="1285B318"/>
    <w:rsid w:val="12995945"/>
    <w:rsid w:val="12D883C8"/>
    <w:rsid w:val="12FFE3B3"/>
    <w:rsid w:val="13387664"/>
    <w:rsid w:val="135FF310"/>
    <w:rsid w:val="1394531B"/>
    <w:rsid w:val="13F01B0C"/>
    <w:rsid w:val="13F803B5"/>
    <w:rsid w:val="1411B998"/>
    <w:rsid w:val="14372C68"/>
    <w:rsid w:val="1467E5D6"/>
    <w:rsid w:val="14E61BF5"/>
    <w:rsid w:val="1544D5FA"/>
    <w:rsid w:val="1572D953"/>
    <w:rsid w:val="1578515D"/>
    <w:rsid w:val="15AA0A6E"/>
    <w:rsid w:val="162192A6"/>
    <w:rsid w:val="167453C7"/>
    <w:rsid w:val="1674BD4F"/>
    <w:rsid w:val="16BF8117"/>
    <w:rsid w:val="16DDB3F5"/>
    <w:rsid w:val="18761FF7"/>
    <w:rsid w:val="18833091"/>
    <w:rsid w:val="1897DE74"/>
    <w:rsid w:val="18AF94F4"/>
    <w:rsid w:val="18B6302A"/>
    <w:rsid w:val="19415BA2"/>
    <w:rsid w:val="198999B4"/>
    <w:rsid w:val="19AE117E"/>
    <w:rsid w:val="19F5F36D"/>
    <w:rsid w:val="1A0FFE73"/>
    <w:rsid w:val="1A2049D9"/>
    <w:rsid w:val="1A45A139"/>
    <w:rsid w:val="1A84E797"/>
    <w:rsid w:val="1AC74E47"/>
    <w:rsid w:val="1B1BA1AC"/>
    <w:rsid w:val="1B22D0EB"/>
    <w:rsid w:val="1B3F0F9F"/>
    <w:rsid w:val="1B667846"/>
    <w:rsid w:val="1B667846"/>
    <w:rsid w:val="1BA1D8EB"/>
    <w:rsid w:val="1C622581"/>
    <w:rsid w:val="1C77A1F6"/>
    <w:rsid w:val="1C7B2DAC"/>
    <w:rsid w:val="1D40759A"/>
    <w:rsid w:val="1D557058"/>
    <w:rsid w:val="1DACCC9D"/>
    <w:rsid w:val="1DDA458E"/>
    <w:rsid w:val="1E476474"/>
    <w:rsid w:val="1E9BF2AE"/>
    <w:rsid w:val="1E9BF2AE"/>
    <w:rsid w:val="1EBD4720"/>
    <w:rsid w:val="1ECF1DD2"/>
    <w:rsid w:val="1F757C15"/>
    <w:rsid w:val="202203E3"/>
    <w:rsid w:val="202203E3"/>
    <w:rsid w:val="204351F0"/>
    <w:rsid w:val="20A9DE63"/>
    <w:rsid w:val="20A9DE63"/>
    <w:rsid w:val="20F5723A"/>
    <w:rsid w:val="218BE2A0"/>
    <w:rsid w:val="219E3B9F"/>
    <w:rsid w:val="221E491F"/>
    <w:rsid w:val="221E491F"/>
    <w:rsid w:val="2293A804"/>
    <w:rsid w:val="22FFC131"/>
    <w:rsid w:val="23212936"/>
    <w:rsid w:val="23300756"/>
    <w:rsid w:val="236EE092"/>
    <w:rsid w:val="23AA052D"/>
    <w:rsid w:val="23C9983B"/>
    <w:rsid w:val="2405163F"/>
    <w:rsid w:val="2475B676"/>
    <w:rsid w:val="2481C836"/>
    <w:rsid w:val="24B77E94"/>
    <w:rsid w:val="24BE3E62"/>
    <w:rsid w:val="2651D766"/>
    <w:rsid w:val="265C2397"/>
    <w:rsid w:val="267EDC14"/>
    <w:rsid w:val="280BCEF5"/>
    <w:rsid w:val="285FE4A9"/>
    <w:rsid w:val="285FE4A9"/>
    <w:rsid w:val="285FF645"/>
    <w:rsid w:val="2880D7A4"/>
    <w:rsid w:val="2895089B"/>
    <w:rsid w:val="29018F03"/>
    <w:rsid w:val="292F18CF"/>
    <w:rsid w:val="29497E55"/>
    <w:rsid w:val="295A2AD2"/>
    <w:rsid w:val="29AD8178"/>
    <w:rsid w:val="29B1BB66"/>
    <w:rsid w:val="29DA2DEF"/>
    <w:rsid w:val="29F5D12D"/>
    <w:rsid w:val="2A9865BB"/>
    <w:rsid w:val="2AA129EF"/>
    <w:rsid w:val="2AEFCBEB"/>
    <w:rsid w:val="2B083DBC"/>
    <w:rsid w:val="2B1C4FA9"/>
    <w:rsid w:val="2B4F1727"/>
    <w:rsid w:val="2B79234C"/>
    <w:rsid w:val="2BD8E45A"/>
    <w:rsid w:val="2C0A1D83"/>
    <w:rsid w:val="2C0BE3A1"/>
    <w:rsid w:val="2C931001"/>
    <w:rsid w:val="2C974C80"/>
    <w:rsid w:val="2C9D691D"/>
    <w:rsid w:val="2CC9F94C"/>
    <w:rsid w:val="2D3DDB3F"/>
    <w:rsid w:val="2D5B5A1F"/>
    <w:rsid w:val="2D8721A1"/>
    <w:rsid w:val="2DCD1523"/>
    <w:rsid w:val="2DE726A5"/>
    <w:rsid w:val="2DE7E38A"/>
    <w:rsid w:val="2E3E5F3C"/>
    <w:rsid w:val="2E4E9D89"/>
    <w:rsid w:val="2E572E64"/>
    <w:rsid w:val="2E8158AB"/>
    <w:rsid w:val="2EF3E25B"/>
    <w:rsid w:val="2F6D0EAB"/>
    <w:rsid w:val="2F72A035"/>
    <w:rsid w:val="302786CD"/>
    <w:rsid w:val="309FB14C"/>
    <w:rsid w:val="31158400"/>
    <w:rsid w:val="313B558C"/>
    <w:rsid w:val="3155A779"/>
    <w:rsid w:val="31CA4117"/>
    <w:rsid w:val="31D570E9"/>
    <w:rsid w:val="31EE03C7"/>
    <w:rsid w:val="32404082"/>
    <w:rsid w:val="32E52A48"/>
    <w:rsid w:val="330BCD4E"/>
    <w:rsid w:val="330BCD4E"/>
    <w:rsid w:val="3341D966"/>
    <w:rsid w:val="3341D966"/>
    <w:rsid w:val="3366793F"/>
    <w:rsid w:val="33711905"/>
    <w:rsid w:val="338A8185"/>
    <w:rsid w:val="33CED10C"/>
    <w:rsid w:val="341ADB70"/>
    <w:rsid w:val="346636BD"/>
    <w:rsid w:val="34AAF34B"/>
    <w:rsid w:val="34B3960C"/>
    <w:rsid w:val="34D2A8F5"/>
    <w:rsid w:val="34D7B52B"/>
    <w:rsid w:val="3544C492"/>
    <w:rsid w:val="3548B11D"/>
    <w:rsid w:val="3564D77B"/>
    <w:rsid w:val="357F8D38"/>
    <w:rsid w:val="358510A9"/>
    <w:rsid w:val="35A5C91B"/>
    <w:rsid w:val="35E1023F"/>
    <w:rsid w:val="35FCFD5B"/>
    <w:rsid w:val="360DCF80"/>
    <w:rsid w:val="379A29BA"/>
    <w:rsid w:val="379A29BA"/>
    <w:rsid w:val="37C02CE3"/>
    <w:rsid w:val="3906F98B"/>
    <w:rsid w:val="390942B0"/>
    <w:rsid w:val="3A18AA7E"/>
    <w:rsid w:val="3A77590F"/>
    <w:rsid w:val="3B57E7C6"/>
    <w:rsid w:val="3B9BCE9A"/>
    <w:rsid w:val="3C24EEE2"/>
    <w:rsid w:val="3C649716"/>
    <w:rsid w:val="3D4EB5C5"/>
    <w:rsid w:val="3D5A0A7F"/>
    <w:rsid w:val="3D7FF805"/>
    <w:rsid w:val="3D825D27"/>
    <w:rsid w:val="3D8C17DF"/>
    <w:rsid w:val="3D8E63A2"/>
    <w:rsid w:val="3DB88886"/>
    <w:rsid w:val="3DE278AF"/>
    <w:rsid w:val="3E2CB7F0"/>
    <w:rsid w:val="3E89AFA0"/>
    <w:rsid w:val="3ECF1C04"/>
    <w:rsid w:val="3F0118C7"/>
    <w:rsid w:val="3F44629F"/>
    <w:rsid w:val="3F6E81B0"/>
    <w:rsid w:val="3F76EB40"/>
    <w:rsid w:val="3F7DFCD2"/>
    <w:rsid w:val="3F8AA7E6"/>
    <w:rsid w:val="3FE7B53F"/>
    <w:rsid w:val="3FED3A6C"/>
    <w:rsid w:val="416B4783"/>
    <w:rsid w:val="4175CC00"/>
    <w:rsid w:val="420207E8"/>
    <w:rsid w:val="423DB3DD"/>
    <w:rsid w:val="4297E295"/>
    <w:rsid w:val="42BC2496"/>
    <w:rsid w:val="430B8187"/>
    <w:rsid w:val="430BB934"/>
    <w:rsid w:val="434EBD84"/>
    <w:rsid w:val="43B798E6"/>
    <w:rsid w:val="4420577F"/>
    <w:rsid w:val="444D6BFF"/>
    <w:rsid w:val="446AD107"/>
    <w:rsid w:val="451478EF"/>
    <w:rsid w:val="453E92BE"/>
    <w:rsid w:val="4549E4C9"/>
    <w:rsid w:val="455F2F03"/>
    <w:rsid w:val="45768E52"/>
    <w:rsid w:val="45768E52"/>
    <w:rsid w:val="45E9E565"/>
    <w:rsid w:val="467652A3"/>
    <w:rsid w:val="471164AC"/>
    <w:rsid w:val="471164AC"/>
    <w:rsid w:val="47808526"/>
    <w:rsid w:val="479D7297"/>
    <w:rsid w:val="486B5672"/>
    <w:rsid w:val="487DDC34"/>
    <w:rsid w:val="48955D1E"/>
    <w:rsid w:val="4913E515"/>
    <w:rsid w:val="494252D4"/>
    <w:rsid w:val="494812B4"/>
    <w:rsid w:val="495CE337"/>
    <w:rsid w:val="49740E66"/>
    <w:rsid w:val="49DDAEFC"/>
    <w:rsid w:val="49E2800B"/>
    <w:rsid w:val="49EB22DE"/>
    <w:rsid w:val="4A280FBC"/>
    <w:rsid w:val="4A92237D"/>
    <w:rsid w:val="4AB55410"/>
    <w:rsid w:val="4AE46DBE"/>
    <w:rsid w:val="4AEC955A"/>
    <w:rsid w:val="4B360920"/>
    <w:rsid w:val="4B360920"/>
    <w:rsid w:val="4B44C44C"/>
    <w:rsid w:val="4C4C0816"/>
    <w:rsid w:val="4CDC2CFB"/>
    <w:rsid w:val="4CDC2CFB"/>
    <w:rsid w:val="4D1F1234"/>
    <w:rsid w:val="4D242D4B"/>
    <w:rsid w:val="4D638C7D"/>
    <w:rsid w:val="4D80859F"/>
    <w:rsid w:val="4D80859F"/>
    <w:rsid w:val="4D8778B8"/>
    <w:rsid w:val="4DA51CEF"/>
    <w:rsid w:val="4E63D547"/>
    <w:rsid w:val="4E65DBA9"/>
    <w:rsid w:val="4EC3AB54"/>
    <w:rsid w:val="4F37A784"/>
    <w:rsid w:val="4F50564F"/>
    <w:rsid w:val="4F90A020"/>
    <w:rsid w:val="4FA490FC"/>
    <w:rsid w:val="4FE4E90B"/>
    <w:rsid w:val="50E15FC1"/>
    <w:rsid w:val="50F43693"/>
    <w:rsid w:val="513A1897"/>
    <w:rsid w:val="51A97C69"/>
    <w:rsid w:val="51AD93DF"/>
    <w:rsid w:val="52091EFF"/>
    <w:rsid w:val="52104077"/>
    <w:rsid w:val="52104077"/>
    <w:rsid w:val="53691318"/>
    <w:rsid w:val="537E606F"/>
    <w:rsid w:val="5394F150"/>
    <w:rsid w:val="53C06C58"/>
    <w:rsid w:val="53FC4E6D"/>
    <w:rsid w:val="54A49212"/>
    <w:rsid w:val="54BE7326"/>
    <w:rsid w:val="54D08666"/>
    <w:rsid w:val="54E53FDC"/>
    <w:rsid w:val="5562CD1A"/>
    <w:rsid w:val="55E9BB5C"/>
    <w:rsid w:val="55EC6861"/>
    <w:rsid w:val="5607DB1D"/>
    <w:rsid w:val="56906F4F"/>
    <w:rsid w:val="569C442C"/>
    <w:rsid w:val="57D6DC8A"/>
    <w:rsid w:val="57F940BD"/>
    <w:rsid w:val="584E6EE9"/>
    <w:rsid w:val="5898C169"/>
    <w:rsid w:val="58D94AF8"/>
    <w:rsid w:val="590CCE38"/>
    <w:rsid w:val="59462FA4"/>
    <w:rsid w:val="59667C2C"/>
    <w:rsid w:val="5969F141"/>
    <w:rsid w:val="59AB5804"/>
    <w:rsid w:val="59CC2816"/>
    <w:rsid w:val="59E22CDD"/>
    <w:rsid w:val="5A549B44"/>
    <w:rsid w:val="5A549B44"/>
    <w:rsid w:val="5AB816E2"/>
    <w:rsid w:val="5AD888F9"/>
    <w:rsid w:val="5B0C9A7F"/>
    <w:rsid w:val="5B289986"/>
    <w:rsid w:val="5B507BBA"/>
    <w:rsid w:val="5B5891C0"/>
    <w:rsid w:val="5B845166"/>
    <w:rsid w:val="5B958C1E"/>
    <w:rsid w:val="5C289211"/>
    <w:rsid w:val="5C70EB33"/>
    <w:rsid w:val="5CC67D1C"/>
    <w:rsid w:val="5CCB9019"/>
    <w:rsid w:val="5CF86132"/>
    <w:rsid w:val="5D13C97D"/>
    <w:rsid w:val="5D160E81"/>
    <w:rsid w:val="5D3D7236"/>
    <w:rsid w:val="5DA9EE07"/>
    <w:rsid w:val="5DD69282"/>
    <w:rsid w:val="5E0D8262"/>
    <w:rsid w:val="5E3E6985"/>
    <w:rsid w:val="5E419297"/>
    <w:rsid w:val="5E59F770"/>
    <w:rsid w:val="5E77590A"/>
    <w:rsid w:val="5E9CC410"/>
    <w:rsid w:val="5F2399BE"/>
    <w:rsid w:val="5F92863A"/>
    <w:rsid w:val="6028F1D7"/>
    <w:rsid w:val="60A59DB5"/>
    <w:rsid w:val="60DEE095"/>
    <w:rsid w:val="60F51BB3"/>
    <w:rsid w:val="60FE121E"/>
    <w:rsid w:val="616D8F53"/>
    <w:rsid w:val="616D8F53"/>
    <w:rsid w:val="61D6CB46"/>
    <w:rsid w:val="61E3628D"/>
    <w:rsid w:val="620EEBE0"/>
    <w:rsid w:val="6298B5EA"/>
    <w:rsid w:val="62A1E6BB"/>
    <w:rsid w:val="62D38F72"/>
    <w:rsid w:val="63388A6B"/>
    <w:rsid w:val="636C57A4"/>
    <w:rsid w:val="644304A6"/>
    <w:rsid w:val="64951554"/>
    <w:rsid w:val="64C6646E"/>
    <w:rsid w:val="660F51AD"/>
    <w:rsid w:val="661DF75F"/>
    <w:rsid w:val="661DF75F"/>
    <w:rsid w:val="665CAD8D"/>
    <w:rsid w:val="6751A92F"/>
    <w:rsid w:val="6759C355"/>
    <w:rsid w:val="677713B9"/>
    <w:rsid w:val="6895DC91"/>
    <w:rsid w:val="69DC4A47"/>
    <w:rsid w:val="69ECB200"/>
    <w:rsid w:val="69F22BC9"/>
    <w:rsid w:val="69FB0BDC"/>
    <w:rsid w:val="6A328E0C"/>
    <w:rsid w:val="6B124A07"/>
    <w:rsid w:val="6B1491EF"/>
    <w:rsid w:val="6B3977FE"/>
    <w:rsid w:val="6B5B6748"/>
    <w:rsid w:val="6C246AC1"/>
    <w:rsid w:val="6C2D3CAE"/>
    <w:rsid w:val="6C384781"/>
    <w:rsid w:val="6C7542C8"/>
    <w:rsid w:val="6D6D1BBE"/>
    <w:rsid w:val="6DB844F9"/>
    <w:rsid w:val="6DD04CCD"/>
    <w:rsid w:val="6E6D9BA5"/>
    <w:rsid w:val="6EAD3516"/>
    <w:rsid w:val="6F412937"/>
    <w:rsid w:val="70081FCA"/>
    <w:rsid w:val="70226E1A"/>
    <w:rsid w:val="7063EEBE"/>
    <w:rsid w:val="70780EEA"/>
    <w:rsid w:val="70EED0AE"/>
    <w:rsid w:val="70FA8FC9"/>
    <w:rsid w:val="7141DBED"/>
    <w:rsid w:val="714E3441"/>
    <w:rsid w:val="71AC9FEC"/>
    <w:rsid w:val="71BD4E26"/>
    <w:rsid w:val="71DF162F"/>
    <w:rsid w:val="71DF162F"/>
    <w:rsid w:val="727885F0"/>
    <w:rsid w:val="727AEEF5"/>
    <w:rsid w:val="730CEB00"/>
    <w:rsid w:val="7335F621"/>
    <w:rsid w:val="7337764F"/>
    <w:rsid w:val="73D6E362"/>
    <w:rsid w:val="73D6E362"/>
    <w:rsid w:val="73F3DB44"/>
    <w:rsid w:val="750DC486"/>
    <w:rsid w:val="7568FCC9"/>
    <w:rsid w:val="758C2FBA"/>
    <w:rsid w:val="7608B916"/>
    <w:rsid w:val="768347AC"/>
    <w:rsid w:val="76EFE3AC"/>
    <w:rsid w:val="771F8B72"/>
    <w:rsid w:val="773621DA"/>
    <w:rsid w:val="77A23964"/>
    <w:rsid w:val="77CC62B5"/>
    <w:rsid w:val="77D97595"/>
    <w:rsid w:val="77D97595"/>
    <w:rsid w:val="77EE9B76"/>
    <w:rsid w:val="77F85938"/>
    <w:rsid w:val="78357A96"/>
    <w:rsid w:val="785758DC"/>
    <w:rsid w:val="788B2806"/>
    <w:rsid w:val="78A4E8AF"/>
    <w:rsid w:val="7939F2B6"/>
    <w:rsid w:val="7989CBD2"/>
    <w:rsid w:val="79C6F6F5"/>
    <w:rsid w:val="7A27B5CD"/>
    <w:rsid w:val="7A5A4766"/>
    <w:rsid w:val="7A9FE6E9"/>
    <w:rsid w:val="7ACFAECF"/>
    <w:rsid w:val="7B20EC79"/>
    <w:rsid w:val="7B69BA3D"/>
    <w:rsid w:val="7B69BA3D"/>
    <w:rsid w:val="7BCF1E42"/>
    <w:rsid w:val="7BD2A5A3"/>
    <w:rsid w:val="7C1FB710"/>
    <w:rsid w:val="7C81CADB"/>
    <w:rsid w:val="7CE6099B"/>
    <w:rsid w:val="7CF264C4"/>
    <w:rsid w:val="7CFBF9CA"/>
    <w:rsid w:val="7D35C03B"/>
    <w:rsid w:val="7D6A26BC"/>
    <w:rsid w:val="7DBEA8C6"/>
    <w:rsid w:val="7DBEA8C6"/>
    <w:rsid w:val="7DF9F955"/>
    <w:rsid w:val="7DFCF466"/>
    <w:rsid w:val="7E9DD1A2"/>
    <w:rsid w:val="7EAC8BB2"/>
    <w:rsid w:val="7EACF454"/>
    <w:rsid w:val="7EB13BE6"/>
    <w:rsid w:val="7EF8671B"/>
    <w:rsid w:val="7EF8671B"/>
    <w:rsid w:val="7F1A2318"/>
    <w:rsid w:val="7F23C76B"/>
    <w:rsid w:val="7F5557A0"/>
    <w:rsid w:val="7F670FA4"/>
    <w:rsid w:val="7F921398"/>
    <w:rsid w:val="7F96C8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2057A"/>
  <w14:defaultImageDpi w14:val="300"/>
  <w15:docId w15:val="{B7F1ABB8-93A7-43BA-92ED-453FE0F18B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F477F7"/>
    <w:rPr>
      <w:b/>
      <w:bCs/>
    </w:rPr>
  </w:style>
  <w:style w:type="character" w:styleId="CommentSubjectChar" w:customStyle="1">
    <w:name w:val="Comment Subject Char"/>
    <w:basedOn w:val="CommentTextChar"/>
    <w:link w:val="CommentSubject"/>
    <w:uiPriority w:val="99"/>
    <w:semiHidden/>
    <w:rsid w:val="00F477F7"/>
    <w:rPr>
      <w:b/>
      <w:bCs/>
      <w:sz w:val="20"/>
      <w:szCs w:val="20"/>
    </w:rPr>
  </w:style>
  <w:style w:type="character" w:styleId="Hyperlink">
    <w:name w:val="Hyperlink"/>
    <w:basedOn w:val="DefaultParagraphFont"/>
    <w:uiPriority w:val="99"/>
    <w:unhideWhenUsed/>
    <w:rsid w:val="487DDC34"/>
    <w:rPr>
      <w:color w:val="0000FF"/>
      <w:u w:val="single"/>
    </w:rPr>
  </w:style>
  <w:style w:type="paragraph" w:styleId="TOC2">
    <w:name w:val="toc 2"/>
    <w:basedOn w:val="Normal"/>
    <w:next w:val="Normal"/>
    <w:uiPriority w:val="39"/>
    <w:unhideWhenUsed/>
    <w:rsid w:val="487DDC3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documenttasks/documenttasks1.xml><?xml version="1.0" encoding="utf-8"?>
<t:Tasks xmlns:t="http://schemas.microsoft.com/office/tasks/2019/documenttasks" xmlns:oel="http://schemas.microsoft.com/office/2019/extlst">
  <t:Task id="{FCBCDBD2-F120-441E-8F25-55A131F7407B}">
    <t:Anchor>
      <t:Comment id="740848651"/>
    </t:Anchor>
    <t:History>
      <t:Event id="{93BFE191-9590-420C-949B-00B410059AC3}" time="2026-02-17T13:51:20.137Z">
        <t:Attribution userId="S::aoife.kelly@tus.ie::e2271cfa-6855-4989-ae0e-2ad95da83a09" userProvider="AD" userName="Aoife Kelly"/>
        <t:Anchor>
          <t:Comment id="740848651"/>
        </t:Anchor>
        <t:Create/>
      </t:Event>
      <t:Event id="{4E11B579-3E53-4C61-9E71-ADA5C613FF64}" time="2026-02-17T13:51:20.137Z">
        <t:Attribution userId="S::aoife.kelly@tus.ie::e2271cfa-6855-4989-ae0e-2ad95da83a09" userProvider="AD" userName="Aoife Kelly"/>
        <t:Anchor>
          <t:Comment id="740848651"/>
        </t:Anchor>
        <t:Assign userId="S::Declan.Doran@tus.ie::ca9f0ba6-04a5-479a-afa9-db9654a58a17" userProvider="AD" userName="Declan Doran"/>
      </t:Event>
      <t:Event id="{C5F0EF11-7A6F-441A-957C-6B454444301D}" time="2026-02-17T13:51:20.137Z">
        <t:Attribution userId="S::aoife.kelly@tus.ie::e2271cfa-6855-4989-ae0e-2ad95da83a09" userProvider="AD" userName="Aoife Kelly"/>
        <t:Anchor>
          <t:Comment id="740848651"/>
        </t:Anchor>
        <t:SetTitle title="will i do something like yr 1 of a 3 year Ab-initio @Declan Dora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34D4C3F27DA043B844048A36B8C484" ma:contentTypeVersion="8" ma:contentTypeDescription="Create a new document." ma:contentTypeScope="" ma:versionID="834864b8a3cd6c02fc48b35bcf708298">
  <xsd:schema xmlns:xsd="http://www.w3.org/2001/XMLSchema" xmlns:xs="http://www.w3.org/2001/XMLSchema" xmlns:p="http://schemas.microsoft.com/office/2006/metadata/properties" xmlns:ns2="ffc7f265-2de1-4e1a-8b30-49c8023e0cff" xmlns:ns3="a2163bf4-bc72-446b-bd53-88fce4856e6d" xmlns:ns4="1b2fdf88-d2b4-4680-9a61-097303a0ecce" xmlns:ns5="517927f3-ba84-4398-8f21-e8e62970f3a1" targetNamespace="http://schemas.microsoft.com/office/2006/metadata/properties" ma:root="true" ma:fieldsID="14eb752e9f57b6c1d8e843e2d7d87ca8" ns2:_="" ns3:_="" ns4:_="" ns5:_="">
    <xsd:import namespace="ffc7f265-2de1-4e1a-8b30-49c8023e0cff"/>
    <xsd:import namespace="a2163bf4-bc72-446b-bd53-88fce4856e6d"/>
    <xsd:import namespace="1b2fdf88-d2b4-4680-9a61-097303a0ecce"/>
    <xsd:import namespace="517927f3-ba84-4398-8f21-e8e62970f3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c7f265-2de1-4e1a-8b30-49c8023e0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63bf4-bc72-446b-bd53-88fce4856e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2fdf88-d2b4-4680-9a61-097303a0ecce"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3171dcf-9f24-49d3-a174-2c38269957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7927f3-ba84-4398-8f21-e8e62970f3a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9bf03ff-4c06-441f-85dc-18289a41c9a4}" ma:internalName="TaxCatchAll" ma:showField="CatchAllData" ma:web="517927f3-ba84-4398-8f21-e8e62970f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df88-d2b4-4680-9a61-097303a0ecce">
      <Terms xmlns="http://schemas.microsoft.com/office/infopath/2007/PartnerControls"/>
    </lcf76f155ced4ddcb4097134ff3c332f>
    <_Flow_SignoffStatus xmlns="ffc7f265-2de1-4e1a-8b30-49c8023e0cff" xsi:nil="true"/>
    <TaxCatchAll xmlns="517927f3-ba84-4398-8f21-e8e62970f3a1" xsi:nil="true"/>
  </documentManagement>
</p:properties>
</file>

<file path=customXml/itemProps1.xml><?xml version="1.0" encoding="utf-8"?>
<ds:datastoreItem xmlns:ds="http://schemas.openxmlformats.org/officeDocument/2006/customXml" ds:itemID="{1DBCACDF-B005-4586-9462-2AB27EAC4768}">
  <ds:schemaRefs>
    <ds:schemaRef ds:uri="http://schemas.microsoft.com/sharepoint/v3/contenttype/forms"/>
  </ds:schemaRefs>
</ds:datastoreItem>
</file>

<file path=customXml/itemProps2.xml><?xml version="1.0" encoding="utf-8"?>
<ds:datastoreItem xmlns:ds="http://schemas.openxmlformats.org/officeDocument/2006/customXml" ds:itemID="{6A5D8D3A-6028-4E41-92D1-AD170315BFC8}">
  <ds:schemaRefs>
    <ds:schemaRef ds:uri="http://schemas.openxmlformats.org/officeDocument/2006/bibliography"/>
  </ds:schemaRefs>
</ds:datastoreItem>
</file>

<file path=customXml/itemProps3.xml><?xml version="1.0" encoding="utf-8"?>
<ds:datastoreItem xmlns:ds="http://schemas.openxmlformats.org/officeDocument/2006/customXml" ds:itemID="{089212CC-B7D6-4319-AE5C-4318DB8FF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c7f265-2de1-4e1a-8b30-49c8023e0cff"/>
    <ds:schemaRef ds:uri="a2163bf4-bc72-446b-bd53-88fce4856e6d"/>
    <ds:schemaRef ds:uri="1b2fdf88-d2b4-4680-9a61-097303a0ecce"/>
    <ds:schemaRef ds:uri="517927f3-ba84-4398-8f21-e8e62970f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4CECCB-9093-482A-B381-669F96F8FACC}">
  <ds:schemaRefs>
    <ds:schemaRef ds:uri="http://schemas.microsoft.com/office/2006/metadata/properties"/>
    <ds:schemaRef ds:uri="http://schemas.microsoft.com/office/infopath/2007/PartnerControls"/>
    <ds:schemaRef ds:uri="1b2fdf88-d2b4-4680-9a61-097303a0ecce"/>
    <ds:schemaRef ds:uri="ffc7f265-2de1-4e1a-8b30-49c8023e0cff"/>
    <ds:schemaRef ds:uri="517927f3-ba84-4398-8f21-e8e62970f3a1"/>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Siobhan Kelly</lastModifiedBy>
  <revision>10</revision>
  <dcterms:created xsi:type="dcterms:W3CDTF">2026-06-03T08:22:00.0000000Z</dcterms:created>
  <dcterms:modified xsi:type="dcterms:W3CDTF">2026-07-01T13:17:25.1791749Z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f7077e67-24b5-416e-a9df-7c8cb2fdc196</vt:lpwstr>
  </property>
  <property fmtid="{D5CDD505-2E9C-101B-9397-08002B2CF9AE}" pid="3" name="ContentTypeId">
    <vt:lpwstr>0x0101005234D4C3F27DA043B844048A36B8C484</vt:lpwstr>
  </property>
  <property fmtid="{D5CDD505-2E9C-101B-9397-08002B2CF9AE}" pid="4" name="MediaServiceImageTags">
    <vt:lpwstr/>
  </property>
</Properties>
</file>